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C5D6D" w14:textId="6B655B93" w:rsidR="00AB5A39" w:rsidRPr="00806EFC" w:rsidRDefault="00AB5A39" w:rsidP="00E37BCE">
      <w:pPr>
        <w:pStyle w:val="Titolo2"/>
        <w:jc w:val="center"/>
        <w:rPr>
          <w:rFonts w:ascii="Arial" w:hAnsi="Arial" w:cs="Arial"/>
          <w:color w:val="A6A6A6" w:themeColor="background1" w:themeShade="A6"/>
          <w:sz w:val="40"/>
          <w:szCs w:val="40"/>
        </w:rPr>
      </w:pPr>
      <w:r w:rsidRPr="00806EFC">
        <w:rPr>
          <w:rFonts w:ascii="Arial" w:hAnsi="Arial" w:cs="Arial"/>
          <w:color w:val="A6A6A6" w:themeColor="background1" w:themeShade="A6"/>
          <w:sz w:val="40"/>
          <w:szCs w:val="40"/>
        </w:rPr>
        <w:t>ALLEGATO B</w:t>
      </w:r>
    </w:p>
    <w:p w14:paraId="15A306D4" w14:textId="3F65E27A" w:rsidR="0078045C" w:rsidRPr="00806EFC" w:rsidRDefault="00E37BCE" w:rsidP="00E37BCE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Istituto</w:t>
      </w:r>
      <w:proofErr w:type="spellEnd"/>
      <w:r>
        <w:rPr>
          <w:rFonts w:ascii="Arial" w:hAnsi="Arial" w:cs="Arial"/>
        </w:rPr>
        <w:t xml:space="preserve"> xxx</w:t>
      </w:r>
      <w:r w:rsidR="00806EFC" w:rsidRPr="00806EFC">
        <w:rPr>
          <w:rFonts w:ascii="Arial" w:hAnsi="Arial" w:cs="Arial"/>
        </w:rPr>
        <w:br w:type="page"/>
      </w:r>
    </w:p>
    <w:p w14:paraId="396600F9" w14:textId="45A4D196" w:rsidR="0078045C" w:rsidRDefault="00806EFC">
      <w:pPr>
        <w:pStyle w:val="Titolo1"/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lastRenderedPageBreak/>
        <w:t>Mappa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rapida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dei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documenti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dell’Istituto</w:t>
      </w:r>
      <w:proofErr w:type="spellEnd"/>
    </w:p>
    <w:p w14:paraId="00C30F90" w14:textId="77777777" w:rsidR="00447785" w:rsidRPr="00447785" w:rsidRDefault="00447785" w:rsidP="00447785"/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209"/>
        <w:gridCol w:w="3206"/>
        <w:gridCol w:w="3207"/>
      </w:tblGrid>
      <w:tr w:rsidR="0078045C" w:rsidRPr="00806EFC" w14:paraId="03DDFBDF" w14:textId="77777777">
        <w:tc>
          <w:tcPr>
            <w:tcW w:w="3213" w:type="dxa"/>
            <w:shd w:val="clear" w:color="auto" w:fill="FDE9D9"/>
          </w:tcPr>
          <w:p w14:paraId="1940140C" w14:textId="77777777" w:rsidR="0078045C" w:rsidRPr="00806EFC" w:rsidRDefault="0078045C">
            <w:pPr>
              <w:rPr>
                <w:rFonts w:ascii="Arial" w:hAnsi="Arial" w:cs="Arial"/>
              </w:rPr>
            </w:pPr>
          </w:p>
          <w:p w14:paraId="4A4DBDB1" w14:textId="77777777" w:rsidR="0078045C" w:rsidRPr="00806EFC" w:rsidRDefault="00806EF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  <w:b/>
                <w:color w:val="F79646"/>
              </w:rPr>
              <w:t>Documento</w:t>
            </w:r>
            <w:proofErr w:type="spellEnd"/>
          </w:p>
        </w:tc>
        <w:tc>
          <w:tcPr>
            <w:tcW w:w="3213" w:type="dxa"/>
            <w:shd w:val="clear" w:color="auto" w:fill="FDE9D9"/>
          </w:tcPr>
          <w:p w14:paraId="23730505" w14:textId="77777777" w:rsidR="0078045C" w:rsidRPr="00806EFC" w:rsidRDefault="0078045C">
            <w:pPr>
              <w:rPr>
                <w:rFonts w:ascii="Arial" w:hAnsi="Arial" w:cs="Arial"/>
              </w:rPr>
            </w:pPr>
          </w:p>
          <w:p w14:paraId="0E9462DE" w14:textId="77777777" w:rsidR="0078045C" w:rsidRPr="00806EFC" w:rsidRDefault="00806EF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  <w:b/>
                <w:color w:val="F79646"/>
              </w:rPr>
              <w:t xml:space="preserve">A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</w:rPr>
              <w:t>cosa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</w:rPr>
              <w:t xml:space="preserve"> serve</w:t>
            </w:r>
          </w:p>
        </w:tc>
        <w:tc>
          <w:tcPr>
            <w:tcW w:w="3213" w:type="dxa"/>
            <w:shd w:val="clear" w:color="auto" w:fill="FDE9D9"/>
          </w:tcPr>
          <w:p w14:paraId="6DA18E27" w14:textId="77777777" w:rsidR="0078045C" w:rsidRPr="00806EFC" w:rsidRDefault="0078045C">
            <w:pPr>
              <w:rPr>
                <w:rFonts w:ascii="Arial" w:hAnsi="Arial" w:cs="Arial"/>
              </w:rPr>
            </w:pPr>
          </w:p>
          <w:p w14:paraId="69D74E26" w14:textId="77777777" w:rsidR="0078045C" w:rsidRPr="00806EFC" w:rsidRDefault="00806EF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  <w:b/>
                <w:color w:val="F79646"/>
              </w:rPr>
              <w:t>Quando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</w:rPr>
              <w:t xml:space="preserve"> lo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</w:rPr>
              <w:t>richiamo</w:t>
            </w:r>
            <w:proofErr w:type="spellEnd"/>
          </w:p>
        </w:tc>
      </w:tr>
      <w:tr w:rsidR="0078045C" w:rsidRPr="00806EFC" w14:paraId="65E1B12D" w14:textId="77777777">
        <w:tc>
          <w:tcPr>
            <w:tcW w:w="3213" w:type="dxa"/>
            <w:shd w:val="clear" w:color="auto" w:fill="FDE9D9"/>
          </w:tcPr>
          <w:p w14:paraId="76145B59" w14:textId="77777777" w:rsidR="0078045C" w:rsidRPr="00806EFC" w:rsidRDefault="0078045C">
            <w:pPr>
              <w:rPr>
                <w:rFonts w:ascii="Arial" w:hAnsi="Arial" w:cs="Arial"/>
              </w:rPr>
            </w:pPr>
          </w:p>
          <w:p w14:paraId="06014E29" w14:textId="77777777" w:rsidR="0078045C" w:rsidRPr="00806EFC" w:rsidRDefault="00806EF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Regolamento</w:t>
            </w:r>
            <w:proofErr w:type="spellEnd"/>
            <w:r w:rsidRPr="00806EFC">
              <w:rPr>
                <w:rFonts w:ascii="Arial" w:hAnsi="Arial" w:cs="Arial"/>
              </w:rPr>
              <w:t xml:space="preserve">/Policy </w:t>
            </w:r>
            <w:proofErr w:type="spellStart"/>
            <w:r w:rsidRPr="00806EFC">
              <w:rPr>
                <w:rFonts w:ascii="Arial" w:hAnsi="Arial" w:cs="Arial"/>
              </w:rPr>
              <w:t>d’Istituto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sull’uso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dell’IA</w:t>
            </w:r>
            <w:proofErr w:type="spellEnd"/>
          </w:p>
        </w:tc>
        <w:tc>
          <w:tcPr>
            <w:tcW w:w="3213" w:type="dxa"/>
            <w:shd w:val="clear" w:color="auto" w:fill="FDE9D9"/>
          </w:tcPr>
          <w:p w14:paraId="7B2032DD" w14:textId="77777777" w:rsidR="0078045C" w:rsidRPr="00806EFC" w:rsidRDefault="0078045C">
            <w:pPr>
              <w:rPr>
                <w:rFonts w:ascii="Arial" w:hAnsi="Arial" w:cs="Arial"/>
              </w:rPr>
            </w:pPr>
          </w:p>
          <w:p w14:paraId="1D4C3C6D" w14:textId="77777777" w:rsidR="0078045C" w:rsidRPr="00806EFC" w:rsidRDefault="00806EF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Regole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comportamento</w:t>
            </w:r>
            <w:proofErr w:type="spellEnd"/>
            <w:r w:rsidRPr="00806EFC">
              <w:rPr>
                <w:rFonts w:ascii="Arial" w:hAnsi="Arial" w:cs="Arial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</w:rPr>
              <w:t>divieti</w:t>
            </w:r>
            <w:proofErr w:type="spellEnd"/>
            <w:r w:rsidRPr="00806EFC">
              <w:rPr>
                <w:rFonts w:ascii="Arial" w:hAnsi="Arial" w:cs="Arial"/>
              </w:rPr>
              <w:t>/</w:t>
            </w:r>
            <w:proofErr w:type="spellStart"/>
            <w:r w:rsidRPr="00806EFC">
              <w:rPr>
                <w:rFonts w:ascii="Arial" w:hAnsi="Arial" w:cs="Arial"/>
              </w:rPr>
              <w:t>consensi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  <w:tc>
          <w:tcPr>
            <w:tcW w:w="3213" w:type="dxa"/>
            <w:shd w:val="clear" w:color="auto" w:fill="FDE9D9"/>
          </w:tcPr>
          <w:p w14:paraId="10B6EA0E" w14:textId="77777777" w:rsidR="0078045C" w:rsidRPr="00806EFC" w:rsidRDefault="0078045C">
            <w:pPr>
              <w:rPr>
                <w:rFonts w:ascii="Arial" w:hAnsi="Arial" w:cs="Arial"/>
              </w:rPr>
            </w:pPr>
          </w:p>
          <w:p w14:paraId="543DE75D" w14:textId="77777777" w:rsidR="0078045C" w:rsidRPr="00806EFC" w:rsidRDefault="00806EF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 xml:space="preserve">Per </w:t>
            </w:r>
            <w:proofErr w:type="spellStart"/>
            <w:r w:rsidRPr="00806EFC">
              <w:rPr>
                <w:rFonts w:ascii="Arial" w:hAnsi="Arial" w:cs="Arial"/>
              </w:rPr>
              <w:t>definire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cosa</w:t>
            </w:r>
            <w:proofErr w:type="spellEnd"/>
            <w:r w:rsidRPr="00806EFC">
              <w:rPr>
                <w:rFonts w:ascii="Arial" w:hAnsi="Arial" w:cs="Arial"/>
              </w:rPr>
              <w:t xml:space="preserve"> è </w:t>
            </w:r>
            <w:proofErr w:type="spellStart"/>
            <w:r w:rsidRPr="00806EFC">
              <w:rPr>
                <w:rFonts w:ascii="Arial" w:hAnsi="Arial" w:cs="Arial"/>
              </w:rPr>
              <w:t>consentito</w:t>
            </w:r>
            <w:proofErr w:type="spellEnd"/>
            <w:r w:rsidRPr="00806EFC">
              <w:rPr>
                <w:rFonts w:ascii="Arial" w:hAnsi="Arial" w:cs="Arial"/>
              </w:rPr>
              <w:t>/</w:t>
            </w:r>
            <w:proofErr w:type="spellStart"/>
            <w:r w:rsidRPr="00806EFC">
              <w:rPr>
                <w:rFonts w:ascii="Arial" w:hAnsi="Arial" w:cs="Arial"/>
              </w:rPr>
              <w:t>vietato</w:t>
            </w:r>
            <w:proofErr w:type="spellEnd"/>
            <w:r w:rsidRPr="00806EFC">
              <w:rPr>
                <w:rFonts w:ascii="Arial" w:hAnsi="Arial" w:cs="Arial"/>
              </w:rPr>
              <w:t xml:space="preserve"> e le </w:t>
            </w:r>
            <w:proofErr w:type="spellStart"/>
            <w:r w:rsidRPr="00806EFC">
              <w:rPr>
                <w:rFonts w:ascii="Arial" w:hAnsi="Arial" w:cs="Arial"/>
              </w:rPr>
              <w:t>condizioni</w:t>
            </w:r>
            <w:proofErr w:type="spellEnd"/>
            <w:r w:rsidRPr="00806EFC">
              <w:rPr>
                <w:rFonts w:ascii="Arial" w:hAnsi="Arial" w:cs="Arial"/>
              </w:rPr>
              <w:t xml:space="preserve"> operative.</w:t>
            </w:r>
          </w:p>
        </w:tc>
      </w:tr>
      <w:tr w:rsidR="0078045C" w:rsidRPr="00806EFC" w14:paraId="3DA6B5F6" w14:textId="77777777">
        <w:tc>
          <w:tcPr>
            <w:tcW w:w="3213" w:type="dxa"/>
            <w:shd w:val="clear" w:color="auto" w:fill="FDE9D9"/>
          </w:tcPr>
          <w:p w14:paraId="1E56F5C0" w14:textId="77777777" w:rsidR="0078045C" w:rsidRPr="00806EFC" w:rsidRDefault="0078045C">
            <w:pPr>
              <w:rPr>
                <w:rFonts w:ascii="Arial" w:hAnsi="Arial" w:cs="Arial"/>
              </w:rPr>
            </w:pPr>
          </w:p>
          <w:p w14:paraId="091E7788" w14:textId="77777777" w:rsidR="0078045C" w:rsidRPr="00806EFC" w:rsidRDefault="00806EF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Allegato</w:t>
            </w:r>
            <w:proofErr w:type="spellEnd"/>
            <w:r w:rsidRPr="00806EFC">
              <w:rPr>
                <w:rFonts w:ascii="Arial" w:hAnsi="Arial" w:cs="Arial"/>
              </w:rPr>
              <w:t xml:space="preserve"> A – </w:t>
            </w:r>
            <w:proofErr w:type="spellStart"/>
            <w:r w:rsidRPr="00806EFC">
              <w:rPr>
                <w:rFonts w:ascii="Arial" w:hAnsi="Arial" w:cs="Arial"/>
              </w:rPr>
              <w:t>Inventario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strumenti</w:t>
            </w:r>
            <w:proofErr w:type="spellEnd"/>
            <w:r w:rsidRPr="00806EFC">
              <w:rPr>
                <w:rFonts w:ascii="Arial" w:hAnsi="Arial" w:cs="Arial"/>
              </w:rPr>
              <w:t>/app</w:t>
            </w:r>
          </w:p>
        </w:tc>
        <w:tc>
          <w:tcPr>
            <w:tcW w:w="3213" w:type="dxa"/>
            <w:shd w:val="clear" w:color="auto" w:fill="FDE9D9"/>
          </w:tcPr>
          <w:p w14:paraId="70DC5965" w14:textId="77777777" w:rsidR="0078045C" w:rsidRPr="00806EFC" w:rsidRDefault="0078045C">
            <w:pPr>
              <w:rPr>
                <w:rFonts w:ascii="Arial" w:hAnsi="Arial" w:cs="Arial"/>
              </w:rPr>
            </w:pPr>
          </w:p>
          <w:p w14:paraId="505E7259" w14:textId="77777777" w:rsidR="0078045C" w:rsidRPr="00806EFC" w:rsidRDefault="00806EF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Elenco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strumenti</w:t>
            </w:r>
            <w:proofErr w:type="spellEnd"/>
            <w:r w:rsidRPr="00806EFC">
              <w:rPr>
                <w:rFonts w:ascii="Arial" w:hAnsi="Arial" w:cs="Arial"/>
              </w:rPr>
              <w:t xml:space="preserve">: </w:t>
            </w:r>
            <w:proofErr w:type="spellStart"/>
            <w:r w:rsidRPr="00806EFC">
              <w:rPr>
                <w:rFonts w:ascii="Arial" w:hAnsi="Arial" w:cs="Arial"/>
              </w:rPr>
              <w:t>ammesso</w:t>
            </w:r>
            <w:proofErr w:type="spellEnd"/>
            <w:r w:rsidRPr="00806EFC">
              <w:rPr>
                <w:rFonts w:ascii="Arial" w:hAnsi="Arial" w:cs="Arial"/>
              </w:rPr>
              <w:t xml:space="preserve"> / con </w:t>
            </w:r>
            <w:proofErr w:type="spellStart"/>
            <w:r w:rsidRPr="00806EFC">
              <w:rPr>
                <w:rFonts w:ascii="Arial" w:hAnsi="Arial" w:cs="Arial"/>
              </w:rPr>
              <w:t>condizioni</w:t>
            </w:r>
            <w:proofErr w:type="spellEnd"/>
            <w:r w:rsidRPr="00806EFC">
              <w:rPr>
                <w:rFonts w:ascii="Arial" w:hAnsi="Arial" w:cs="Arial"/>
              </w:rPr>
              <w:t xml:space="preserve"> / non </w:t>
            </w:r>
            <w:proofErr w:type="spellStart"/>
            <w:r w:rsidRPr="00806EFC">
              <w:rPr>
                <w:rFonts w:ascii="Arial" w:hAnsi="Arial" w:cs="Arial"/>
              </w:rPr>
              <w:t>ammesso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  <w:tc>
          <w:tcPr>
            <w:tcW w:w="3213" w:type="dxa"/>
            <w:shd w:val="clear" w:color="auto" w:fill="FDE9D9"/>
          </w:tcPr>
          <w:p w14:paraId="5255A782" w14:textId="77777777" w:rsidR="0078045C" w:rsidRPr="00806EFC" w:rsidRDefault="0078045C">
            <w:pPr>
              <w:rPr>
                <w:rFonts w:ascii="Arial" w:hAnsi="Arial" w:cs="Arial"/>
              </w:rPr>
            </w:pPr>
          </w:p>
          <w:p w14:paraId="3B0804A3" w14:textId="77777777" w:rsidR="0078045C" w:rsidRPr="00806EFC" w:rsidRDefault="00806EF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 xml:space="preserve">Per </w:t>
            </w:r>
            <w:proofErr w:type="spellStart"/>
            <w:r w:rsidRPr="00806EFC">
              <w:rPr>
                <w:rFonts w:ascii="Arial" w:hAnsi="Arial" w:cs="Arial"/>
              </w:rPr>
              <w:t>autorizzare</w:t>
            </w:r>
            <w:proofErr w:type="spellEnd"/>
            <w:r w:rsidRPr="00806EFC">
              <w:rPr>
                <w:rFonts w:ascii="Arial" w:hAnsi="Arial" w:cs="Arial"/>
              </w:rPr>
              <w:t xml:space="preserve"> o </w:t>
            </w:r>
            <w:proofErr w:type="spellStart"/>
            <w:r w:rsidRPr="00806EFC">
              <w:rPr>
                <w:rFonts w:ascii="Arial" w:hAnsi="Arial" w:cs="Arial"/>
              </w:rPr>
              <w:t>negare</w:t>
            </w:r>
            <w:proofErr w:type="spellEnd"/>
            <w:r w:rsidRPr="00806EFC">
              <w:rPr>
                <w:rFonts w:ascii="Arial" w:hAnsi="Arial" w:cs="Arial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</w:rPr>
              <w:t>comunicare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condizioni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</w:tr>
      <w:tr w:rsidR="0078045C" w:rsidRPr="00806EFC" w14:paraId="312CF440" w14:textId="77777777">
        <w:tc>
          <w:tcPr>
            <w:tcW w:w="3213" w:type="dxa"/>
            <w:shd w:val="clear" w:color="auto" w:fill="FDE9D9"/>
          </w:tcPr>
          <w:p w14:paraId="3F9F628D" w14:textId="77777777" w:rsidR="0078045C" w:rsidRPr="00806EFC" w:rsidRDefault="0078045C">
            <w:pPr>
              <w:rPr>
                <w:rFonts w:ascii="Arial" w:hAnsi="Arial" w:cs="Arial"/>
              </w:rPr>
            </w:pPr>
          </w:p>
          <w:p w14:paraId="6094A04D" w14:textId="1DE4C5A1" w:rsidR="0078045C" w:rsidRPr="00806EFC" w:rsidRDefault="00806EF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Allegato</w:t>
            </w:r>
            <w:proofErr w:type="spellEnd"/>
            <w:r w:rsidRPr="00806EFC">
              <w:rPr>
                <w:rFonts w:ascii="Arial" w:hAnsi="Arial" w:cs="Arial"/>
              </w:rPr>
              <w:t xml:space="preserve"> B – </w:t>
            </w:r>
            <w:r w:rsidR="00447785">
              <w:rPr>
                <w:rFonts w:ascii="Arial" w:hAnsi="Arial" w:cs="Arial"/>
              </w:rPr>
              <w:t xml:space="preserve">Il </w:t>
            </w:r>
            <w:proofErr w:type="spellStart"/>
            <w:r w:rsidR="00447785">
              <w:rPr>
                <w:rFonts w:ascii="Arial" w:hAnsi="Arial" w:cs="Arial"/>
              </w:rPr>
              <w:t>presente</w:t>
            </w:r>
            <w:proofErr w:type="spellEnd"/>
            <w:r w:rsidR="00447785">
              <w:rPr>
                <w:rFonts w:ascii="Arial" w:hAnsi="Arial" w:cs="Arial"/>
              </w:rPr>
              <w:t xml:space="preserve"> </w:t>
            </w:r>
            <w:proofErr w:type="spellStart"/>
            <w:r w:rsidR="00447785">
              <w:rPr>
                <w:rFonts w:ascii="Arial" w:hAnsi="Arial" w:cs="Arial"/>
              </w:rPr>
              <w:t>documento</w:t>
            </w:r>
            <w:proofErr w:type="spellEnd"/>
            <w:r w:rsidR="00447785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Istruzioni</w:t>
            </w:r>
            <w:proofErr w:type="spellEnd"/>
            <w:r w:rsidRPr="00806EFC">
              <w:rPr>
                <w:rFonts w:ascii="Arial" w:hAnsi="Arial" w:cs="Arial"/>
              </w:rPr>
              <w:t xml:space="preserve"> operative e </w:t>
            </w:r>
            <w:proofErr w:type="spellStart"/>
            <w:r w:rsidRPr="00806EFC">
              <w:rPr>
                <w:rFonts w:ascii="Arial" w:hAnsi="Arial" w:cs="Arial"/>
              </w:rPr>
              <w:t>formazione</w:t>
            </w:r>
            <w:proofErr w:type="spellEnd"/>
          </w:p>
        </w:tc>
        <w:tc>
          <w:tcPr>
            <w:tcW w:w="3213" w:type="dxa"/>
            <w:shd w:val="clear" w:color="auto" w:fill="FDE9D9"/>
          </w:tcPr>
          <w:p w14:paraId="40D68516" w14:textId="77777777" w:rsidR="0078045C" w:rsidRPr="00806EFC" w:rsidRDefault="0078045C">
            <w:pPr>
              <w:rPr>
                <w:rFonts w:ascii="Arial" w:hAnsi="Arial" w:cs="Arial"/>
              </w:rPr>
            </w:pPr>
          </w:p>
          <w:p w14:paraId="00BC720A" w14:textId="77777777" w:rsidR="0078045C" w:rsidRPr="00806EFC" w:rsidRDefault="00806EF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Regole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pratiche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esempi</w:t>
            </w:r>
            <w:proofErr w:type="spellEnd"/>
            <w:r w:rsidRPr="00806EFC">
              <w:rPr>
                <w:rFonts w:ascii="Arial" w:hAnsi="Arial" w:cs="Arial"/>
              </w:rPr>
              <w:t xml:space="preserve">, procedure (account, </w:t>
            </w:r>
            <w:proofErr w:type="spellStart"/>
            <w:r w:rsidRPr="00806EFC">
              <w:rPr>
                <w:rFonts w:ascii="Arial" w:hAnsi="Arial" w:cs="Arial"/>
              </w:rPr>
              <w:t>incidenti</w:t>
            </w:r>
            <w:proofErr w:type="spellEnd"/>
            <w:r w:rsidRPr="00806EFC">
              <w:rPr>
                <w:rFonts w:ascii="Arial" w:hAnsi="Arial" w:cs="Arial"/>
              </w:rPr>
              <w:t>).</w:t>
            </w:r>
          </w:p>
        </w:tc>
        <w:tc>
          <w:tcPr>
            <w:tcW w:w="3213" w:type="dxa"/>
            <w:shd w:val="clear" w:color="auto" w:fill="FDE9D9"/>
          </w:tcPr>
          <w:p w14:paraId="586FA354" w14:textId="77777777" w:rsidR="0078045C" w:rsidRPr="00806EFC" w:rsidRDefault="0078045C">
            <w:pPr>
              <w:rPr>
                <w:rFonts w:ascii="Arial" w:hAnsi="Arial" w:cs="Arial"/>
              </w:rPr>
            </w:pPr>
          </w:p>
          <w:p w14:paraId="4DD9A21C" w14:textId="77777777" w:rsidR="0078045C" w:rsidRPr="00806EFC" w:rsidRDefault="00806EF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 xml:space="preserve">Per </w:t>
            </w:r>
            <w:proofErr w:type="spellStart"/>
            <w:r w:rsidRPr="00806EFC">
              <w:rPr>
                <w:rFonts w:ascii="Arial" w:hAnsi="Arial" w:cs="Arial"/>
              </w:rPr>
              <w:t>standardizzare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l’uso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quotidiano</w:t>
            </w:r>
            <w:proofErr w:type="spellEnd"/>
            <w:r w:rsidRPr="00806EFC">
              <w:rPr>
                <w:rFonts w:ascii="Arial" w:hAnsi="Arial" w:cs="Arial"/>
              </w:rPr>
              <w:t xml:space="preserve"> e la </w:t>
            </w:r>
            <w:proofErr w:type="spellStart"/>
            <w:r w:rsidRPr="00806EFC">
              <w:rPr>
                <w:rFonts w:ascii="Arial" w:hAnsi="Arial" w:cs="Arial"/>
              </w:rPr>
              <w:t>formazione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</w:tr>
      <w:tr w:rsidR="0078045C" w:rsidRPr="00806EFC" w14:paraId="6FBC500A" w14:textId="77777777">
        <w:tc>
          <w:tcPr>
            <w:tcW w:w="3213" w:type="dxa"/>
            <w:shd w:val="clear" w:color="auto" w:fill="FDE9D9"/>
          </w:tcPr>
          <w:p w14:paraId="24A2FA31" w14:textId="77777777" w:rsidR="0078045C" w:rsidRPr="00806EFC" w:rsidRDefault="0078045C">
            <w:pPr>
              <w:rPr>
                <w:rFonts w:ascii="Arial" w:hAnsi="Arial" w:cs="Arial"/>
              </w:rPr>
            </w:pPr>
          </w:p>
          <w:p w14:paraId="1B64F375" w14:textId="77777777" w:rsidR="0078045C" w:rsidRPr="00806EFC" w:rsidRDefault="00806EF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 xml:space="preserve">DPIA AI (se </w:t>
            </w:r>
            <w:proofErr w:type="spellStart"/>
            <w:r w:rsidRPr="00806EFC">
              <w:rPr>
                <w:rFonts w:ascii="Arial" w:hAnsi="Arial" w:cs="Arial"/>
              </w:rPr>
              <w:t>applicabile</w:t>
            </w:r>
            <w:proofErr w:type="spellEnd"/>
            <w:r w:rsidRPr="00806EFC">
              <w:rPr>
                <w:rFonts w:ascii="Arial" w:hAnsi="Arial" w:cs="Arial"/>
              </w:rPr>
              <w:t>)</w:t>
            </w:r>
          </w:p>
        </w:tc>
        <w:tc>
          <w:tcPr>
            <w:tcW w:w="3213" w:type="dxa"/>
            <w:shd w:val="clear" w:color="auto" w:fill="FDE9D9"/>
          </w:tcPr>
          <w:p w14:paraId="0ADC9830" w14:textId="77777777" w:rsidR="0078045C" w:rsidRPr="00806EFC" w:rsidRDefault="0078045C">
            <w:pPr>
              <w:rPr>
                <w:rFonts w:ascii="Arial" w:hAnsi="Arial" w:cs="Arial"/>
              </w:rPr>
            </w:pPr>
          </w:p>
          <w:p w14:paraId="4BC72441" w14:textId="77777777" w:rsidR="0078045C" w:rsidRPr="00806EFC" w:rsidRDefault="00806EF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 xml:space="preserve">Valuta </w:t>
            </w:r>
            <w:proofErr w:type="spellStart"/>
            <w:r w:rsidRPr="00806EFC">
              <w:rPr>
                <w:rFonts w:ascii="Arial" w:hAnsi="Arial" w:cs="Arial"/>
              </w:rPr>
              <w:t>rischi</w:t>
            </w:r>
            <w:proofErr w:type="spellEnd"/>
            <w:r w:rsidRPr="00806EFC">
              <w:rPr>
                <w:rFonts w:ascii="Arial" w:hAnsi="Arial" w:cs="Arial"/>
              </w:rPr>
              <w:t xml:space="preserve"> privacy </w:t>
            </w:r>
            <w:proofErr w:type="spellStart"/>
            <w:r w:rsidRPr="00806EFC">
              <w:rPr>
                <w:rFonts w:ascii="Arial" w:hAnsi="Arial" w:cs="Arial"/>
              </w:rPr>
              <w:t>legati</w:t>
            </w:r>
            <w:proofErr w:type="spellEnd"/>
            <w:r w:rsidRPr="00806EFC">
              <w:rPr>
                <w:rFonts w:ascii="Arial" w:hAnsi="Arial" w:cs="Arial"/>
              </w:rPr>
              <w:t xml:space="preserve"> alle </w:t>
            </w:r>
            <w:proofErr w:type="spellStart"/>
            <w:r w:rsidRPr="00806EFC">
              <w:rPr>
                <w:rFonts w:ascii="Arial" w:hAnsi="Arial" w:cs="Arial"/>
              </w:rPr>
              <w:t>funzioni</w:t>
            </w:r>
            <w:proofErr w:type="spellEnd"/>
            <w:r w:rsidRPr="00806EFC">
              <w:rPr>
                <w:rFonts w:ascii="Arial" w:hAnsi="Arial" w:cs="Arial"/>
              </w:rPr>
              <w:t xml:space="preserve"> IA.</w:t>
            </w:r>
          </w:p>
        </w:tc>
        <w:tc>
          <w:tcPr>
            <w:tcW w:w="3213" w:type="dxa"/>
            <w:shd w:val="clear" w:color="auto" w:fill="FDE9D9"/>
          </w:tcPr>
          <w:p w14:paraId="31C6C202" w14:textId="77777777" w:rsidR="0078045C" w:rsidRPr="00806EFC" w:rsidRDefault="0078045C">
            <w:pPr>
              <w:rPr>
                <w:rFonts w:ascii="Arial" w:hAnsi="Arial" w:cs="Arial"/>
              </w:rPr>
            </w:pPr>
          </w:p>
          <w:p w14:paraId="310D8BE3" w14:textId="77777777" w:rsidR="0078045C" w:rsidRPr="00806EFC" w:rsidRDefault="00806EF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Quando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trattano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dati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minori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dati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particolari</w:t>
            </w:r>
            <w:proofErr w:type="spellEnd"/>
            <w:r w:rsidRPr="00806EFC">
              <w:rPr>
                <w:rFonts w:ascii="Arial" w:hAnsi="Arial" w:cs="Arial"/>
              </w:rPr>
              <w:t xml:space="preserve"> o </w:t>
            </w:r>
            <w:proofErr w:type="spellStart"/>
            <w:r w:rsidRPr="00806EFC">
              <w:rPr>
                <w:rFonts w:ascii="Arial" w:hAnsi="Arial" w:cs="Arial"/>
              </w:rPr>
              <w:t>su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larga</w:t>
            </w:r>
            <w:proofErr w:type="spellEnd"/>
            <w:r w:rsidRPr="00806EFC">
              <w:rPr>
                <w:rFonts w:ascii="Arial" w:hAnsi="Arial" w:cs="Arial"/>
              </w:rPr>
              <w:t xml:space="preserve"> scala.</w:t>
            </w:r>
          </w:p>
        </w:tc>
      </w:tr>
      <w:tr w:rsidR="0078045C" w:rsidRPr="00806EFC" w14:paraId="1B050437" w14:textId="77777777">
        <w:tc>
          <w:tcPr>
            <w:tcW w:w="3213" w:type="dxa"/>
            <w:shd w:val="clear" w:color="auto" w:fill="FDE9D9"/>
          </w:tcPr>
          <w:p w14:paraId="265781E6" w14:textId="77777777" w:rsidR="0078045C" w:rsidRPr="00806EFC" w:rsidRDefault="0078045C">
            <w:pPr>
              <w:rPr>
                <w:rFonts w:ascii="Arial" w:hAnsi="Arial" w:cs="Arial"/>
              </w:rPr>
            </w:pPr>
          </w:p>
          <w:p w14:paraId="061F2E8C" w14:textId="77777777" w:rsidR="0078045C" w:rsidRPr="00806EFC" w:rsidRDefault="00806EF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>PUIA</w:t>
            </w:r>
          </w:p>
        </w:tc>
        <w:tc>
          <w:tcPr>
            <w:tcW w:w="3213" w:type="dxa"/>
            <w:shd w:val="clear" w:color="auto" w:fill="FDE9D9"/>
          </w:tcPr>
          <w:p w14:paraId="75496A1A" w14:textId="77777777" w:rsidR="0078045C" w:rsidRPr="00806EFC" w:rsidRDefault="0078045C">
            <w:pPr>
              <w:rPr>
                <w:rFonts w:ascii="Arial" w:hAnsi="Arial" w:cs="Arial"/>
              </w:rPr>
            </w:pPr>
          </w:p>
          <w:p w14:paraId="1C785EF5" w14:textId="77777777" w:rsidR="0078045C" w:rsidRPr="00806EFC" w:rsidRDefault="00806EF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Visione</w:t>
            </w:r>
            <w:proofErr w:type="spellEnd"/>
            <w:r w:rsidRPr="00806EFC">
              <w:rPr>
                <w:rFonts w:ascii="Arial" w:hAnsi="Arial" w:cs="Arial"/>
              </w:rPr>
              <w:t xml:space="preserve">, governance e </w:t>
            </w:r>
            <w:proofErr w:type="spellStart"/>
            <w:r w:rsidRPr="00806EFC">
              <w:rPr>
                <w:rFonts w:ascii="Arial" w:hAnsi="Arial" w:cs="Arial"/>
              </w:rPr>
              <w:t>revisione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annuale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  <w:tc>
          <w:tcPr>
            <w:tcW w:w="3213" w:type="dxa"/>
            <w:shd w:val="clear" w:color="auto" w:fill="FDE9D9"/>
          </w:tcPr>
          <w:p w14:paraId="50DFAC0D" w14:textId="77777777" w:rsidR="0078045C" w:rsidRPr="00806EFC" w:rsidRDefault="0078045C">
            <w:pPr>
              <w:rPr>
                <w:rFonts w:ascii="Arial" w:hAnsi="Arial" w:cs="Arial"/>
              </w:rPr>
            </w:pPr>
          </w:p>
          <w:p w14:paraId="2FD860C4" w14:textId="77777777" w:rsidR="0078045C" w:rsidRPr="00806EFC" w:rsidRDefault="00806EF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 xml:space="preserve">Per </w:t>
            </w:r>
            <w:proofErr w:type="spellStart"/>
            <w:r w:rsidRPr="00806EFC">
              <w:rPr>
                <w:rFonts w:ascii="Arial" w:hAnsi="Arial" w:cs="Arial"/>
              </w:rPr>
              <w:t>pianificare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adozione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formazione</w:t>
            </w:r>
            <w:proofErr w:type="spellEnd"/>
            <w:r w:rsidRPr="00806EFC">
              <w:rPr>
                <w:rFonts w:ascii="Arial" w:hAnsi="Arial" w:cs="Arial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</w:rPr>
              <w:t>riesame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</w:tr>
    </w:tbl>
    <w:p w14:paraId="2A7F709F" w14:textId="77777777" w:rsidR="0078045C" w:rsidRPr="00806EFC" w:rsidRDefault="0078045C">
      <w:pPr>
        <w:spacing w:after="120"/>
        <w:rPr>
          <w:rFonts w:ascii="Arial" w:hAnsi="Arial" w:cs="Arial"/>
        </w:rPr>
      </w:pPr>
    </w:p>
    <w:p w14:paraId="761057E7" w14:textId="77777777" w:rsidR="0078045C" w:rsidRPr="00806EFC" w:rsidRDefault="0078045C">
      <w:pPr>
        <w:rPr>
          <w:rFonts w:ascii="Arial" w:hAnsi="Arial" w:cs="Arial"/>
        </w:rPr>
      </w:pPr>
    </w:p>
    <w:p w14:paraId="6C093872" w14:textId="5B1AAB96" w:rsidR="0078045C" w:rsidRDefault="00806EFC">
      <w:pPr>
        <w:pStyle w:val="Titolo1"/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Ruoli</w:t>
      </w:r>
      <w:proofErr w:type="spellEnd"/>
      <w:r w:rsidRPr="00806EFC">
        <w:rPr>
          <w:rFonts w:ascii="Arial" w:hAnsi="Arial" w:cs="Arial"/>
        </w:rPr>
        <w:t xml:space="preserve"> e </w:t>
      </w:r>
      <w:proofErr w:type="spellStart"/>
      <w:r w:rsidRPr="00806EFC">
        <w:rPr>
          <w:rFonts w:ascii="Arial" w:hAnsi="Arial" w:cs="Arial"/>
        </w:rPr>
        <w:t>responsabilità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minime</w:t>
      </w:r>
      <w:proofErr w:type="spellEnd"/>
    </w:p>
    <w:p w14:paraId="069E4720" w14:textId="77777777" w:rsidR="00447785" w:rsidRPr="00447785" w:rsidRDefault="00447785" w:rsidP="00447785"/>
    <w:p w14:paraId="50EB5003" w14:textId="77777777" w:rsidR="0078045C" w:rsidRPr="00806EFC" w:rsidRDefault="00806EFC">
      <w:pPr>
        <w:pStyle w:val="Puntoelenco"/>
        <w:rPr>
          <w:rFonts w:ascii="Arial" w:hAnsi="Arial" w:cs="Arial"/>
        </w:rPr>
      </w:pPr>
      <w:r w:rsidRPr="00806EFC">
        <w:rPr>
          <w:rFonts w:ascii="Arial" w:hAnsi="Arial" w:cs="Arial"/>
          <w:b/>
        </w:rPr>
        <w:t xml:space="preserve">DS: </w:t>
      </w:r>
      <w:r w:rsidRPr="00806EFC">
        <w:rPr>
          <w:rFonts w:ascii="Arial" w:hAnsi="Arial" w:cs="Arial"/>
        </w:rPr>
        <w:t xml:space="preserve">decide </w:t>
      </w:r>
      <w:proofErr w:type="spellStart"/>
      <w:r w:rsidRPr="00806EFC">
        <w:rPr>
          <w:rFonts w:ascii="Arial" w:hAnsi="Arial" w:cs="Arial"/>
        </w:rPr>
        <w:t>adozione</w:t>
      </w:r>
      <w:proofErr w:type="spellEnd"/>
      <w:r w:rsidRPr="00806EFC">
        <w:rPr>
          <w:rFonts w:ascii="Arial" w:hAnsi="Arial" w:cs="Arial"/>
        </w:rPr>
        <w:t>/</w:t>
      </w:r>
      <w:proofErr w:type="spellStart"/>
      <w:r w:rsidRPr="00806EFC">
        <w:rPr>
          <w:rFonts w:ascii="Arial" w:hAnsi="Arial" w:cs="Arial"/>
        </w:rPr>
        <w:t>abilitazione</w:t>
      </w:r>
      <w:proofErr w:type="spellEnd"/>
      <w:r w:rsidRPr="00806EFC">
        <w:rPr>
          <w:rFonts w:ascii="Arial" w:hAnsi="Arial" w:cs="Arial"/>
        </w:rPr>
        <w:t xml:space="preserve">, </w:t>
      </w:r>
      <w:proofErr w:type="spellStart"/>
      <w:r w:rsidRPr="00806EFC">
        <w:rPr>
          <w:rFonts w:ascii="Arial" w:hAnsi="Arial" w:cs="Arial"/>
        </w:rPr>
        <w:t>approva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condizioni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d’uso</w:t>
      </w:r>
      <w:proofErr w:type="spellEnd"/>
      <w:r w:rsidRPr="00806EFC">
        <w:rPr>
          <w:rFonts w:ascii="Arial" w:hAnsi="Arial" w:cs="Arial"/>
        </w:rPr>
        <w:t xml:space="preserve">, </w:t>
      </w:r>
      <w:proofErr w:type="spellStart"/>
      <w:r w:rsidRPr="00806EFC">
        <w:rPr>
          <w:rFonts w:ascii="Arial" w:hAnsi="Arial" w:cs="Arial"/>
        </w:rPr>
        <w:t>assicura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trasparenza</w:t>
      </w:r>
      <w:proofErr w:type="spellEnd"/>
      <w:r w:rsidRPr="00806EFC">
        <w:rPr>
          <w:rFonts w:ascii="Arial" w:hAnsi="Arial" w:cs="Arial"/>
        </w:rPr>
        <w:t xml:space="preserve"> e </w:t>
      </w:r>
      <w:proofErr w:type="spellStart"/>
      <w:r w:rsidRPr="00806EFC">
        <w:rPr>
          <w:rFonts w:ascii="Arial" w:hAnsi="Arial" w:cs="Arial"/>
        </w:rPr>
        <w:t>supervisione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umana</w:t>
      </w:r>
      <w:proofErr w:type="spellEnd"/>
      <w:r w:rsidRPr="00806EFC">
        <w:rPr>
          <w:rFonts w:ascii="Arial" w:hAnsi="Arial" w:cs="Arial"/>
        </w:rPr>
        <w:t>.</w:t>
      </w:r>
    </w:p>
    <w:p w14:paraId="6E697308" w14:textId="77777777" w:rsidR="0078045C" w:rsidRPr="00806EFC" w:rsidRDefault="00806EFC">
      <w:pPr>
        <w:pStyle w:val="Puntoelenco"/>
        <w:rPr>
          <w:rFonts w:ascii="Arial" w:hAnsi="Arial" w:cs="Arial"/>
        </w:rPr>
      </w:pPr>
      <w:r w:rsidRPr="00806EFC">
        <w:rPr>
          <w:rFonts w:ascii="Arial" w:hAnsi="Arial" w:cs="Arial"/>
          <w:b/>
        </w:rPr>
        <w:t xml:space="preserve">DSGA: </w:t>
      </w:r>
      <w:r w:rsidRPr="00806EFC">
        <w:rPr>
          <w:rFonts w:ascii="Arial" w:hAnsi="Arial" w:cs="Arial"/>
        </w:rPr>
        <w:t xml:space="preserve">presidia </w:t>
      </w:r>
      <w:proofErr w:type="spellStart"/>
      <w:r w:rsidRPr="00806EFC">
        <w:rPr>
          <w:rFonts w:ascii="Arial" w:hAnsi="Arial" w:cs="Arial"/>
        </w:rPr>
        <w:t>flussi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amministrativi</w:t>
      </w:r>
      <w:proofErr w:type="spellEnd"/>
      <w:r w:rsidRPr="00806EFC">
        <w:rPr>
          <w:rFonts w:ascii="Arial" w:hAnsi="Arial" w:cs="Arial"/>
        </w:rPr>
        <w:t xml:space="preserve">, </w:t>
      </w:r>
      <w:proofErr w:type="spellStart"/>
      <w:r w:rsidRPr="00806EFC">
        <w:rPr>
          <w:rFonts w:ascii="Arial" w:hAnsi="Arial" w:cs="Arial"/>
        </w:rPr>
        <w:t>istruzioni</w:t>
      </w:r>
      <w:proofErr w:type="spellEnd"/>
      <w:r w:rsidRPr="00806EFC">
        <w:rPr>
          <w:rFonts w:ascii="Arial" w:hAnsi="Arial" w:cs="Arial"/>
        </w:rPr>
        <w:t xml:space="preserve"> operative al </w:t>
      </w:r>
      <w:proofErr w:type="spellStart"/>
      <w:r w:rsidRPr="00806EFC">
        <w:rPr>
          <w:rFonts w:ascii="Arial" w:hAnsi="Arial" w:cs="Arial"/>
        </w:rPr>
        <w:t>personale</w:t>
      </w:r>
      <w:proofErr w:type="spellEnd"/>
      <w:r w:rsidRPr="00806EFC">
        <w:rPr>
          <w:rFonts w:ascii="Arial" w:hAnsi="Arial" w:cs="Arial"/>
        </w:rPr>
        <w:t xml:space="preserve"> e </w:t>
      </w:r>
      <w:proofErr w:type="spellStart"/>
      <w:r w:rsidRPr="00806EFC">
        <w:rPr>
          <w:rFonts w:ascii="Arial" w:hAnsi="Arial" w:cs="Arial"/>
        </w:rPr>
        <w:t>gestione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documentale</w:t>
      </w:r>
      <w:proofErr w:type="spellEnd"/>
      <w:r w:rsidRPr="00806EFC">
        <w:rPr>
          <w:rFonts w:ascii="Arial" w:hAnsi="Arial" w:cs="Arial"/>
        </w:rPr>
        <w:t xml:space="preserve"> (output, </w:t>
      </w:r>
      <w:proofErr w:type="spellStart"/>
      <w:r w:rsidRPr="00806EFC">
        <w:rPr>
          <w:rFonts w:ascii="Arial" w:hAnsi="Arial" w:cs="Arial"/>
        </w:rPr>
        <w:t>accessi</w:t>
      </w:r>
      <w:proofErr w:type="spellEnd"/>
      <w:r w:rsidRPr="00806EFC">
        <w:rPr>
          <w:rFonts w:ascii="Arial" w:hAnsi="Arial" w:cs="Arial"/>
        </w:rPr>
        <w:t>).</w:t>
      </w:r>
    </w:p>
    <w:p w14:paraId="5E6EE1FB" w14:textId="7F7FE253" w:rsidR="0078045C" w:rsidRPr="00806EFC" w:rsidRDefault="00806EFC">
      <w:pPr>
        <w:pStyle w:val="Puntoelenco"/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  <w:b/>
        </w:rPr>
        <w:t>Referente</w:t>
      </w:r>
      <w:proofErr w:type="spellEnd"/>
      <w:r w:rsidRPr="00806EFC">
        <w:rPr>
          <w:rFonts w:ascii="Arial" w:hAnsi="Arial" w:cs="Arial"/>
          <w:b/>
        </w:rPr>
        <w:t xml:space="preserve"> IA / Team </w:t>
      </w:r>
      <w:proofErr w:type="spellStart"/>
      <w:r w:rsidRPr="00806EFC">
        <w:rPr>
          <w:rFonts w:ascii="Arial" w:hAnsi="Arial" w:cs="Arial"/>
          <w:b/>
        </w:rPr>
        <w:t>digitale</w:t>
      </w:r>
      <w:proofErr w:type="spellEnd"/>
      <w:r w:rsidRPr="00806EFC">
        <w:rPr>
          <w:rFonts w:ascii="Arial" w:hAnsi="Arial" w:cs="Arial"/>
          <w:b/>
        </w:rPr>
        <w:t xml:space="preserve">: </w:t>
      </w:r>
      <w:proofErr w:type="spellStart"/>
      <w:r w:rsidRPr="00806EFC">
        <w:rPr>
          <w:rFonts w:ascii="Arial" w:hAnsi="Arial" w:cs="Arial"/>
        </w:rPr>
        <w:t>supporta</w:t>
      </w:r>
      <w:proofErr w:type="spellEnd"/>
      <w:r w:rsidRPr="00806EFC">
        <w:rPr>
          <w:rFonts w:ascii="Arial" w:hAnsi="Arial" w:cs="Arial"/>
        </w:rPr>
        <w:t xml:space="preserve"> screening </w:t>
      </w:r>
      <w:proofErr w:type="spellStart"/>
      <w:r w:rsidRPr="00806EFC">
        <w:rPr>
          <w:rFonts w:ascii="Arial" w:hAnsi="Arial" w:cs="Arial"/>
        </w:rPr>
        <w:t>casi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d’uso</w:t>
      </w:r>
      <w:proofErr w:type="spellEnd"/>
      <w:r w:rsidRPr="00806EFC">
        <w:rPr>
          <w:rFonts w:ascii="Arial" w:hAnsi="Arial" w:cs="Arial"/>
        </w:rPr>
        <w:t xml:space="preserve">, </w:t>
      </w:r>
      <w:proofErr w:type="spellStart"/>
      <w:r w:rsidRPr="00806EFC">
        <w:rPr>
          <w:rFonts w:ascii="Arial" w:hAnsi="Arial" w:cs="Arial"/>
        </w:rPr>
        <w:t>configurazioni</w:t>
      </w:r>
      <w:proofErr w:type="spellEnd"/>
      <w:r w:rsidRPr="00806EFC">
        <w:rPr>
          <w:rFonts w:ascii="Arial" w:hAnsi="Arial" w:cs="Arial"/>
        </w:rPr>
        <w:t xml:space="preserve"> e </w:t>
      </w:r>
      <w:proofErr w:type="spellStart"/>
      <w:r w:rsidRPr="00806EFC">
        <w:rPr>
          <w:rFonts w:ascii="Arial" w:hAnsi="Arial" w:cs="Arial"/>
        </w:rPr>
        <w:t>formazione</w:t>
      </w:r>
      <w:proofErr w:type="spellEnd"/>
      <w:r w:rsidRPr="00806EFC">
        <w:rPr>
          <w:rFonts w:ascii="Arial" w:hAnsi="Arial" w:cs="Arial"/>
        </w:rPr>
        <w:t xml:space="preserve"> di base</w:t>
      </w:r>
      <w:r>
        <w:rPr>
          <w:rFonts w:ascii="Arial" w:hAnsi="Arial" w:cs="Arial"/>
        </w:rPr>
        <w:t xml:space="preserve">, fa da </w:t>
      </w:r>
      <w:proofErr w:type="spellStart"/>
      <w:r>
        <w:rPr>
          <w:rFonts w:ascii="Arial" w:hAnsi="Arial" w:cs="Arial"/>
        </w:rPr>
        <w:t>tramite</w:t>
      </w:r>
      <w:proofErr w:type="spellEnd"/>
      <w:r>
        <w:rPr>
          <w:rFonts w:ascii="Arial" w:hAnsi="Arial" w:cs="Arial"/>
        </w:rPr>
        <w:t xml:space="preserve"> per </w:t>
      </w:r>
      <w:proofErr w:type="spellStart"/>
      <w:r>
        <w:rPr>
          <w:rFonts w:ascii="Arial" w:hAnsi="Arial" w:cs="Arial"/>
        </w:rPr>
        <w:t>richieste</w:t>
      </w:r>
      <w:proofErr w:type="spellEnd"/>
      <w:r>
        <w:rPr>
          <w:rFonts w:ascii="Arial" w:hAnsi="Arial" w:cs="Arial"/>
        </w:rPr>
        <w:t xml:space="preserve"> di </w:t>
      </w:r>
      <w:proofErr w:type="spellStart"/>
      <w:r>
        <w:rPr>
          <w:rFonts w:ascii="Arial" w:hAnsi="Arial" w:cs="Arial"/>
        </w:rPr>
        <w:t>ammissione</w:t>
      </w:r>
      <w:proofErr w:type="spellEnd"/>
      <w:r>
        <w:rPr>
          <w:rFonts w:ascii="Arial" w:hAnsi="Arial" w:cs="Arial"/>
        </w:rPr>
        <w:t xml:space="preserve"> di </w:t>
      </w:r>
      <w:proofErr w:type="spellStart"/>
      <w:r>
        <w:rPr>
          <w:rFonts w:ascii="Arial" w:hAnsi="Arial" w:cs="Arial"/>
        </w:rPr>
        <w:t>nuove</w:t>
      </w:r>
      <w:proofErr w:type="spellEnd"/>
      <w:r>
        <w:rPr>
          <w:rFonts w:ascii="Arial" w:hAnsi="Arial" w:cs="Arial"/>
        </w:rPr>
        <w:t xml:space="preserve"> app.</w:t>
      </w:r>
    </w:p>
    <w:p w14:paraId="5EE03F8F" w14:textId="77777777" w:rsidR="0078045C" w:rsidRDefault="00806EFC">
      <w:pPr>
        <w:pStyle w:val="Puntoelenco"/>
        <w:rPr>
          <w:rFonts w:ascii="Arial" w:hAnsi="Arial" w:cs="Arial"/>
        </w:rPr>
      </w:pPr>
      <w:r w:rsidRPr="00806EFC">
        <w:rPr>
          <w:rFonts w:ascii="Arial" w:hAnsi="Arial" w:cs="Arial"/>
          <w:b/>
        </w:rPr>
        <w:t xml:space="preserve">DPO: </w:t>
      </w:r>
      <w:proofErr w:type="spellStart"/>
      <w:r w:rsidRPr="00806EFC">
        <w:rPr>
          <w:rFonts w:ascii="Arial" w:hAnsi="Arial" w:cs="Arial"/>
        </w:rPr>
        <w:t>supporta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su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impatti</w:t>
      </w:r>
      <w:proofErr w:type="spellEnd"/>
      <w:r w:rsidRPr="00806EFC">
        <w:rPr>
          <w:rFonts w:ascii="Arial" w:hAnsi="Arial" w:cs="Arial"/>
        </w:rPr>
        <w:t xml:space="preserve"> privacy e </w:t>
      </w:r>
      <w:proofErr w:type="spellStart"/>
      <w:r w:rsidRPr="00806EFC">
        <w:rPr>
          <w:rFonts w:ascii="Arial" w:hAnsi="Arial" w:cs="Arial"/>
        </w:rPr>
        <w:t>valutazioni</w:t>
      </w:r>
      <w:proofErr w:type="spellEnd"/>
      <w:r w:rsidRPr="00806EFC">
        <w:rPr>
          <w:rFonts w:ascii="Arial" w:hAnsi="Arial" w:cs="Arial"/>
        </w:rPr>
        <w:t xml:space="preserve"> (es. DPIA) </w:t>
      </w:r>
      <w:proofErr w:type="spellStart"/>
      <w:r w:rsidRPr="00806EFC">
        <w:rPr>
          <w:rFonts w:ascii="Arial" w:hAnsi="Arial" w:cs="Arial"/>
        </w:rPr>
        <w:t>quando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pertinenti</w:t>
      </w:r>
      <w:proofErr w:type="spellEnd"/>
      <w:r w:rsidRPr="00806EFC">
        <w:rPr>
          <w:rFonts w:ascii="Arial" w:hAnsi="Arial" w:cs="Arial"/>
        </w:rPr>
        <w:t>.</w:t>
      </w:r>
    </w:p>
    <w:p w14:paraId="11665D0E" w14:textId="77777777" w:rsidR="00447785" w:rsidRPr="00806EFC" w:rsidRDefault="00447785" w:rsidP="00447785">
      <w:pPr>
        <w:pStyle w:val="Puntoelenco"/>
        <w:numPr>
          <w:ilvl w:val="0"/>
          <w:numId w:val="0"/>
        </w:numPr>
        <w:ind w:left="360"/>
        <w:rPr>
          <w:rFonts w:ascii="Arial" w:hAnsi="Arial" w:cs="Arial"/>
        </w:rPr>
      </w:pP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9622"/>
      </w:tblGrid>
      <w:tr w:rsidR="0078045C" w:rsidRPr="00806EFC" w14:paraId="7E0D2EF1" w14:textId="77777777">
        <w:tc>
          <w:tcPr>
            <w:tcW w:w="9638" w:type="dxa"/>
            <w:shd w:val="clear" w:color="auto" w:fill="FDE9D9"/>
          </w:tcPr>
          <w:p w14:paraId="5BF347EF" w14:textId="77777777" w:rsidR="0078045C" w:rsidRPr="00806EFC" w:rsidRDefault="0078045C">
            <w:pPr>
              <w:rPr>
                <w:rFonts w:ascii="Arial" w:hAnsi="Arial" w:cs="Arial"/>
              </w:rPr>
            </w:pPr>
          </w:p>
          <w:p w14:paraId="1F1B86C0" w14:textId="639DDBF3" w:rsidR="0078045C" w:rsidRPr="00806EFC" w:rsidRDefault="004477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79646"/>
                <w:sz w:val="21"/>
              </w:rPr>
              <w:t>Per</w:t>
            </w:r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</w:t>
            </w:r>
            <w:proofErr w:type="spellStart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>decisioni</w:t>
            </w:r>
            <w:proofErr w:type="spellEnd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</w:t>
            </w:r>
            <w:proofErr w:type="spellStart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>che</w:t>
            </w:r>
            <w:proofErr w:type="spellEnd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</w:t>
            </w:r>
            <w:proofErr w:type="spellStart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>incidono</w:t>
            </w:r>
            <w:proofErr w:type="spellEnd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</w:t>
            </w:r>
            <w:proofErr w:type="spellStart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>su</w:t>
            </w:r>
            <w:proofErr w:type="spellEnd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</w:t>
            </w:r>
            <w:proofErr w:type="spellStart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>studenti</w:t>
            </w:r>
            <w:proofErr w:type="spellEnd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o </w:t>
            </w:r>
            <w:proofErr w:type="spellStart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>personale</w:t>
            </w:r>
            <w:proofErr w:type="spellEnd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(</w:t>
            </w:r>
            <w:proofErr w:type="spellStart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>voti</w:t>
            </w:r>
            <w:proofErr w:type="spellEnd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, </w:t>
            </w:r>
            <w:proofErr w:type="spellStart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>sanzioni</w:t>
            </w:r>
            <w:proofErr w:type="spellEnd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, </w:t>
            </w:r>
            <w:proofErr w:type="spellStart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>ammissioni</w:t>
            </w:r>
            <w:proofErr w:type="spellEnd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, </w:t>
            </w:r>
            <w:proofErr w:type="spellStart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>assegnazioni</w:t>
            </w:r>
            <w:proofErr w:type="spellEnd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), </w:t>
            </w:r>
            <w:proofErr w:type="spellStart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>l’output</w:t>
            </w:r>
            <w:proofErr w:type="spellEnd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IA non </w:t>
            </w:r>
            <w:proofErr w:type="spellStart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>può</w:t>
            </w:r>
            <w:proofErr w:type="spellEnd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</w:t>
            </w:r>
            <w:proofErr w:type="spellStart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>essere</w:t>
            </w:r>
            <w:proofErr w:type="spellEnd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</w:t>
            </w:r>
            <w:proofErr w:type="spellStart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>usato</w:t>
            </w:r>
            <w:proofErr w:type="spellEnd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“in </w:t>
            </w:r>
            <w:proofErr w:type="spellStart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>automatico</w:t>
            </w:r>
            <w:proofErr w:type="spellEnd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”. Serve sempre </w:t>
            </w:r>
            <w:proofErr w:type="spellStart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>controllo</w:t>
            </w:r>
            <w:proofErr w:type="spellEnd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</w:t>
            </w:r>
            <w:proofErr w:type="spellStart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>umano</w:t>
            </w:r>
            <w:proofErr w:type="spellEnd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e </w:t>
            </w:r>
            <w:proofErr w:type="spellStart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>motivazione</w:t>
            </w:r>
            <w:proofErr w:type="spellEnd"/>
            <w:r w:rsidR="00806EFC" w:rsidRPr="00806EFC">
              <w:rPr>
                <w:rFonts w:ascii="Arial" w:hAnsi="Arial" w:cs="Arial"/>
                <w:b/>
                <w:color w:val="F79646"/>
                <w:sz w:val="21"/>
              </w:rPr>
              <w:t>.</w:t>
            </w:r>
          </w:p>
        </w:tc>
      </w:tr>
    </w:tbl>
    <w:p w14:paraId="5ACEC06C" w14:textId="77777777" w:rsidR="0078045C" w:rsidRPr="00806EFC" w:rsidRDefault="0078045C">
      <w:pPr>
        <w:spacing w:after="120"/>
        <w:rPr>
          <w:rFonts w:ascii="Arial" w:hAnsi="Arial" w:cs="Arial"/>
        </w:rPr>
      </w:pPr>
    </w:p>
    <w:p w14:paraId="48B8C63A" w14:textId="77777777" w:rsidR="0078045C" w:rsidRPr="00806EFC" w:rsidRDefault="0078045C">
      <w:pPr>
        <w:rPr>
          <w:rFonts w:ascii="Arial" w:hAnsi="Arial" w:cs="Arial"/>
        </w:rPr>
      </w:pPr>
    </w:p>
    <w:p w14:paraId="7399747C" w14:textId="609ED8BC" w:rsidR="0078045C" w:rsidRDefault="00806EFC">
      <w:pPr>
        <w:pStyle w:val="Titolo1"/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Procedura</w:t>
      </w:r>
      <w:proofErr w:type="spellEnd"/>
      <w:r w:rsidRPr="00806E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per </w:t>
      </w:r>
      <w:proofErr w:type="spellStart"/>
      <w:r>
        <w:rPr>
          <w:rFonts w:ascii="Arial" w:hAnsi="Arial" w:cs="Arial"/>
        </w:rPr>
        <w:t>valutare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447785">
        <w:rPr>
          <w:rFonts w:ascii="Arial" w:hAnsi="Arial" w:cs="Arial"/>
        </w:rPr>
        <w:t>uso</w:t>
      </w:r>
      <w:proofErr w:type="spellEnd"/>
      <w:r w:rsidR="004477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Ai </w:t>
      </w:r>
    </w:p>
    <w:p w14:paraId="5C3D5D2B" w14:textId="77777777" w:rsidR="00447785" w:rsidRPr="00447785" w:rsidRDefault="00447785" w:rsidP="00447785"/>
    <w:p w14:paraId="6116BBF2" w14:textId="6E83E786" w:rsidR="0078045C" w:rsidRPr="00806EFC" w:rsidRDefault="00806EFC">
      <w:pPr>
        <w:rPr>
          <w:rFonts w:ascii="Arial" w:hAnsi="Arial" w:cs="Arial"/>
        </w:rPr>
      </w:pPr>
      <w:r w:rsidRPr="00806EFC">
        <w:rPr>
          <w:rFonts w:ascii="Arial" w:hAnsi="Arial" w:cs="Arial"/>
          <w:b/>
        </w:rPr>
        <w:t xml:space="preserve">1. </w:t>
      </w:r>
      <w:proofErr w:type="spellStart"/>
      <w:r w:rsidRPr="00806EFC">
        <w:rPr>
          <w:rFonts w:ascii="Arial" w:hAnsi="Arial" w:cs="Arial"/>
          <w:b/>
        </w:rPr>
        <w:t>Defini</w:t>
      </w:r>
      <w:r w:rsidR="00447785">
        <w:rPr>
          <w:rFonts w:ascii="Arial" w:hAnsi="Arial" w:cs="Arial"/>
          <w:b/>
        </w:rPr>
        <w:t>re</w:t>
      </w:r>
      <w:proofErr w:type="spellEnd"/>
      <w:r w:rsidRPr="00806EFC">
        <w:rPr>
          <w:rFonts w:ascii="Arial" w:hAnsi="Arial" w:cs="Arial"/>
          <w:b/>
        </w:rPr>
        <w:t xml:space="preserve"> il </w:t>
      </w:r>
      <w:proofErr w:type="spellStart"/>
      <w:r w:rsidRPr="00806EFC">
        <w:rPr>
          <w:rFonts w:ascii="Arial" w:hAnsi="Arial" w:cs="Arial"/>
          <w:b/>
        </w:rPr>
        <w:t>caso</w:t>
      </w:r>
      <w:proofErr w:type="spellEnd"/>
      <w:r w:rsidRPr="00806EFC">
        <w:rPr>
          <w:rFonts w:ascii="Arial" w:hAnsi="Arial" w:cs="Arial"/>
          <w:b/>
        </w:rPr>
        <w:t xml:space="preserve"> </w:t>
      </w:r>
      <w:proofErr w:type="spellStart"/>
      <w:r w:rsidRPr="00806EFC">
        <w:rPr>
          <w:rFonts w:ascii="Arial" w:hAnsi="Arial" w:cs="Arial"/>
          <w:b/>
        </w:rPr>
        <w:t>d’uso</w:t>
      </w:r>
      <w:proofErr w:type="spellEnd"/>
    </w:p>
    <w:p w14:paraId="40351957" w14:textId="77777777" w:rsidR="0078045C" w:rsidRPr="00806EFC" w:rsidRDefault="00806EFC">
      <w:pPr>
        <w:pStyle w:val="Puntoelenco"/>
        <w:rPr>
          <w:rFonts w:ascii="Arial" w:hAnsi="Arial" w:cs="Arial"/>
        </w:rPr>
      </w:pPr>
      <w:r w:rsidRPr="00806EFC">
        <w:rPr>
          <w:rFonts w:ascii="Arial" w:hAnsi="Arial" w:cs="Arial"/>
        </w:rPr>
        <w:t xml:space="preserve">Chi </w:t>
      </w:r>
      <w:proofErr w:type="spellStart"/>
      <w:r w:rsidRPr="00806EFC">
        <w:rPr>
          <w:rFonts w:ascii="Arial" w:hAnsi="Arial" w:cs="Arial"/>
        </w:rPr>
        <w:t>usa</w:t>
      </w:r>
      <w:proofErr w:type="spellEnd"/>
      <w:r w:rsidRPr="00806EFC">
        <w:rPr>
          <w:rFonts w:ascii="Arial" w:hAnsi="Arial" w:cs="Arial"/>
        </w:rPr>
        <w:t xml:space="preserve"> lo </w:t>
      </w:r>
      <w:proofErr w:type="spellStart"/>
      <w:r w:rsidRPr="00806EFC">
        <w:rPr>
          <w:rFonts w:ascii="Arial" w:hAnsi="Arial" w:cs="Arial"/>
        </w:rPr>
        <w:t>strumento</w:t>
      </w:r>
      <w:proofErr w:type="spellEnd"/>
      <w:r w:rsidRPr="00806EFC">
        <w:rPr>
          <w:rFonts w:ascii="Arial" w:hAnsi="Arial" w:cs="Arial"/>
        </w:rPr>
        <w:t>?</w:t>
      </w:r>
    </w:p>
    <w:p w14:paraId="501A040F" w14:textId="77777777" w:rsidR="0078045C" w:rsidRPr="00806EFC" w:rsidRDefault="00806EFC">
      <w:pPr>
        <w:pStyle w:val="Puntoelenco"/>
        <w:rPr>
          <w:rFonts w:ascii="Arial" w:hAnsi="Arial" w:cs="Arial"/>
        </w:rPr>
      </w:pPr>
      <w:r w:rsidRPr="00806EFC">
        <w:rPr>
          <w:rFonts w:ascii="Arial" w:hAnsi="Arial" w:cs="Arial"/>
        </w:rPr>
        <w:t xml:space="preserve">Per quale </w:t>
      </w:r>
      <w:proofErr w:type="spellStart"/>
      <w:r w:rsidRPr="00806EFC">
        <w:rPr>
          <w:rFonts w:ascii="Arial" w:hAnsi="Arial" w:cs="Arial"/>
        </w:rPr>
        <w:t>attività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concreta</w:t>
      </w:r>
      <w:proofErr w:type="spellEnd"/>
      <w:r w:rsidRPr="00806EFC">
        <w:rPr>
          <w:rFonts w:ascii="Arial" w:hAnsi="Arial" w:cs="Arial"/>
        </w:rPr>
        <w:t>?</w:t>
      </w:r>
    </w:p>
    <w:p w14:paraId="111A8B0B" w14:textId="77777777" w:rsidR="0078045C" w:rsidRPr="00806EFC" w:rsidRDefault="00806EFC">
      <w:pPr>
        <w:pStyle w:val="Puntoelenco"/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Quali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dati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potrebbero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entrare</w:t>
      </w:r>
      <w:proofErr w:type="spellEnd"/>
      <w:r w:rsidRPr="00806EFC">
        <w:rPr>
          <w:rFonts w:ascii="Arial" w:hAnsi="Arial" w:cs="Arial"/>
        </w:rPr>
        <w:t>/</w:t>
      </w:r>
      <w:proofErr w:type="spellStart"/>
      <w:r w:rsidRPr="00806EFC">
        <w:rPr>
          <w:rFonts w:ascii="Arial" w:hAnsi="Arial" w:cs="Arial"/>
        </w:rPr>
        <w:t>uscire</w:t>
      </w:r>
      <w:proofErr w:type="spellEnd"/>
      <w:r w:rsidRPr="00806EFC">
        <w:rPr>
          <w:rFonts w:ascii="Arial" w:hAnsi="Arial" w:cs="Arial"/>
        </w:rPr>
        <w:t>?</w:t>
      </w:r>
    </w:p>
    <w:p w14:paraId="4254E56F" w14:textId="77777777" w:rsidR="0078045C" w:rsidRPr="00806EFC" w:rsidRDefault="00806EFC">
      <w:pPr>
        <w:pStyle w:val="Puntoelenco"/>
        <w:rPr>
          <w:rFonts w:ascii="Arial" w:hAnsi="Arial" w:cs="Arial"/>
        </w:rPr>
      </w:pPr>
      <w:r w:rsidRPr="00806EFC">
        <w:rPr>
          <w:rFonts w:ascii="Arial" w:hAnsi="Arial" w:cs="Arial"/>
        </w:rPr>
        <w:t xml:space="preserve">Dove </w:t>
      </w:r>
      <w:proofErr w:type="spellStart"/>
      <w:r w:rsidRPr="00806EFC">
        <w:rPr>
          <w:rFonts w:ascii="Arial" w:hAnsi="Arial" w:cs="Arial"/>
        </w:rPr>
        <w:t>finiscono</w:t>
      </w:r>
      <w:proofErr w:type="spellEnd"/>
      <w:r w:rsidRPr="00806EFC">
        <w:rPr>
          <w:rFonts w:ascii="Arial" w:hAnsi="Arial" w:cs="Arial"/>
        </w:rPr>
        <w:t xml:space="preserve"> input/output?</w:t>
      </w:r>
    </w:p>
    <w:p w14:paraId="4DF2B541" w14:textId="77777777" w:rsidR="0078045C" w:rsidRPr="00806EFC" w:rsidRDefault="00806EFC">
      <w:pPr>
        <w:pStyle w:val="Puntoelenco"/>
        <w:rPr>
          <w:rFonts w:ascii="Arial" w:hAnsi="Arial" w:cs="Arial"/>
        </w:rPr>
      </w:pPr>
      <w:r w:rsidRPr="00806EFC">
        <w:rPr>
          <w:rFonts w:ascii="Arial" w:hAnsi="Arial" w:cs="Arial"/>
        </w:rPr>
        <w:t xml:space="preserve">Chi </w:t>
      </w:r>
      <w:proofErr w:type="spellStart"/>
      <w:r w:rsidRPr="00806EFC">
        <w:rPr>
          <w:rFonts w:ascii="Arial" w:hAnsi="Arial" w:cs="Arial"/>
        </w:rPr>
        <w:t>controlla</w:t>
      </w:r>
      <w:proofErr w:type="spellEnd"/>
      <w:r w:rsidRPr="00806EFC">
        <w:rPr>
          <w:rFonts w:ascii="Arial" w:hAnsi="Arial" w:cs="Arial"/>
        </w:rPr>
        <w:t xml:space="preserve"> e decide (</w:t>
      </w:r>
      <w:proofErr w:type="spellStart"/>
      <w:r w:rsidRPr="00806EFC">
        <w:rPr>
          <w:rFonts w:ascii="Arial" w:hAnsi="Arial" w:cs="Arial"/>
        </w:rPr>
        <w:t>supervisione</w:t>
      </w:r>
      <w:proofErr w:type="spellEnd"/>
      <w:r w:rsidRPr="00806EFC">
        <w:rPr>
          <w:rFonts w:ascii="Arial" w:hAnsi="Arial" w:cs="Arial"/>
        </w:rPr>
        <w:t>)?</w:t>
      </w:r>
    </w:p>
    <w:p w14:paraId="732067F6" w14:textId="5A5B4B7E" w:rsidR="0078045C" w:rsidRPr="00806EFC" w:rsidRDefault="00806EFC">
      <w:pPr>
        <w:rPr>
          <w:rFonts w:ascii="Arial" w:hAnsi="Arial" w:cs="Arial"/>
        </w:rPr>
      </w:pPr>
      <w:r w:rsidRPr="00806EFC">
        <w:rPr>
          <w:rFonts w:ascii="Arial" w:hAnsi="Arial" w:cs="Arial"/>
          <w:b/>
        </w:rPr>
        <w:t xml:space="preserve">2. </w:t>
      </w:r>
      <w:proofErr w:type="spellStart"/>
      <w:r w:rsidRPr="00806EFC">
        <w:rPr>
          <w:rFonts w:ascii="Arial" w:hAnsi="Arial" w:cs="Arial"/>
          <w:b/>
        </w:rPr>
        <w:t>Verifica</w:t>
      </w:r>
      <w:r w:rsidR="00447785">
        <w:rPr>
          <w:rFonts w:ascii="Arial" w:hAnsi="Arial" w:cs="Arial"/>
          <w:b/>
        </w:rPr>
        <w:t>re</w:t>
      </w:r>
      <w:proofErr w:type="spellEnd"/>
      <w:r w:rsidRPr="00806EFC">
        <w:rPr>
          <w:rFonts w:ascii="Arial" w:hAnsi="Arial" w:cs="Arial"/>
          <w:b/>
        </w:rPr>
        <w:t xml:space="preserve"> se lo </w:t>
      </w:r>
      <w:proofErr w:type="spellStart"/>
      <w:r w:rsidRPr="00806EFC">
        <w:rPr>
          <w:rFonts w:ascii="Arial" w:hAnsi="Arial" w:cs="Arial"/>
          <w:b/>
        </w:rPr>
        <w:t>strumento</w:t>
      </w:r>
      <w:proofErr w:type="spellEnd"/>
      <w:r w:rsidRPr="00806EFC">
        <w:rPr>
          <w:rFonts w:ascii="Arial" w:hAnsi="Arial" w:cs="Arial"/>
          <w:b/>
        </w:rPr>
        <w:t xml:space="preserve"> è </w:t>
      </w:r>
      <w:proofErr w:type="spellStart"/>
      <w:r w:rsidRPr="00806EFC">
        <w:rPr>
          <w:rFonts w:ascii="Arial" w:hAnsi="Arial" w:cs="Arial"/>
          <w:b/>
        </w:rPr>
        <w:t>già</w:t>
      </w:r>
      <w:proofErr w:type="spellEnd"/>
      <w:r w:rsidRPr="00806EFC">
        <w:rPr>
          <w:rFonts w:ascii="Arial" w:hAnsi="Arial" w:cs="Arial"/>
          <w:b/>
        </w:rPr>
        <w:t xml:space="preserve"> </w:t>
      </w:r>
      <w:proofErr w:type="spellStart"/>
      <w:r w:rsidRPr="00806EFC">
        <w:rPr>
          <w:rFonts w:ascii="Arial" w:hAnsi="Arial" w:cs="Arial"/>
          <w:b/>
        </w:rPr>
        <w:t>autorizzato</w:t>
      </w:r>
      <w:proofErr w:type="spellEnd"/>
      <w:r w:rsidRPr="00806EFC">
        <w:rPr>
          <w:rFonts w:ascii="Arial" w:hAnsi="Arial" w:cs="Arial"/>
          <w:b/>
        </w:rPr>
        <w:t>.</w:t>
      </w:r>
    </w:p>
    <w:p w14:paraId="3D41310B" w14:textId="79BEFC17" w:rsidR="0078045C" w:rsidRPr="00806EFC" w:rsidRDefault="00806EFC">
      <w:pPr>
        <w:pStyle w:val="Puntoelenco"/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Controlla</w:t>
      </w:r>
      <w:r w:rsidR="00447785">
        <w:rPr>
          <w:rFonts w:ascii="Arial" w:hAnsi="Arial" w:cs="Arial"/>
        </w:rPr>
        <w:t>re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Inventario</w:t>
      </w:r>
      <w:proofErr w:type="spellEnd"/>
      <w:r w:rsidRPr="00806EFC">
        <w:rPr>
          <w:rFonts w:ascii="Arial" w:hAnsi="Arial" w:cs="Arial"/>
        </w:rPr>
        <w:t xml:space="preserve"> (</w:t>
      </w:r>
      <w:proofErr w:type="spellStart"/>
      <w:r w:rsidRPr="00806EFC">
        <w:rPr>
          <w:rFonts w:ascii="Arial" w:hAnsi="Arial" w:cs="Arial"/>
        </w:rPr>
        <w:t>Allegato</w:t>
      </w:r>
      <w:proofErr w:type="spellEnd"/>
      <w:r w:rsidRPr="00806EFC">
        <w:rPr>
          <w:rFonts w:ascii="Arial" w:hAnsi="Arial" w:cs="Arial"/>
        </w:rPr>
        <w:t xml:space="preserve"> A).</w:t>
      </w:r>
    </w:p>
    <w:p w14:paraId="09034366" w14:textId="06CA8707" w:rsidR="0078045C" w:rsidRPr="00806EFC" w:rsidRDefault="00806EFC">
      <w:pPr>
        <w:pStyle w:val="Puntoelenco"/>
        <w:rPr>
          <w:rFonts w:ascii="Arial" w:hAnsi="Arial" w:cs="Arial"/>
        </w:rPr>
      </w:pPr>
      <w:r w:rsidRPr="00806EFC">
        <w:rPr>
          <w:rFonts w:ascii="Arial" w:hAnsi="Arial" w:cs="Arial"/>
        </w:rPr>
        <w:t xml:space="preserve">Se non è </w:t>
      </w:r>
      <w:proofErr w:type="spellStart"/>
      <w:r w:rsidRPr="00806EFC">
        <w:rPr>
          <w:rFonts w:ascii="Arial" w:hAnsi="Arial" w:cs="Arial"/>
        </w:rPr>
        <w:t>presente</w:t>
      </w:r>
      <w:proofErr w:type="spellEnd"/>
      <w:r w:rsidRPr="00806EFC">
        <w:rPr>
          <w:rFonts w:ascii="Arial" w:hAnsi="Arial" w:cs="Arial"/>
        </w:rPr>
        <w:t xml:space="preserve">: </w:t>
      </w:r>
      <w:proofErr w:type="spellStart"/>
      <w:r w:rsidRPr="00806EFC">
        <w:rPr>
          <w:rFonts w:ascii="Arial" w:hAnsi="Arial" w:cs="Arial"/>
        </w:rPr>
        <w:t>avvia</w:t>
      </w:r>
      <w:r w:rsidR="00447785">
        <w:rPr>
          <w:rFonts w:ascii="Arial" w:hAnsi="Arial" w:cs="Arial"/>
        </w:rPr>
        <w:t>re</w:t>
      </w:r>
      <w:proofErr w:type="spellEnd"/>
      <w:r w:rsidRPr="00806EFC">
        <w:rPr>
          <w:rFonts w:ascii="Arial" w:hAnsi="Arial" w:cs="Arial"/>
        </w:rPr>
        <w:t xml:space="preserve"> la </w:t>
      </w:r>
      <w:proofErr w:type="spellStart"/>
      <w:r w:rsidRPr="00806EFC">
        <w:rPr>
          <w:rFonts w:ascii="Arial" w:hAnsi="Arial" w:cs="Arial"/>
        </w:rPr>
        <w:t>richiesta</w:t>
      </w:r>
      <w:proofErr w:type="spellEnd"/>
      <w:r w:rsidRPr="00806EFC">
        <w:rPr>
          <w:rFonts w:ascii="Arial" w:hAnsi="Arial" w:cs="Arial"/>
        </w:rPr>
        <w:t xml:space="preserve"> (</w:t>
      </w:r>
      <w:proofErr w:type="spellStart"/>
      <w:r w:rsidRPr="00806EFC">
        <w:rPr>
          <w:rFonts w:ascii="Arial" w:hAnsi="Arial" w:cs="Arial"/>
        </w:rPr>
        <w:t>Allegato</w:t>
      </w:r>
      <w:proofErr w:type="spellEnd"/>
      <w:r w:rsidRPr="00806EFC">
        <w:rPr>
          <w:rFonts w:ascii="Arial" w:hAnsi="Arial" w:cs="Arial"/>
        </w:rPr>
        <w:t xml:space="preserve"> B) e </w:t>
      </w:r>
      <w:proofErr w:type="spellStart"/>
      <w:r w:rsidRPr="00806EFC">
        <w:rPr>
          <w:rFonts w:ascii="Arial" w:hAnsi="Arial" w:cs="Arial"/>
        </w:rPr>
        <w:t>consenti</w:t>
      </w:r>
      <w:r w:rsidR="00447785">
        <w:rPr>
          <w:rFonts w:ascii="Arial" w:hAnsi="Arial" w:cs="Arial"/>
        </w:rPr>
        <w:t>re</w:t>
      </w:r>
      <w:proofErr w:type="spellEnd"/>
      <w:r w:rsidRPr="00806EFC">
        <w:rPr>
          <w:rFonts w:ascii="Arial" w:hAnsi="Arial" w:cs="Arial"/>
        </w:rPr>
        <w:t xml:space="preserve"> solo prove con </w:t>
      </w:r>
      <w:proofErr w:type="spellStart"/>
      <w:r w:rsidRPr="00806EFC">
        <w:rPr>
          <w:rFonts w:ascii="Arial" w:hAnsi="Arial" w:cs="Arial"/>
        </w:rPr>
        <w:t>contenuti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fittizi</w:t>
      </w:r>
      <w:proofErr w:type="spellEnd"/>
      <w:r w:rsidRPr="00806EFC">
        <w:rPr>
          <w:rFonts w:ascii="Arial" w:hAnsi="Arial" w:cs="Arial"/>
        </w:rPr>
        <w:t>/</w:t>
      </w:r>
      <w:proofErr w:type="spellStart"/>
      <w:r w:rsidRPr="00806EFC">
        <w:rPr>
          <w:rFonts w:ascii="Arial" w:hAnsi="Arial" w:cs="Arial"/>
        </w:rPr>
        <w:t>anonimi</w:t>
      </w:r>
      <w:proofErr w:type="spellEnd"/>
      <w:r w:rsidRPr="00806EFC">
        <w:rPr>
          <w:rFonts w:ascii="Arial" w:hAnsi="Arial" w:cs="Arial"/>
        </w:rPr>
        <w:t>.</w:t>
      </w:r>
    </w:p>
    <w:p w14:paraId="5D3D4FB5" w14:textId="77777777" w:rsidR="0078045C" w:rsidRPr="00806EFC" w:rsidRDefault="00806EFC">
      <w:pPr>
        <w:rPr>
          <w:rFonts w:ascii="Arial" w:hAnsi="Arial" w:cs="Arial"/>
        </w:rPr>
      </w:pPr>
      <w:r w:rsidRPr="00806EFC">
        <w:rPr>
          <w:rFonts w:ascii="Arial" w:hAnsi="Arial" w:cs="Arial"/>
          <w:b/>
        </w:rPr>
        <w:t xml:space="preserve">3. Screening AI Act: è “alto </w:t>
      </w:r>
      <w:proofErr w:type="spellStart"/>
      <w:r w:rsidRPr="00806EFC">
        <w:rPr>
          <w:rFonts w:ascii="Arial" w:hAnsi="Arial" w:cs="Arial"/>
          <w:b/>
        </w:rPr>
        <w:t>rischio</w:t>
      </w:r>
      <w:proofErr w:type="spellEnd"/>
      <w:r w:rsidRPr="00806EFC">
        <w:rPr>
          <w:rFonts w:ascii="Arial" w:hAnsi="Arial" w:cs="Arial"/>
          <w:b/>
        </w:rPr>
        <w:t>”?</w:t>
      </w:r>
    </w:p>
    <w:p w14:paraId="1427C0AD" w14:textId="77777777" w:rsidR="0078045C" w:rsidRPr="00806EFC" w:rsidRDefault="00806EFC">
      <w:pPr>
        <w:pStyle w:val="Puntoelenco"/>
        <w:rPr>
          <w:rFonts w:ascii="Arial" w:hAnsi="Arial" w:cs="Arial"/>
        </w:rPr>
      </w:pPr>
      <w:r w:rsidRPr="00806EFC">
        <w:rPr>
          <w:rFonts w:ascii="Arial" w:hAnsi="Arial" w:cs="Arial"/>
        </w:rPr>
        <w:t xml:space="preserve">Alto </w:t>
      </w:r>
      <w:proofErr w:type="spellStart"/>
      <w:r w:rsidRPr="00806EFC">
        <w:rPr>
          <w:rFonts w:ascii="Arial" w:hAnsi="Arial" w:cs="Arial"/>
        </w:rPr>
        <w:t>rischio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quando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l’IA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incide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su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valutazioni</w:t>
      </w:r>
      <w:proofErr w:type="spellEnd"/>
      <w:r w:rsidRPr="00806EFC">
        <w:rPr>
          <w:rFonts w:ascii="Arial" w:hAnsi="Arial" w:cs="Arial"/>
        </w:rPr>
        <w:t xml:space="preserve">, </w:t>
      </w:r>
      <w:proofErr w:type="spellStart"/>
      <w:r w:rsidRPr="00806EFC">
        <w:rPr>
          <w:rFonts w:ascii="Arial" w:hAnsi="Arial" w:cs="Arial"/>
        </w:rPr>
        <w:t>ammissioni</w:t>
      </w:r>
      <w:proofErr w:type="spellEnd"/>
      <w:r w:rsidRPr="00806EFC">
        <w:rPr>
          <w:rFonts w:ascii="Arial" w:hAnsi="Arial" w:cs="Arial"/>
        </w:rPr>
        <w:t>/</w:t>
      </w:r>
      <w:proofErr w:type="spellStart"/>
      <w:r w:rsidRPr="00806EFC">
        <w:rPr>
          <w:rFonts w:ascii="Arial" w:hAnsi="Arial" w:cs="Arial"/>
        </w:rPr>
        <w:t>assegnazioni</w:t>
      </w:r>
      <w:proofErr w:type="spellEnd"/>
      <w:r w:rsidRPr="00806EFC">
        <w:rPr>
          <w:rFonts w:ascii="Arial" w:hAnsi="Arial" w:cs="Arial"/>
        </w:rPr>
        <w:t xml:space="preserve"> o proctoring.</w:t>
      </w:r>
    </w:p>
    <w:p w14:paraId="5417723B" w14:textId="77777777" w:rsidR="0078045C" w:rsidRPr="00806EFC" w:rsidRDefault="00806EFC">
      <w:pPr>
        <w:pStyle w:val="Puntoelenco"/>
        <w:rPr>
          <w:rFonts w:ascii="Arial" w:hAnsi="Arial" w:cs="Arial"/>
        </w:rPr>
      </w:pPr>
      <w:r w:rsidRPr="00806EFC">
        <w:rPr>
          <w:rFonts w:ascii="Arial" w:hAnsi="Arial" w:cs="Arial"/>
        </w:rPr>
        <w:t xml:space="preserve">Di norma NON alto </w:t>
      </w:r>
      <w:proofErr w:type="spellStart"/>
      <w:r w:rsidRPr="00806EFC">
        <w:rPr>
          <w:rFonts w:ascii="Arial" w:hAnsi="Arial" w:cs="Arial"/>
        </w:rPr>
        <w:t>rischio</w:t>
      </w:r>
      <w:proofErr w:type="spellEnd"/>
      <w:r w:rsidRPr="00806EFC">
        <w:rPr>
          <w:rFonts w:ascii="Arial" w:hAnsi="Arial" w:cs="Arial"/>
        </w:rPr>
        <w:t xml:space="preserve">: </w:t>
      </w:r>
      <w:proofErr w:type="spellStart"/>
      <w:r w:rsidRPr="00806EFC">
        <w:rPr>
          <w:rFonts w:ascii="Arial" w:hAnsi="Arial" w:cs="Arial"/>
        </w:rPr>
        <w:t>bozze</w:t>
      </w:r>
      <w:proofErr w:type="spellEnd"/>
      <w:r w:rsidRPr="00806EFC">
        <w:rPr>
          <w:rFonts w:ascii="Arial" w:hAnsi="Arial" w:cs="Arial"/>
        </w:rPr>
        <w:t xml:space="preserve">, </w:t>
      </w:r>
      <w:proofErr w:type="spellStart"/>
      <w:r w:rsidRPr="00806EFC">
        <w:rPr>
          <w:rFonts w:ascii="Arial" w:hAnsi="Arial" w:cs="Arial"/>
        </w:rPr>
        <w:t>traduzioni</w:t>
      </w:r>
      <w:proofErr w:type="spellEnd"/>
      <w:r w:rsidRPr="00806EFC">
        <w:rPr>
          <w:rFonts w:ascii="Arial" w:hAnsi="Arial" w:cs="Arial"/>
        </w:rPr>
        <w:t xml:space="preserve">, </w:t>
      </w:r>
      <w:proofErr w:type="spellStart"/>
      <w:r w:rsidRPr="00806EFC">
        <w:rPr>
          <w:rFonts w:ascii="Arial" w:hAnsi="Arial" w:cs="Arial"/>
        </w:rPr>
        <w:t>sintesi</w:t>
      </w:r>
      <w:proofErr w:type="spellEnd"/>
      <w:r w:rsidRPr="00806EFC">
        <w:rPr>
          <w:rFonts w:ascii="Arial" w:hAnsi="Arial" w:cs="Arial"/>
        </w:rPr>
        <w:t xml:space="preserve">, </w:t>
      </w:r>
      <w:proofErr w:type="spellStart"/>
      <w:r w:rsidRPr="00806EFC">
        <w:rPr>
          <w:rFonts w:ascii="Arial" w:hAnsi="Arial" w:cs="Arial"/>
        </w:rPr>
        <w:t>esercizi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generici</w:t>
      </w:r>
      <w:proofErr w:type="spellEnd"/>
      <w:r w:rsidRPr="00806EFC">
        <w:rPr>
          <w:rFonts w:ascii="Arial" w:hAnsi="Arial" w:cs="Arial"/>
        </w:rPr>
        <w:t xml:space="preserve"> (sempre con </w:t>
      </w:r>
      <w:proofErr w:type="spellStart"/>
      <w:r w:rsidRPr="00806EFC">
        <w:rPr>
          <w:rFonts w:ascii="Arial" w:hAnsi="Arial" w:cs="Arial"/>
        </w:rPr>
        <w:t>verifica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umana</w:t>
      </w:r>
      <w:proofErr w:type="spellEnd"/>
      <w:r w:rsidRPr="00806EFC">
        <w:rPr>
          <w:rFonts w:ascii="Arial" w:hAnsi="Arial" w:cs="Arial"/>
        </w:rPr>
        <w:t>).</w:t>
      </w:r>
    </w:p>
    <w:p w14:paraId="228622EB" w14:textId="77777777" w:rsidR="0078045C" w:rsidRPr="00806EFC" w:rsidRDefault="00806EFC">
      <w:pPr>
        <w:rPr>
          <w:rFonts w:ascii="Arial" w:hAnsi="Arial" w:cs="Arial"/>
        </w:rPr>
      </w:pPr>
      <w:r w:rsidRPr="00806EFC">
        <w:rPr>
          <w:rFonts w:ascii="Arial" w:hAnsi="Arial" w:cs="Arial"/>
          <w:b/>
        </w:rPr>
        <w:t xml:space="preserve">4. Se è alto </w:t>
      </w:r>
      <w:proofErr w:type="spellStart"/>
      <w:r w:rsidRPr="00806EFC">
        <w:rPr>
          <w:rFonts w:ascii="Arial" w:hAnsi="Arial" w:cs="Arial"/>
          <w:b/>
        </w:rPr>
        <w:t>rischio</w:t>
      </w:r>
      <w:proofErr w:type="spellEnd"/>
      <w:r w:rsidRPr="00806EFC">
        <w:rPr>
          <w:rFonts w:ascii="Arial" w:hAnsi="Arial" w:cs="Arial"/>
          <w:b/>
        </w:rPr>
        <w:t xml:space="preserve">: </w:t>
      </w:r>
      <w:proofErr w:type="spellStart"/>
      <w:r w:rsidRPr="00806EFC">
        <w:rPr>
          <w:rFonts w:ascii="Arial" w:hAnsi="Arial" w:cs="Arial"/>
          <w:b/>
        </w:rPr>
        <w:t>presìdi</w:t>
      </w:r>
      <w:proofErr w:type="spellEnd"/>
      <w:r w:rsidRPr="00806EFC">
        <w:rPr>
          <w:rFonts w:ascii="Arial" w:hAnsi="Arial" w:cs="Arial"/>
          <w:b/>
        </w:rPr>
        <w:t xml:space="preserve"> </w:t>
      </w:r>
      <w:proofErr w:type="spellStart"/>
      <w:r w:rsidRPr="00806EFC">
        <w:rPr>
          <w:rFonts w:ascii="Arial" w:hAnsi="Arial" w:cs="Arial"/>
          <w:b/>
        </w:rPr>
        <w:t>rafforzati</w:t>
      </w:r>
      <w:proofErr w:type="spellEnd"/>
      <w:r w:rsidRPr="00806EFC">
        <w:rPr>
          <w:rFonts w:ascii="Arial" w:hAnsi="Arial" w:cs="Arial"/>
          <w:b/>
        </w:rPr>
        <w:t xml:space="preserve"> (e FRIA).</w:t>
      </w:r>
    </w:p>
    <w:p w14:paraId="0EF650EA" w14:textId="77777777" w:rsidR="0078045C" w:rsidRPr="00806EFC" w:rsidRDefault="00806EFC">
      <w:pPr>
        <w:pStyle w:val="Puntoelenco"/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Documentazione</w:t>
      </w:r>
      <w:proofErr w:type="spellEnd"/>
      <w:r w:rsidRPr="00806EFC">
        <w:rPr>
          <w:rFonts w:ascii="Arial" w:hAnsi="Arial" w:cs="Arial"/>
        </w:rPr>
        <w:t xml:space="preserve"> e </w:t>
      </w:r>
      <w:proofErr w:type="spellStart"/>
      <w:r w:rsidRPr="00806EFC">
        <w:rPr>
          <w:rFonts w:ascii="Arial" w:hAnsi="Arial" w:cs="Arial"/>
        </w:rPr>
        <w:t>istruzioni</w:t>
      </w:r>
      <w:proofErr w:type="spellEnd"/>
      <w:r w:rsidRPr="00806EFC">
        <w:rPr>
          <w:rFonts w:ascii="Arial" w:hAnsi="Arial" w:cs="Arial"/>
        </w:rPr>
        <w:t xml:space="preserve"> del </w:t>
      </w:r>
      <w:proofErr w:type="spellStart"/>
      <w:r w:rsidRPr="00806EFC">
        <w:rPr>
          <w:rFonts w:ascii="Arial" w:hAnsi="Arial" w:cs="Arial"/>
        </w:rPr>
        <w:t>fornitore</w:t>
      </w:r>
      <w:proofErr w:type="spellEnd"/>
      <w:r w:rsidRPr="00806EFC">
        <w:rPr>
          <w:rFonts w:ascii="Arial" w:hAnsi="Arial" w:cs="Arial"/>
        </w:rPr>
        <w:t xml:space="preserve">; </w:t>
      </w:r>
      <w:proofErr w:type="spellStart"/>
      <w:r w:rsidRPr="00806EFC">
        <w:rPr>
          <w:rFonts w:ascii="Arial" w:hAnsi="Arial" w:cs="Arial"/>
        </w:rPr>
        <w:t>definizione</w:t>
      </w:r>
      <w:proofErr w:type="spellEnd"/>
      <w:r w:rsidRPr="00806EFC">
        <w:rPr>
          <w:rFonts w:ascii="Arial" w:hAnsi="Arial" w:cs="Arial"/>
        </w:rPr>
        <w:t xml:space="preserve"> di </w:t>
      </w:r>
      <w:proofErr w:type="spellStart"/>
      <w:r w:rsidRPr="00806EFC">
        <w:rPr>
          <w:rFonts w:ascii="Arial" w:hAnsi="Arial" w:cs="Arial"/>
        </w:rPr>
        <w:t>supervisione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umana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reale</w:t>
      </w:r>
      <w:proofErr w:type="spellEnd"/>
      <w:r w:rsidRPr="00806EFC">
        <w:rPr>
          <w:rFonts w:ascii="Arial" w:hAnsi="Arial" w:cs="Arial"/>
        </w:rPr>
        <w:t xml:space="preserve">; </w:t>
      </w:r>
      <w:proofErr w:type="spellStart"/>
      <w:r w:rsidRPr="00806EFC">
        <w:rPr>
          <w:rFonts w:ascii="Arial" w:hAnsi="Arial" w:cs="Arial"/>
        </w:rPr>
        <w:t>tracciabilità</w:t>
      </w:r>
      <w:proofErr w:type="spellEnd"/>
      <w:r w:rsidRPr="00806EFC">
        <w:rPr>
          <w:rFonts w:ascii="Arial" w:hAnsi="Arial" w:cs="Arial"/>
        </w:rPr>
        <w:t xml:space="preserve"> minima e </w:t>
      </w:r>
      <w:proofErr w:type="spellStart"/>
      <w:r w:rsidRPr="00806EFC">
        <w:rPr>
          <w:rFonts w:ascii="Arial" w:hAnsi="Arial" w:cs="Arial"/>
        </w:rPr>
        <w:t>gestione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incidenti</w:t>
      </w:r>
      <w:proofErr w:type="spellEnd"/>
      <w:r w:rsidRPr="00806EFC">
        <w:rPr>
          <w:rFonts w:ascii="Arial" w:hAnsi="Arial" w:cs="Arial"/>
        </w:rPr>
        <w:t>.</w:t>
      </w:r>
    </w:p>
    <w:p w14:paraId="1A8AD5AF" w14:textId="77777777" w:rsidR="0078045C" w:rsidRPr="00806EFC" w:rsidRDefault="00806EFC">
      <w:pPr>
        <w:pStyle w:val="Puntoelenco"/>
        <w:rPr>
          <w:rFonts w:ascii="Arial" w:hAnsi="Arial" w:cs="Arial"/>
        </w:rPr>
      </w:pPr>
      <w:r w:rsidRPr="00806EFC">
        <w:rPr>
          <w:rFonts w:ascii="Arial" w:hAnsi="Arial" w:cs="Arial"/>
        </w:rPr>
        <w:t xml:space="preserve">Valuta FRIA prima del primo </w:t>
      </w:r>
      <w:proofErr w:type="spellStart"/>
      <w:r w:rsidRPr="00806EFC">
        <w:rPr>
          <w:rFonts w:ascii="Arial" w:hAnsi="Arial" w:cs="Arial"/>
        </w:rPr>
        <w:t>utilizzo</w:t>
      </w:r>
      <w:proofErr w:type="spellEnd"/>
      <w:r w:rsidRPr="00806EFC">
        <w:rPr>
          <w:rFonts w:ascii="Arial" w:hAnsi="Arial" w:cs="Arial"/>
        </w:rPr>
        <w:t xml:space="preserve"> (</w:t>
      </w:r>
      <w:proofErr w:type="spellStart"/>
      <w:r w:rsidRPr="00806EFC">
        <w:rPr>
          <w:rFonts w:ascii="Arial" w:hAnsi="Arial" w:cs="Arial"/>
        </w:rPr>
        <w:t>Sezione</w:t>
      </w:r>
      <w:proofErr w:type="spellEnd"/>
      <w:r w:rsidRPr="00806EFC">
        <w:rPr>
          <w:rFonts w:ascii="Arial" w:hAnsi="Arial" w:cs="Arial"/>
        </w:rPr>
        <w:t xml:space="preserve"> 5).</w:t>
      </w:r>
    </w:p>
    <w:p w14:paraId="5B3468A6" w14:textId="77777777" w:rsidR="0078045C" w:rsidRPr="00806EFC" w:rsidRDefault="00806EFC">
      <w:pPr>
        <w:rPr>
          <w:rFonts w:ascii="Arial" w:hAnsi="Arial" w:cs="Arial"/>
        </w:rPr>
      </w:pPr>
      <w:r w:rsidRPr="00806EFC">
        <w:rPr>
          <w:rFonts w:ascii="Arial" w:hAnsi="Arial" w:cs="Arial"/>
          <w:b/>
        </w:rPr>
        <w:t xml:space="preserve">5. </w:t>
      </w:r>
      <w:proofErr w:type="spellStart"/>
      <w:r w:rsidRPr="00806EFC">
        <w:rPr>
          <w:rFonts w:ascii="Arial" w:hAnsi="Arial" w:cs="Arial"/>
          <w:b/>
        </w:rPr>
        <w:t>Trasparenza</w:t>
      </w:r>
      <w:proofErr w:type="spellEnd"/>
      <w:r w:rsidRPr="00806EFC">
        <w:rPr>
          <w:rFonts w:ascii="Arial" w:hAnsi="Arial" w:cs="Arial"/>
          <w:b/>
        </w:rPr>
        <w:t xml:space="preserve"> verso </w:t>
      </w:r>
      <w:proofErr w:type="spellStart"/>
      <w:r w:rsidRPr="00806EFC">
        <w:rPr>
          <w:rFonts w:ascii="Arial" w:hAnsi="Arial" w:cs="Arial"/>
          <w:b/>
        </w:rPr>
        <w:t>utenti</w:t>
      </w:r>
      <w:proofErr w:type="spellEnd"/>
      <w:r w:rsidRPr="00806EFC">
        <w:rPr>
          <w:rFonts w:ascii="Arial" w:hAnsi="Arial" w:cs="Arial"/>
          <w:b/>
        </w:rPr>
        <w:t xml:space="preserve"> (AI Act art. 50).</w:t>
      </w:r>
    </w:p>
    <w:p w14:paraId="049F8C7D" w14:textId="77777777" w:rsidR="0078045C" w:rsidRPr="00806EFC" w:rsidRDefault="00806EFC">
      <w:pPr>
        <w:pStyle w:val="Puntoelenco"/>
        <w:rPr>
          <w:rFonts w:ascii="Arial" w:hAnsi="Arial" w:cs="Arial"/>
        </w:rPr>
      </w:pPr>
      <w:r w:rsidRPr="00806EFC">
        <w:rPr>
          <w:rFonts w:ascii="Arial" w:hAnsi="Arial" w:cs="Arial"/>
        </w:rPr>
        <w:t xml:space="preserve">Se un </w:t>
      </w:r>
      <w:proofErr w:type="spellStart"/>
      <w:r w:rsidRPr="00806EFC">
        <w:rPr>
          <w:rFonts w:ascii="Arial" w:hAnsi="Arial" w:cs="Arial"/>
        </w:rPr>
        <w:t>utente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interagisce</w:t>
      </w:r>
      <w:proofErr w:type="spellEnd"/>
      <w:r w:rsidRPr="00806EFC">
        <w:rPr>
          <w:rFonts w:ascii="Arial" w:hAnsi="Arial" w:cs="Arial"/>
        </w:rPr>
        <w:t xml:space="preserve"> con un </w:t>
      </w:r>
      <w:proofErr w:type="spellStart"/>
      <w:r w:rsidRPr="00806EFC">
        <w:rPr>
          <w:rFonts w:ascii="Arial" w:hAnsi="Arial" w:cs="Arial"/>
        </w:rPr>
        <w:t>assistente</w:t>
      </w:r>
      <w:proofErr w:type="spellEnd"/>
      <w:r w:rsidRPr="00806EFC">
        <w:rPr>
          <w:rFonts w:ascii="Arial" w:hAnsi="Arial" w:cs="Arial"/>
        </w:rPr>
        <w:t xml:space="preserve"> IA: </w:t>
      </w:r>
      <w:proofErr w:type="spellStart"/>
      <w:r w:rsidRPr="00806EFC">
        <w:rPr>
          <w:rFonts w:ascii="Arial" w:hAnsi="Arial" w:cs="Arial"/>
        </w:rPr>
        <w:t>deve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saperlo</w:t>
      </w:r>
      <w:proofErr w:type="spellEnd"/>
      <w:r w:rsidRPr="00806EFC">
        <w:rPr>
          <w:rFonts w:ascii="Arial" w:hAnsi="Arial" w:cs="Arial"/>
        </w:rPr>
        <w:t xml:space="preserve"> (salvo </w:t>
      </w:r>
      <w:proofErr w:type="spellStart"/>
      <w:r w:rsidRPr="00806EFC">
        <w:rPr>
          <w:rFonts w:ascii="Arial" w:hAnsi="Arial" w:cs="Arial"/>
        </w:rPr>
        <w:t>sia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ovvio</w:t>
      </w:r>
      <w:proofErr w:type="spellEnd"/>
      <w:r w:rsidRPr="00806EFC">
        <w:rPr>
          <w:rFonts w:ascii="Arial" w:hAnsi="Arial" w:cs="Arial"/>
        </w:rPr>
        <w:t>).</w:t>
      </w:r>
    </w:p>
    <w:p w14:paraId="77DD4543" w14:textId="77777777" w:rsidR="0078045C" w:rsidRPr="00806EFC" w:rsidRDefault="00806EFC">
      <w:pPr>
        <w:pStyle w:val="Puntoelenco"/>
        <w:rPr>
          <w:rFonts w:ascii="Arial" w:hAnsi="Arial" w:cs="Arial"/>
        </w:rPr>
      </w:pPr>
      <w:r w:rsidRPr="00806EFC">
        <w:rPr>
          <w:rFonts w:ascii="Arial" w:hAnsi="Arial" w:cs="Arial"/>
        </w:rPr>
        <w:t xml:space="preserve">Per </w:t>
      </w:r>
      <w:proofErr w:type="spellStart"/>
      <w:r w:rsidRPr="00806EFC">
        <w:rPr>
          <w:rFonts w:ascii="Arial" w:hAnsi="Arial" w:cs="Arial"/>
        </w:rPr>
        <w:t>contenuti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pubblicati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generati</w:t>
      </w:r>
      <w:proofErr w:type="spellEnd"/>
      <w:r w:rsidRPr="00806EFC">
        <w:rPr>
          <w:rFonts w:ascii="Arial" w:hAnsi="Arial" w:cs="Arial"/>
        </w:rPr>
        <w:t>/</w:t>
      </w:r>
      <w:proofErr w:type="spellStart"/>
      <w:r w:rsidRPr="00806EFC">
        <w:rPr>
          <w:rFonts w:ascii="Arial" w:hAnsi="Arial" w:cs="Arial"/>
        </w:rPr>
        <w:t>manipolati</w:t>
      </w:r>
      <w:proofErr w:type="spellEnd"/>
      <w:r w:rsidRPr="00806EFC">
        <w:rPr>
          <w:rFonts w:ascii="Arial" w:hAnsi="Arial" w:cs="Arial"/>
        </w:rPr>
        <w:t xml:space="preserve"> con IA: </w:t>
      </w:r>
      <w:proofErr w:type="spellStart"/>
      <w:r w:rsidRPr="00806EFC">
        <w:rPr>
          <w:rFonts w:ascii="Arial" w:hAnsi="Arial" w:cs="Arial"/>
        </w:rPr>
        <w:t>regole</w:t>
      </w:r>
      <w:proofErr w:type="spellEnd"/>
      <w:r w:rsidRPr="00806EFC">
        <w:rPr>
          <w:rFonts w:ascii="Arial" w:hAnsi="Arial" w:cs="Arial"/>
        </w:rPr>
        <w:t xml:space="preserve"> interne di disclosure e </w:t>
      </w:r>
      <w:proofErr w:type="spellStart"/>
      <w:r w:rsidRPr="00806EFC">
        <w:rPr>
          <w:rFonts w:ascii="Arial" w:hAnsi="Arial" w:cs="Arial"/>
        </w:rPr>
        <w:t>revisione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umana</w:t>
      </w:r>
      <w:proofErr w:type="spellEnd"/>
      <w:r w:rsidRPr="00806EFC">
        <w:rPr>
          <w:rFonts w:ascii="Arial" w:hAnsi="Arial" w:cs="Arial"/>
        </w:rPr>
        <w:t>.</w:t>
      </w:r>
    </w:p>
    <w:p w14:paraId="7EB721D5" w14:textId="77777777" w:rsidR="0078045C" w:rsidRPr="00806EFC" w:rsidRDefault="00806EFC">
      <w:pPr>
        <w:rPr>
          <w:rFonts w:ascii="Arial" w:hAnsi="Arial" w:cs="Arial"/>
        </w:rPr>
      </w:pPr>
      <w:r w:rsidRPr="00806EFC">
        <w:rPr>
          <w:rFonts w:ascii="Arial" w:hAnsi="Arial" w:cs="Arial"/>
          <w:b/>
        </w:rPr>
        <w:t>6. AI literacy (AI Act art. 4).</w:t>
      </w:r>
    </w:p>
    <w:p w14:paraId="5299EA61" w14:textId="77777777" w:rsidR="0078045C" w:rsidRPr="00806EFC" w:rsidRDefault="00806EFC">
      <w:pPr>
        <w:pStyle w:val="Puntoelenco"/>
        <w:rPr>
          <w:rFonts w:ascii="Arial" w:hAnsi="Arial" w:cs="Arial"/>
        </w:rPr>
      </w:pPr>
      <w:r w:rsidRPr="00806EFC">
        <w:rPr>
          <w:rFonts w:ascii="Arial" w:hAnsi="Arial" w:cs="Arial"/>
        </w:rPr>
        <w:t xml:space="preserve">Briefing </w:t>
      </w:r>
      <w:proofErr w:type="spellStart"/>
      <w:r w:rsidRPr="00806EFC">
        <w:rPr>
          <w:rFonts w:ascii="Arial" w:hAnsi="Arial" w:cs="Arial"/>
        </w:rPr>
        <w:t>minimo</w:t>
      </w:r>
      <w:proofErr w:type="spellEnd"/>
      <w:r w:rsidRPr="00806EFC">
        <w:rPr>
          <w:rFonts w:ascii="Arial" w:hAnsi="Arial" w:cs="Arial"/>
        </w:rPr>
        <w:t xml:space="preserve"> per il </w:t>
      </w:r>
      <w:proofErr w:type="spellStart"/>
      <w:r w:rsidRPr="00806EFC">
        <w:rPr>
          <w:rFonts w:ascii="Arial" w:hAnsi="Arial" w:cs="Arial"/>
        </w:rPr>
        <w:t>personale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coinvolto</w:t>
      </w:r>
      <w:proofErr w:type="spellEnd"/>
      <w:r w:rsidRPr="00806EFC">
        <w:rPr>
          <w:rFonts w:ascii="Arial" w:hAnsi="Arial" w:cs="Arial"/>
        </w:rPr>
        <w:t xml:space="preserve"> (</w:t>
      </w:r>
      <w:proofErr w:type="spellStart"/>
      <w:r w:rsidRPr="00806EFC">
        <w:rPr>
          <w:rFonts w:ascii="Arial" w:hAnsi="Arial" w:cs="Arial"/>
        </w:rPr>
        <w:t>rischi</w:t>
      </w:r>
      <w:proofErr w:type="spellEnd"/>
      <w:r w:rsidRPr="00806EFC">
        <w:rPr>
          <w:rFonts w:ascii="Arial" w:hAnsi="Arial" w:cs="Arial"/>
        </w:rPr>
        <w:t xml:space="preserve">, </w:t>
      </w:r>
      <w:proofErr w:type="spellStart"/>
      <w:r w:rsidRPr="00806EFC">
        <w:rPr>
          <w:rFonts w:ascii="Arial" w:hAnsi="Arial" w:cs="Arial"/>
        </w:rPr>
        <w:t>divieti</w:t>
      </w:r>
      <w:proofErr w:type="spellEnd"/>
      <w:r w:rsidRPr="00806EFC">
        <w:rPr>
          <w:rFonts w:ascii="Arial" w:hAnsi="Arial" w:cs="Arial"/>
        </w:rPr>
        <w:t xml:space="preserve">, fact-check, </w:t>
      </w:r>
      <w:proofErr w:type="spellStart"/>
      <w:r w:rsidRPr="00806EFC">
        <w:rPr>
          <w:rFonts w:ascii="Arial" w:hAnsi="Arial" w:cs="Arial"/>
        </w:rPr>
        <w:t>dati</w:t>
      </w:r>
      <w:proofErr w:type="spellEnd"/>
      <w:r w:rsidRPr="00806EFC">
        <w:rPr>
          <w:rFonts w:ascii="Arial" w:hAnsi="Arial" w:cs="Arial"/>
        </w:rPr>
        <w:t>).</w:t>
      </w:r>
    </w:p>
    <w:p w14:paraId="75C16AC5" w14:textId="658F48DF" w:rsidR="0078045C" w:rsidRPr="00806EFC" w:rsidRDefault="00806EFC">
      <w:pPr>
        <w:rPr>
          <w:rFonts w:ascii="Arial" w:hAnsi="Arial" w:cs="Arial"/>
        </w:rPr>
      </w:pPr>
      <w:r w:rsidRPr="00806EFC">
        <w:rPr>
          <w:rFonts w:ascii="Arial" w:hAnsi="Arial" w:cs="Arial"/>
          <w:b/>
        </w:rPr>
        <w:t xml:space="preserve">7. </w:t>
      </w:r>
      <w:proofErr w:type="spellStart"/>
      <w:r w:rsidRPr="00806EFC">
        <w:rPr>
          <w:rFonts w:ascii="Arial" w:hAnsi="Arial" w:cs="Arial"/>
          <w:b/>
        </w:rPr>
        <w:t>Formalizza</w:t>
      </w:r>
      <w:r w:rsidR="00447785">
        <w:rPr>
          <w:rFonts w:ascii="Arial" w:hAnsi="Arial" w:cs="Arial"/>
          <w:b/>
        </w:rPr>
        <w:t>re</w:t>
      </w:r>
      <w:proofErr w:type="spellEnd"/>
      <w:r w:rsidRPr="00806EFC">
        <w:rPr>
          <w:rFonts w:ascii="Arial" w:hAnsi="Arial" w:cs="Arial"/>
          <w:b/>
        </w:rPr>
        <w:t xml:space="preserve"> e </w:t>
      </w:r>
      <w:proofErr w:type="spellStart"/>
      <w:r w:rsidRPr="00806EFC">
        <w:rPr>
          <w:rFonts w:ascii="Arial" w:hAnsi="Arial" w:cs="Arial"/>
          <w:b/>
        </w:rPr>
        <w:t>comunica</w:t>
      </w:r>
      <w:r w:rsidR="00447785">
        <w:rPr>
          <w:rFonts w:ascii="Arial" w:hAnsi="Arial" w:cs="Arial"/>
          <w:b/>
        </w:rPr>
        <w:t>re</w:t>
      </w:r>
      <w:proofErr w:type="spellEnd"/>
      <w:r w:rsidRPr="00806EFC">
        <w:rPr>
          <w:rFonts w:ascii="Arial" w:hAnsi="Arial" w:cs="Arial"/>
          <w:b/>
        </w:rPr>
        <w:t>.</w:t>
      </w:r>
    </w:p>
    <w:p w14:paraId="1829F81D" w14:textId="195F3A7A" w:rsidR="0078045C" w:rsidRPr="00806EFC" w:rsidRDefault="00806EFC">
      <w:pPr>
        <w:pStyle w:val="Puntoelenco"/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Aggiorna</w:t>
      </w:r>
      <w:r w:rsidR="00447785">
        <w:rPr>
          <w:rFonts w:ascii="Arial" w:hAnsi="Arial" w:cs="Arial"/>
        </w:rPr>
        <w:t>re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Inventario</w:t>
      </w:r>
      <w:proofErr w:type="spellEnd"/>
      <w:r w:rsidRPr="00806EFC">
        <w:rPr>
          <w:rFonts w:ascii="Arial" w:hAnsi="Arial" w:cs="Arial"/>
        </w:rPr>
        <w:t xml:space="preserve"> (</w:t>
      </w:r>
      <w:proofErr w:type="spellStart"/>
      <w:r w:rsidRPr="00806EFC">
        <w:rPr>
          <w:rFonts w:ascii="Arial" w:hAnsi="Arial" w:cs="Arial"/>
        </w:rPr>
        <w:t>Allegato</w:t>
      </w:r>
      <w:proofErr w:type="spellEnd"/>
      <w:r w:rsidRPr="00806EFC">
        <w:rPr>
          <w:rFonts w:ascii="Arial" w:hAnsi="Arial" w:cs="Arial"/>
        </w:rPr>
        <w:t xml:space="preserve"> A) con </w:t>
      </w:r>
      <w:proofErr w:type="spellStart"/>
      <w:r w:rsidRPr="00806EFC">
        <w:rPr>
          <w:rFonts w:ascii="Arial" w:hAnsi="Arial" w:cs="Arial"/>
        </w:rPr>
        <w:t>condizioni</w:t>
      </w:r>
      <w:proofErr w:type="spellEnd"/>
      <w:r w:rsidRPr="00806EFC">
        <w:rPr>
          <w:rFonts w:ascii="Arial" w:hAnsi="Arial" w:cs="Arial"/>
        </w:rPr>
        <w:t>.</w:t>
      </w:r>
    </w:p>
    <w:p w14:paraId="1D201D6B" w14:textId="20180824" w:rsidR="0078045C" w:rsidRPr="00806EFC" w:rsidRDefault="00806EFC">
      <w:pPr>
        <w:pStyle w:val="Puntoelenco"/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lastRenderedPageBreak/>
        <w:t>Accessi</w:t>
      </w:r>
      <w:proofErr w:type="spellEnd"/>
      <w:r w:rsidRPr="00806EFC">
        <w:rPr>
          <w:rFonts w:ascii="Arial" w:hAnsi="Arial" w:cs="Arial"/>
        </w:rPr>
        <w:t xml:space="preserve">: </w:t>
      </w:r>
      <w:proofErr w:type="spellStart"/>
      <w:r w:rsidRPr="00806EFC">
        <w:rPr>
          <w:rFonts w:ascii="Arial" w:hAnsi="Arial" w:cs="Arial"/>
        </w:rPr>
        <w:t>preferire</w:t>
      </w:r>
      <w:proofErr w:type="spellEnd"/>
      <w:r w:rsidRPr="00806EFC">
        <w:rPr>
          <w:rFonts w:ascii="Arial" w:hAnsi="Arial" w:cs="Arial"/>
        </w:rPr>
        <w:t xml:space="preserve"> tenant </w:t>
      </w:r>
      <w:proofErr w:type="spellStart"/>
      <w:r w:rsidRPr="00806EFC">
        <w:rPr>
          <w:rFonts w:ascii="Arial" w:hAnsi="Arial" w:cs="Arial"/>
        </w:rPr>
        <w:t>istituzionale</w:t>
      </w:r>
      <w:proofErr w:type="spellEnd"/>
      <w:r w:rsidRPr="00806EFC">
        <w:rPr>
          <w:rFonts w:ascii="Arial" w:hAnsi="Arial" w:cs="Arial"/>
        </w:rPr>
        <w:t>; SSO</w:t>
      </w:r>
      <w:r w:rsidR="00447785">
        <w:rPr>
          <w:rFonts w:ascii="Arial" w:hAnsi="Arial" w:cs="Arial"/>
        </w:rPr>
        <w:t xml:space="preserve"> (ad </w:t>
      </w:r>
      <w:proofErr w:type="spellStart"/>
      <w:r w:rsidR="00447785">
        <w:rPr>
          <w:rFonts w:ascii="Arial" w:hAnsi="Arial" w:cs="Arial"/>
        </w:rPr>
        <w:t>esempio</w:t>
      </w:r>
      <w:proofErr w:type="spellEnd"/>
      <w:r w:rsidR="00447785">
        <w:rPr>
          <w:rFonts w:ascii="Arial" w:hAnsi="Arial" w:cs="Arial"/>
        </w:rPr>
        <w:t xml:space="preserve">: </w:t>
      </w:r>
      <w:proofErr w:type="spellStart"/>
      <w:r w:rsidR="00447785">
        <w:rPr>
          <w:rFonts w:ascii="Arial" w:hAnsi="Arial" w:cs="Arial"/>
        </w:rPr>
        <w:t>accedere</w:t>
      </w:r>
      <w:proofErr w:type="spellEnd"/>
      <w:r w:rsidR="00447785">
        <w:rPr>
          <w:rFonts w:ascii="Arial" w:hAnsi="Arial" w:cs="Arial"/>
        </w:rPr>
        <w:t xml:space="preserve"> con Google)</w:t>
      </w:r>
      <w:r w:rsidRPr="00806EFC">
        <w:rPr>
          <w:rFonts w:ascii="Arial" w:hAnsi="Arial" w:cs="Arial"/>
        </w:rPr>
        <w:t xml:space="preserve"> solo per </w:t>
      </w:r>
      <w:proofErr w:type="spellStart"/>
      <w:r w:rsidRPr="00806EFC">
        <w:rPr>
          <w:rFonts w:ascii="Arial" w:hAnsi="Arial" w:cs="Arial"/>
        </w:rPr>
        <w:t>servizi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autorizzati</w:t>
      </w:r>
      <w:proofErr w:type="spellEnd"/>
      <w:r w:rsidRPr="00806EFC">
        <w:rPr>
          <w:rFonts w:ascii="Arial" w:hAnsi="Arial" w:cs="Arial"/>
        </w:rPr>
        <w:t xml:space="preserve">; niente account </w:t>
      </w:r>
      <w:proofErr w:type="spellStart"/>
      <w:r w:rsidRPr="00806EFC">
        <w:rPr>
          <w:rFonts w:ascii="Arial" w:hAnsi="Arial" w:cs="Arial"/>
        </w:rPr>
        <w:t>personali</w:t>
      </w:r>
      <w:proofErr w:type="spellEnd"/>
      <w:r w:rsidRPr="00806EFC">
        <w:rPr>
          <w:rFonts w:ascii="Arial" w:hAnsi="Arial" w:cs="Arial"/>
        </w:rPr>
        <w:t xml:space="preserve"> per </w:t>
      </w:r>
      <w:proofErr w:type="spellStart"/>
      <w:r w:rsidRPr="00806EFC">
        <w:rPr>
          <w:rFonts w:ascii="Arial" w:hAnsi="Arial" w:cs="Arial"/>
        </w:rPr>
        <w:t>attività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d’Istituto</w:t>
      </w:r>
      <w:proofErr w:type="spellEnd"/>
      <w:r w:rsidRPr="00806EFC">
        <w:rPr>
          <w:rFonts w:ascii="Arial" w:hAnsi="Arial" w:cs="Arial"/>
        </w:rPr>
        <w:t>.</w:t>
      </w:r>
    </w:p>
    <w:p w14:paraId="74156424" w14:textId="77777777" w:rsidR="0078045C" w:rsidRPr="00806EFC" w:rsidRDefault="0078045C">
      <w:pPr>
        <w:rPr>
          <w:rFonts w:ascii="Arial" w:hAnsi="Arial" w:cs="Arial"/>
        </w:rPr>
      </w:pPr>
    </w:p>
    <w:p w14:paraId="73AFA3D9" w14:textId="316D8511" w:rsidR="0078045C" w:rsidRPr="00806EFC" w:rsidRDefault="00806EFC">
      <w:pPr>
        <w:pStyle w:val="Titolo1"/>
        <w:rPr>
          <w:rFonts w:ascii="Arial" w:hAnsi="Arial" w:cs="Arial"/>
        </w:rPr>
      </w:pPr>
      <w:r w:rsidRPr="00806EFC">
        <w:rPr>
          <w:rFonts w:ascii="Arial" w:hAnsi="Arial" w:cs="Arial"/>
        </w:rPr>
        <w:t xml:space="preserve">FRIA: </w:t>
      </w:r>
      <w:proofErr w:type="spellStart"/>
      <w:r w:rsidRPr="00806EFC">
        <w:rPr>
          <w:rFonts w:ascii="Arial" w:hAnsi="Arial" w:cs="Arial"/>
        </w:rPr>
        <w:t>che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cos’è</w:t>
      </w:r>
      <w:proofErr w:type="spellEnd"/>
      <w:r w:rsidRPr="00806EFC">
        <w:rPr>
          <w:rFonts w:ascii="Arial" w:hAnsi="Arial" w:cs="Arial"/>
        </w:rPr>
        <w:t xml:space="preserve"> e </w:t>
      </w:r>
      <w:proofErr w:type="spellStart"/>
      <w:r w:rsidRPr="00806EFC">
        <w:rPr>
          <w:rFonts w:ascii="Arial" w:hAnsi="Arial" w:cs="Arial"/>
        </w:rPr>
        <w:t>quando</w:t>
      </w:r>
      <w:proofErr w:type="spellEnd"/>
      <w:r w:rsidRPr="00806EFC">
        <w:rPr>
          <w:rFonts w:ascii="Arial" w:hAnsi="Arial" w:cs="Arial"/>
        </w:rPr>
        <w:t xml:space="preserve"> serve </w:t>
      </w:r>
    </w:p>
    <w:p w14:paraId="342DB5E4" w14:textId="77777777" w:rsidR="0078045C" w:rsidRPr="00806EFC" w:rsidRDefault="00806EFC">
      <w:pPr>
        <w:rPr>
          <w:rFonts w:ascii="Arial" w:hAnsi="Arial" w:cs="Arial"/>
        </w:rPr>
      </w:pPr>
      <w:r w:rsidRPr="00806EFC">
        <w:rPr>
          <w:rFonts w:ascii="Arial" w:hAnsi="Arial" w:cs="Arial"/>
        </w:rPr>
        <w:t xml:space="preserve">FRIA </w:t>
      </w:r>
      <w:proofErr w:type="spellStart"/>
      <w:r w:rsidRPr="00806EFC">
        <w:rPr>
          <w:rFonts w:ascii="Arial" w:hAnsi="Arial" w:cs="Arial"/>
        </w:rPr>
        <w:t>significa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Valutazione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d’Impatto</w:t>
      </w:r>
      <w:proofErr w:type="spellEnd"/>
      <w:r w:rsidRPr="00806EFC">
        <w:rPr>
          <w:rFonts w:ascii="Arial" w:hAnsi="Arial" w:cs="Arial"/>
        </w:rPr>
        <w:t xml:space="preserve"> sui </w:t>
      </w:r>
      <w:proofErr w:type="spellStart"/>
      <w:r w:rsidRPr="00806EFC">
        <w:rPr>
          <w:rFonts w:ascii="Arial" w:hAnsi="Arial" w:cs="Arial"/>
        </w:rPr>
        <w:t>Diritti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Fondamentali</w:t>
      </w:r>
      <w:proofErr w:type="spellEnd"/>
      <w:r w:rsidRPr="00806EFC">
        <w:rPr>
          <w:rFonts w:ascii="Arial" w:hAnsi="Arial" w:cs="Arial"/>
        </w:rPr>
        <w:t xml:space="preserve">. </w:t>
      </w:r>
      <w:proofErr w:type="spellStart"/>
      <w:r w:rsidRPr="00806EFC">
        <w:rPr>
          <w:rFonts w:ascii="Arial" w:hAnsi="Arial" w:cs="Arial"/>
        </w:rPr>
        <w:t>Descrive</w:t>
      </w:r>
      <w:proofErr w:type="spellEnd"/>
      <w:r w:rsidRPr="00806EFC">
        <w:rPr>
          <w:rFonts w:ascii="Arial" w:hAnsi="Arial" w:cs="Arial"/>
        </w:rPr>
        <w:t xml:space="preserve"> come un </w:t>
      </w:r>
      <w:proofErr w:type="spellStart"/>
      <w:r w:rsidRPr="00806EFC">
        <w:rPr>
          <w:rFonts w:ascii="Arial" w:hAnsi="Arial" w:cs="Arial"/>
        </w:rPr>
        <w:t>sistema</w:t>
      </w:r>
      <w:proofErr w:type="spellEnd"/>
      <w:r w:rsidRPr="00806EFC">
        <w:rPr>
          <w:rFonts w:ascii="Arial" w:hAnsi="Arial" w:cs="Arial"/>
        </w:rPr>
        <w:t xml:space="preserve"> di IA </w:t>
      </w:r>
      <w:proofErr w:type="spellStart"/>
      <w:r w:rsidRPr="00806EFC">
        <w:rPr>
          <w:rFonts w:ascii="Arial" w:hAnsi="Arial" w:cs="Arial"/>
        </w:rPr>
        <w:t>può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incidere</w:t>
      </w:r>
      <w:proofErr w:type="spellEnd"/>
      <w:r w:rsidRPr="00806EFC">
        <w:rPr>
          <w:rFonts w:ascii="Arial" w:hAnsi="Arial" w:cs="Arial"/>
        </w:rPr>
        <w:t xml:space="preserve"> sui </w:t>
      </w:r>
      <w:proofErr w:type="spellStart"/>
      <w:r w:rsidRPr="00806EFC">
        <w:rPr>
          <w:rFonts w:ascii="Arial" w:hAnsi="Arial" w:cs="Arial"/>
        </w:rPr>
        <w:t>diritti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delle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persone</w:t>
      </w:r>
      <w:proofErr w:type="spellEnd"/>
      <w:r w:rsidRPr="00806EFC">
        <w:rPr>
          <w:rFonts w:ascii="Arial" w:hAnsi="Arial" w:cs="Arial"/>
        </w:rPr>
        <w:t xml:space="preserve"> (es. non </w:t>
      </w:r>
      <w:proofErr w:type="spellStart"/>
      <w:r w:rsidRPr="00806EFC">
        <w:rPr>
          <w:rFonts w:ascii="Arial" w:hAnsi="Arial" w:cs="Arial"/>
        </w:rPr>
        <w:t>discriminazione</w:t>
      </w:r>
      <w:proofErr w:type="spellEnd"/>
      <w:r w:rsidRPr="00806EFC">
        <w:rPr>
          <w:rFonts w:ascii="Arial" w:hAnsi="Arial" w:cs="Arial"/>
        </w:rPr>
        <w:t xml:space="preserve">, tutela </w:t>
      </w:r>
      <w:proofErr w:type="spellStart"/>
      <w:r w:rsidRPr="00806EFC">
        <w:rPr>
          <w:rFonts w:ascii="Arial" w:hAnsi="Arial" w:cs="Arial"/>
        </w:rPr>
        <w:t>dei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minori</w:t>
      </w:r>
      <w:proofErr w:type="spellEnd"/>
      <w:r w:rsidRPr="00806EFC">
        <w:rPr>
          <w:rFonts w:ascii="Arial" w:hAnsi="Arial" w:cs="Arial"/>
        </w:rPr>
        <w:t xml:space="preserve">, </w:t>
      </w:r>
      <w:proofErr w:type="spellStart"/>
      <w:r w:rsidRPr="00806EFC">
        <w:rPr>
          <w:rFonts w:ascii="Arial" w:hAnsi="Arial" w:cs="Arial"/>
        </w:rPr>
        <w:t>trasparenza</w:t>
      </w:r>
      <w:proofErr w:type="spellEnd"/>
      <w:r w:rsidRPr="00806EFC">
        <w:rPr>
          <w:rFonts w:ascii="Arial" w:hAnsi="Arial" w:cs="Arial"/>
        </w:rPr>
        <w:t xml:space="preserve">) e le </w:t>
      </w:r>
      <w:proofErr w:type="spellStart"/>
      <w:r w:rsidRPr="00806EFC">
        <w:rPr>
          <w:rFonts w:ascii="Arial" w:hAnsi="Arial" w:cs="Arial"/>
        </w:rPr>
        <w:t>misure</w:t>
      </w:r>
      <w:proofErr w:type="spellEnd"/>
      <w:r w:rsidRPr="00806EFC">
        <w:rPr>
          <w:rFonts w:ascii="Arial" w:hAnsi="Arial" w:cs="Arial"/>
        </w:rPr>
        <w:t xml:space="preserve"> per </w:t>
      </w:r>
      <w:proofErr w:type="spellStart"/>
      <w:r w:rsidRPr="00806EFC">
        <w:rPr>
          <w:rFonts w:ascii="Arial" w:hAnsi="Arial" w:cs="Arial"/>
        </w:rPr>
        <w:t>prevenire</w:t>
      </w:r>
      <w:proofErr w:type="spellEnd"/>
      <w:r w:rsidRPr="00806EFC">
        <w:rPr>
          <w:rFonts w:ascii="Arial" w:hAnsi="Arial" w:cs="Arial"/>
        </w:rPr>
        <w:t xml:space="preserve"> o </w:t>
      </w:r>
      <w:proofErr w:type="spellStart"/>
      <w:r w:rsidRPr="00806EFC">
        <w:rPr>
          <w:rFonts w:ascii="Arial" w:hAnsi="Arial" w:cs="Arial"/>
        </w:rPr>
        <w:t>ridurre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rischi</w:t>
      </w:r>
      <w:proofErr w:type="spellEnd"/>
      <w:r w:rsidRPr="00806EFC">
        <w:rPr>
          <w:rFonts w:ascii="Arial" w:hAnsi="Arial" w:cs="Arial"/>
        </w:rPr>
        <w:t>.</w:t>
      </w:r>
    </w:p>
    <w:p w14:paraId="58A7C19F" w14:textId="77777777" w:rsidR="0078045C" w:rsidRDefault="00806EFC">
      <w:pPr>
        <w:spacing w:after="120"/>
        <w:rPr>
          <w:rFonts w:ascii="Arial" w:hAnsi="Arial" w:cs="Arial"/>
        </w:rPr>
      </w:pPr>
      <w:r w:rsidRPr="00806EFC">
        <w:rPr>
          <w:rFonts w:ascii="Arial" w:hAnsi="Arial" w:cs="Arial"/>
        </w:rPr>
        <w:t xml:space="preserve">Nota </w:t>
      </w:r>
      <w:proofErr w:type="spellStart"/>
      <w:r w:rsidRPr="00806EFC">
        <w:rPr>
          <w:rFonts w:ascii="Arial" w:hAnsi="Arial" w:cs="Arial"/>
        </w:rPr>
        <w:t>pratica</w:t>
      </w:r>
      <w:proofErr w:type="spellEnd"/>
      <w:r w:rsidRPr="00806EFC">
        <w:rPr>
          <w:rFonts w:ascii="Arial" w:hAnsi="Arial" w:cs="Arial"/>
        </w:rPr>
        <w:t xml:space="preserve">: con </w:t>
      </w:r>
      <w:proofErr w:type="spellStart"/>
      <w:r w:rsidRPr="00806EFC">
        <w:rPr>
          <w:rFonts w:ascii="Arial" w:hAnsi="Arial" w:cs="Arial"/>
        </w:rPr>
        <w:t>gli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usi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previsti</w:t>
      </w:r>
      <w:proofErr w:type="spellEnd"/>
      <w:r w:rsidRPr="00806EFC">
        <w:rPr>
          <w:rFonts w:ascii="Arial" w:hAnsi="Arial" w:cs="Arial"/>
        </w:rPr>
        <w:t xml:space="preserve"> in </w:t>
      </w:r>
      <w:proofErr w:type="spellStart"/>
      <w:r w:rsidRPr="00806EFC">
        <w:rPr>
          <w:rFonts w:ascii="Arial" w:hAnsi="Arial" w:cs="Arial"/>
        </w:rPr>
        <w:t>Istituto</w:t>
      </w:r>
      <w:proofErr w:type="spellEnd"/>
      <w:r w:rsidRPr="00806EFC">
        <w:rPr>
          <w:rFonts w:ascii="Arial" w:hAnsi="Arial" w:cs="Arial"/>
        </w:rPr>
        <w:t xml:space="preserve"> (IA come </w:t>
      </w:r>
      <w:proofErr w:type="spellStart"/>
      <w:r w:rsidRPr="00806EFC">
        <w:rPr>
          <w:rFonts w:ascii="Arial" w:hAnsi="Arial" w:cs="Arial"/>
        </w:rPr>
        <w:t>supporto</w:t>
      </w:r>
      <w:proofErr w:type="spellEnd"/>
      <w:r w:rsidRPr="00806EFC">
        <w:rPr>
          <w:rFonts w:ascii="Arial" w:hAnsi="Arial" w:cs="Arial"/>
        </w:rPr>
        <w:t xml:space="preserve"> a </w:t>
      </w:r>
      <w:proofErr w:type="spellStart"/>
      <w:r w:rsidRPr="00806EFC">
        <w:rPr>
          <w:rFonts w:ascii="Arial" w:hAnsi="Arial" w:cs="Arial"/>
        </w:rPr>
        <w:t>bozze</w:t>
      </w:r>
      <w:proofErr w:type="spellEnd"/>
      <w:r w:rsidRPr="00806EFC">
        <w:rPr>
          <w:rFonts w:ascii="Arial" w:hAnsi="Arial" w:cs="Arial"/>
        </w:rPr>
        <w:t xml:space="preserve">, </w:t>
      </w:r>
      <w:proofErr w:type="spellStart"/>
      <w:r w:rsidRPr="00806EFC">
        <w:rPr>
          <w:rFonts w:ascii="Arial" w:hAnsi="Arial" w:cs="Arial"/>
        </w:rPr>
        <w:t>sintesi</w:t>
      </w:r>
      <w:proofErr w:type="spellEnd"/>
      <w:r w:rsidRPr="00806EFC">
        <w:rPr>
          <w:rFonts w:ascii="Arial" w:hAnsi="Arial" w:cs="Arial"/>
        </w:rPr>
        <w:t xml:space="preserve">, idee e </w:t>
      </w:r>
      <w:proofErr w:type="spellStart"/>
      <w:r w:rsidRPr="00806EFC">
        <w:rPr>
          <w:rFonts w:ascii="Arial" w:hAnsi="Arial" w:cs="Arial"/>
        </w:rPr>
        <w:t>materiali</w:t>
      </w:r>
      <w:proofErr w:type="spellEnd"/>
      <w:r w:rsidRPr="00806EFC">
        <w:rPr>
          <w:rFonts w:ascii="Arial" w:hAnsi="Arial" w:cs="Arial"/>
        </w:rPr>
        <w:t xml:space="preserve">), la FRIA di norma non è necessaria. </w:t>
      </w:r>
      <w:proofErr w:type="spellStart"/>
      <w:r w:rsidRPr="00806EFC">
        <w:rPr>
          <w:rFonts w:ascii="Arial" w:hAnsi="Arial" w:cs="Arial"/>
        </w:rPr>
        <w:t>Diventa</w:t>
      </w:r>
      <w:proofErr w:type="spellEnd"/>
      <w:r w:rsidRPr="00806EFC">
        <w:rPr>
          <w:rFonts w:ascii="Arial" w:hAnsi="Arial" w:cs="Arial"/>
        </w:rPr>
        <w:t xml:space="preserve"> necessaria prima del primo </w:t>
      </w:r>
      <w:proofErr w:type="spellStart"/>
      <w:r w:rsidRPr="00806EFC">
        <w:rPr>
          <w:rFonts w:ascii="Arial" w:hAnsi="Arial" w:cs="Arial"/>
        </w:rPr>
        <w:t>utilizzo</w:t>
      </w:r>
      <w:proofErr w:type="spellEnd"/>
      <w:r w:rsidRPr="00806EFC">
        <w:rPr>
          <w:rFonts w:ascii="Arial" w:hAnsi="Arial" w:cs="Arial"/>
        </w:rPr>
        <w:t xml:space="preserve"> se la </w:t>
      </w:r>
      <w:proofErr w:type="spellStart"/>
      <w:r w:rsidRPr="00806EFC">
        <w:rPr>
          <w:rFonts w:ascii="Arial" w:hAnsi="Arial" w:cs="Arial"/>
        </w:rPr>
        <w:t>scuola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impiega</w:t>
      </w:r>
      <w:proofErr w:type="spellEnd"/>
      <w:r w:rsidRPr="00806EFC">
        <w:rPr>
          <w:rFonts w:ascii="Arial" w:hAnsi="Arial" w:cs="Arial"/>
        </w:rPr>
        <w:t xml:space="preserve"> un </w:t>
      </w:r>
      <w:proofErr w:type="spellStart"/>
      <w:r w:rsidRPr="00806EFC">
        <w:rPr>
          <w:rFonts w:ascii="Arial" w:hAnsi="Arial" w:cs="Arial"/>
        </w:rPr>
        <w:t>sistema</w:t>
      </w:r>
      <w:proofErr w:type="spellEnd"/>
      <w:r w:rsidRPr="00806EFC">
        <w:rPr>
          <w:rFonts w:ascii="Arial" w:hAnsi="Arial" w:cs="Arial"/>
        </w:rPr>
        <w:t xml:space="preserve"> di IA ad Alto </w:t>
      </w:r>
      <w:proofErr w:type="spellStart"/>
      <w:r w:rsidRPr="00806EFC">
        <w:rPr>
          <w:rFonts w:ascii="Arial" w:hAnsi="Arial" w:cs="Arial"/>
        </w:rPr>
        <w:t>Rischio</w:t>
      </w:r>
      <w:proofErr w:type="spellEnd"/>
      <w:r w:rsidRPr="00806EFC">
        <w:rPr>
          <w:rFonts w:ascii="Arial" w:hAnsi="Arial" w:cs="Arial"/>
        </w:rPr>
        <w:t xml:space="preserve"> in </w:t>
      </w:r>
      <w:proofErr w:type="spellStart"/>
      <w:r w:rsidRPr="00806EFC">
        <w:rPr>
          <w:rFonts w:ascii="Arial" w:hAnsi="Arial" w:cs="Arial"/>
        </w:rPr>
        <w:t>ambito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istruzione</w:t>
      </w:r>
      <w:proofErr w:type="spellEnd"/>
      <w:r w:rsidRPr="00806EFC">
        <w:rPr>
          <w:rFonts w:ascii="Arial" w:hAnsi="Arial" w:cs="Arial"/>
        </w:rPr>
        <w:t xml:space="preserve"> (es. </w:t>
      </w:r>
      <w:proofErr w:type="spellStart"/>
      <w:r w:rsidRPr="00806EFC">
        <w:rPr>
          <w:rFonts w:ascii="Arial" w:hAnsi="Arial" w:cs="Arial"/>
        </w:rPr>
        <w:t>ammissioni</w:t>
      </w:r>
      <w:proofErr w:type="spellEnd"/>
      <w:r w:rsidRPr="00806EFC">
        <w:rPr>
          <w:rFonts w:ascii="Arial" w:hAnsi="Arial" w:cs="Arial"/>
        </w:rPr>
        <w:t>/</w:t>
      </w:r>
      <w:proofErr w:type="spellStart"/>
      <w:r w:rsidRPr="00806EFC">
        <w:rPr>
          <w:rFonts w:ascii="Arial" w:hAnsi="Arial" w:cs="Arial"/>
        </w:rPr>
        <w:t>assegnazioni</w:t>
      </w:r>
      <w:proofErr w:type="spellEnd"/>
      <w:r w:rsidRPr="00806EFC">
        <w:rPr>
          <w:rFonts w:ascii="Arial" w:hAnsi="Arial" w:cs="Arial"/>
        </w:rPr>
        <w:t xml:space="preserve">, </w:t>
      </w:r>
      <w:proofErr w:type="spellStart"/>
      <w:r w:rsidRPr="00806EFC">
        <w:rPr>
          <w:rFonts w:ascii="Arial" w:hAnsi="Arial" w:cs="Arial"/>
        </w:rPr>
        <w:t>valutazioni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degli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esiti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che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incidono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sul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percorso</w:t>
      </w:r>
      <w:proofErr w:type="spellEnd"/>
      <w:r w:rsidRPr="00806EFC">
        <w:rPr>
          <w:rFonts w:ascii="Arial" w:hAnsi="Arial" w:cs="Arial"/>
        </w:rPr>
        <w:t>, proctoring).</w:t>
      </w:r>
    </w:p>
    <w:p w14:paraId="1BB06061" w14:textId="77777777" w:rsidR="00447785" w:rsidRPr="00806EFC" w:rsidRDefault="00447785">
      <w:pPr>
        <w:spacing w:after="120"/>
        <w:rPr>
          <w:rFonts w:ascii="Arial" w:hAnsi="Arial" w:cs="Arial"/>
        </w:rPr>
      </w:pP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9622"/>
      </w:tblGrid>
      <w:tr w:rsidR="0078045C" w:rsidRPr="00806EFC" w14:paraId="61B9C4FD" w14:textId="77777777">
        <w:tc>
          <w:tcPr>
            <w:tcW w:w="9638" w:type="dxa"/>
            <w:shd w:val="clear" w:color="auto" w:fill="FDE9D9"/>
          </w:tcPr>
          <w:p w14:paraId="5D38A90A" w14:textId="77777777" w:rsidR="0078045C" w:rsidRPr="00806EFC" w:rsidRDefault="00806EF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Quando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è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richiesta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: prima del primo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utilizzo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di un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sistema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di IA ad alto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rischio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da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parte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di un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soggetto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pubblico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(come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una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scuola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), secondo AI Act art. 27. </w:t>
            </w:r>
            <w:r w:rsidRPr="00806EFC">
              <w:rPr>
                <w:rFonts w:ascii="Arial" w:hAnsi="Arial" w:cs="Arial"/>
                <w:b/>
                <w:color w:val="F79646"/>
                <w:sz w:val="21"/>
              </w:rPr>
              <w:br/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Quando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non è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richiesta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: se lo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strumento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non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ricade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nell’alto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rischio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(es.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supporto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generico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a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bozze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/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sintesi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) o se non è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usato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per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decisioni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/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valutazioni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/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monitoraggi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su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persone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. In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tali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casi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può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essere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comunque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una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buona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pratica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nei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  <w:sz w:val="21"/>
              </w:rPr>
              <w:t>casi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  <w:sz w:val="21"/>
              </w:rPr>
              <w:t xml:space="preserve"> borderline.</w:t>
            </w:r>
          </w:p>
        </w:tc>
      </w:tr>
    </w:tbl>
    <w:p w14:paraId="2EC70E61" w14:textId="77777777" w:rsidR="0078045C" w:rsidRPr="00806EFC" w:rsidRDefault="0078045C">
      <w:pPr>
        <w:spacing w:after="120"/>
        <w:rPr>
          <w:rFonts w:ascii="Arial" w:hAnsi="Arial" w:cs="Arial"/>
        </w:rPr>
      </w:pPr>
    </w:p>
    <w:p w14:paraId="0CAB1759" w14:textId="17E25585" w:rsidR="0078045C" w:rsidRDefault="00806EFC">
      <w:pPr>
        <w:pStyle w:val="Titolo1"/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Esempi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rapidi</w:t>
      </w:r>
      <w:proofErr w:type="spellEnd"/>
      <w:r w:rsidRPr="00806EFC">
        <w:rPr>
          <w:rFonts w:ascii="Arial" w:hAnsi="Arial" w:cs="Arial"/>
        </w:rPr>
        <w:t xml:space="preserve"> </w:t>
      </w:r>
    </w:p>
    <w:p w14:paraId="13EB45B4" w14:textId="77777777" w:rsidR="00447785" w:rsidRPr="00447785" w:rsidRDefault="00447785" w:rsidP="00447785"/>
    <w:p w14:paraId="1AAB6962" w14:textId="4C6AC589" w:rsidR="0078045C" w:rsidRPr="00806EFC" w:rsidRDefault="00806EFC">
      <w:pPr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  <w:b/>
        </w:rPr>
        <w:t>Esempio</w:t>
      </w:r>
      <w:proofErr w:type="spellEnd"/>
      <w:r w:rsidRPr="00806EFC">
        <w:rPr>
          <w:rFonts w:ascii="Arial" w:hAnsi="Arial" w:cs="Arial"/>
          <w:b/>
        </w:rPr>
        <w:t xml:space="preserve"> A – Bozza di </w:t>
      </w:r>
      <w:proofErr w:type="spellStart"/>
      <w:r w:rsidRPr="00806EFC">
        <w:rPr>
          <w:rFonts w:ascii="Arial" w:hAnsi="Arial" w:cs="Arial"/>
          <w:b/>
        </w:rPr>
        <w:t>comunicazione</w:t>
      </w:r>
      <w:proofErr w:type="spellEnd"/>
    </w:p>
    <w:p w14:paraId="3CF682FC" w14:textId="77777777" w:rsidR="0078045C" w:rsidRPr="00806EFC" w:rsidRDefault="00806EFC">
      <w:pPr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Uso</w:t>
      </w:r>
      <w:proofErr w:type="spellEnd"/>
      <w:r w:rsidRPr="00806EFC">
        <w:rPr>
          <w:rFonts w:ascii="Arial" w:hAnsi="Arial" w:cs="Arial"/>
        </w:rPr>
        <w:t xml:space="preserve"> di un LLM per </w:t>
      </w:r>
      <w:proofErr w:type="spellStart"/>
      <w:r w:rsidRPr="00806EFC">
        <w:rPr>
          <w:rFonts w:ascii="Arial" w:hAnsi="Arial" w:cs="Arial"/>
        </w:rPr>
        <w:t>rendere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più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chiaro</w:t>
      </w:r>
      <w:proofErr w:type="spellEnd"/>
      <w:r w:rsidRPr="00806EFC">
        <w:rPr>
          <w:rFonts w:ascii="Arial" w:hAnsi="Arial" w:cs="Arial"/>
        </w:rPr>
        <w:t xml:space="preserve"> un testo </w:t>
      </w:r>
      <w:proofErr w:type="spellStart"/>
      <w:r w:rsidRPr="00806EFC">
        <w:rPr>
          <w:rFonts w:ascii="Arial" w:hAnsi="Arial" w:cs="Arial"/>
        </w:rPr>
        <w:t>generico</w:t>
      </w:r>
      <w:proofErr w:type="spellEnd"/>
      <w:r w:rsidRPr="00806EFC">
        <w:rPr>
          <w:rFonts w:ascii="Arial" w:hAnsi="Arial" w:cs="Arial"/>
        </w:rPr>
        <w:t>.</w:t>
      </w:r>
    </w:p>
    <w:p w14:paraId="580BC1BB" w14:textId="77777777" w:rsidR="0078045C" w:rsidRPr="00806EFC" w:rsidRDefault="00806EFC">
      <w:pPr>
        <w:pStyle w:val="Puntoelenco"/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Autorizzabile</w:t>
      </w:r>
      <w:proofErr w:type="spellEnd"/>
      <w:r w:rsidRPr="00806EFC">
        <w:rPr>
          <w:rFonts w:ascii="Arial" w:hAnsi="Arial" w:cs="Arial"/>
        </w:rPr>
        <w:t xml:space="preserve"> se: </w:t>
      </w:r>
      <w:proofErr w:type="spellStart"/>
      <w:r w:rsidRPr="00806EFC">
        <w:rPr>
          <w:rFonts w:ascii="Arial" w:hAnsi="Arial" w:cs="Arial"/>
        </w:rPr>
        <w:t>strumento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autorizzato</w:t>
      </w:r>
      <w:proofErr w:type="spellEnd"/>
      <w:r w:rsidRPr="00806EFC">
        <w:rPr>
          <w:rFonts w:ascii="Arial" w:hAnsi="Arial" w:cs="Arial"/>
        </w:rPr>
        <w:t xml:space="preserve">; </w:t>
      </w:r>
      <w:proofErr w:type="spellStart"/>
      <w:r w:rsidRPr="00806EFC">
        <w:rPr>
          <w:rFonts w:ascii="Arial" w:hAnsi="Arial" w:cs="Arial"/>
        </w:rPr>
        <w:t>nessun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dato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personale</w:t>
      </w:r>
      <w:proofErr w:type="spellEnd"/>
      <w:r w:rsidRPr="00806EFC">
        <w:rPr>
          <w:rFonts w:ascii="Arial" w:hAnsi="Arial" w:cs="Arial"/>
        </w:rPr>
        <w:t xml:space="preserve">; output </w:t>
      </w:r>
      <w:proofErr w:type="spellStart"/>
      <w:r w:rsidRPr="00806EFC">
        <w:rPr>
          <w:rFonts w:ascii="Arial" w:hAnsi="Arial" w:cs="Arial"/>
        </w:rPr>
        <w:t>trattato</w:t>
      </w:r>
      <w:proofErr w:type="spellEnd"/>
      <w:r w:rsidRPr="00806EFC">
        <w:rPr>
          <w:rFonts w:ascii="Arial" w:hAnsi="Arial" w:cs="Arial"/>
        </w:rPr>
        <w:t xml:space="preserve"> come </w:t>
      </w:r>
      <w:proofErr w:type="spellStart"/>
      <w:r w:rsidRPr="00806EFC">
        <w:rPr>
          <w:rFonts w:ascii="Arial" w:hAnsi="Arial" w:cs="Arial"/>
        </w:rPr>
        <w:t>bozza</w:t>
      </w:r>
      <w:proofErr w:type="spellEnd"/>
      <w:r w:rsidRPr="00806EFC">
        <w:rPr>
          <w:rFonts w:ascii="Arial" w:hAnsi="Arial" w:cs="Arial"/>
        </w:rPr>
        <w:t>.</w:t>
      </w:r>
    </w:p>
    <w:p w14:paraId="59843634" w14:textId="77777777" w:rsidR="0078045C" w:rsidRPr="00806EFC" w:rsidRDefault="00806EFC">
      <w:pPr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  <w:b/>
        </w:rPr>
        <w:t>Esempio</w:t>
      </w:r>
      <w:proofErr w:type="spellEnd"/>
      <w:r w:rsidRPr="00806EFC">
        <w:rPr>
          <w:rFonts w:ascii="Arial" w:hAnsi="Arial" w:cs="Arial"/>
          <w:b/>
        </w:rPr>
        <w:t xml:space="preserve"> B – </w:t>
      </w:r>
      <w:proofErr w:type="spellStart"/>
      <w:r w:rsidRPr="00806EFC">
        <w:rPr>
          <w:rFonts w:ascii="Arial" w:hAnsi="Arial" w:cs="Arial"/>
          <w:b/>
        </w:rPr>
        <w:t>Correzione</w:t>
      </w:r>
      <w:proofErr w:type="spellEnd"/>
      <w:r w:rsidRPr="00806EFC">
        <w:rPr>
          <w:rFonts w:ascii="Arial" w:hAnsi="Arial" w:cs="Arial"/>
          <w:b/>
        </w:rPr>
        <w:t>/</w:t>
      </w:r>
      <w:proofErr w:type="spellStart"/>
      <w:r w:rsidRPr="00806EFC">
        <w:rPr>
          <w:rFonts w:ascii="Arial" w:hAnsi="Arial" w:cs="Arial"/>
          <w:b/>
        </w:rPr>
        <w:t>valutazione</w:t>
      </w:r>
      <w:proofErr w:type="spellEnd"/>
      <w:r w:rsidRPr="00806EFC">
        <w:rPr>
          <w:rFonts w:ascii="Arial" w:hAnsi="Arial" w:cs="Arial"/>
          <w:b/>
        </w:rPr>
        <w:t xml:space="preserve"> </w:t>
      </w:r>
      <w:proofErr w:type="spellStart"/>
      <w:r w:rsidRPr="00806EFC">
        <w:rPr>
          <w:rFonts w:ascii="Arial" w:hAnsi="Arial" w:cs="Arial"/>
          <w:b/>
        </w:rPr>
        <w:t>automatizzata</w:t>
      </w:r>
      <w:proofErr w:type="spellEnd"/>
    </w:p>
    <w:p w14:paraId="40203DEF" w14:textId="77777777" w:rsidR="0078045C" w:rsidRPr="00806EFC" w:rsidRDefault="00806EFC">
      <w:pPr>
        <w:rPr>
          <w:rFonts w:ascii="Arial" w:hAnsi="Arial" w:cs="Arial"/>
        </w:rPr>
      </w:pPr>
      <w:r w:rsidRPr="00806EFC">
        <w:rPr>
          <w:rFonts w:ascii="Arial" w:hAnsi="Arial" w:cs="Arial"/>
        </w:rPr>
        <w:t xml:space="preserve">Software </w:t>
      </w:r>
      <w:proofErr w:type="spellStart"/>
      <w:r w:rsidRPr="00806EFC">
        <w:rPr>
          <w:rFonts w:ascii="Arial" w:hAnsi="Arial" w:cs="Arial"/>
        </w:rPr>
        <w:t>che</w:t>
      </w:r>
      <w:proofErr w:type="spellEnd"/>
      <w:r w:rsidRPr="00806EFC">
        <w:rPr>
          <w:rFonts w:ascii="Arial" w:hAnsi="Arial" w:cs="Arial"/>
        </w:rPr>
        <w:t xml:space="preserve"> propone un </w:t>
      </w:r>
      <w:proofErr w:type="spellStart"/>
      <w:r w:rsidRPr="00806EFC">
        <w:rPr>
          <w:rFonts w:ascii="Arial" w:hAnsi="Arial" w:cs="Arial"/>
        </w:rPr>
        <w:t>punteggio</w:t>
      </w:r>
      <w:proofErr w:type="spellEnd"/>
      <w:r w:rsidRPr="00806EFC">
        <w:rPr>
          <w:rFonts w:ascii="Arial" w:hAnsi="Arial" w:cs="Arial"/>
        </w:rPr>
        <w:t xml:space="preserve"> o </w:t>
      </w:r>
      <w:proofErr w:type="spellStart"/>
      <w:r w:rsidRPr="00806EFC">
        <w:rPr>
          <w:rFonts w:ascii="Arial" w:hAnsi="Arial" w:cs="Arial"/>
        </w:rPr>
        <w:t>suggerisce</w:t>
      </w:r>
      <w:proofErr w:type="spellEnd"/>
      <w:r w:rsidRPr="00806EFC">
        <w:rPr>
          <w:rFonts w:ascii="Arial" w:hAnsi="Arial" w:cs="Arial"/>
        </w:rPr>
        <w:t xml:space="preserve"> un </w:t>
      </w:r>
      <w:proofErr w:type="spellStart"/>
      <w:r w:rsidRPr="00806EFC">
        <w:rPr>
          <w:rFonts w:ascii="Arial" w:hAnsi="Arial" w:cs="Arial"/>
        </w:rPr>
        <w:t>voto</w:t>
      </w:r>
      <w:proofErr w:type="spellEnd"/>
      <w:r w:rsidRPr="00806EFC">
        <w:rPr>
          <w:rFonts w:ascii="Arial" w:hAnsi="Arial" w:cs="Arial"/>
        </w:rPr>
        <w:t>.</w:t>
      </w:r>
    </w:p>
    <w:p w14:paraId="3BFD9447" w14:textId="1A7D5640" w:rsidR="0078045C" w:rsidRPr="00447785" w:rsidRDefault="00806EFC" w:rsidP="00447785">
      <w:pPr>
        <w:pStyle w:val="Puntoelenco"/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Trattare</w:t>
      </w:r>
      <w:proofErr w:type="spellEnd"/>
      <w:r w:rsidRPr="00806EFC">
        <w:rPr>
          <w:rFonts w:ascii="Arial" w:hAnsi="Arial" w:cs="Arial"/>
        </w:rPr>
        <w:t xml:space="preserve"> come </w:t>
      </w:r>
      <w:proofErr w:type="spellStart"/>
      <w:r w:rsidRPr="00806EFC">
        <w:rPr>
          <w:rFonts w:ascii="Arial" w:hAnsi="Arial" w:cs="Arial"/>
        </w:rPr>
        <w:t>caso</w:t>
      </w:r>
      <w:proofErr w:type="spellEnd"/>
      <w:r w:rsidRPr="00806EFC">
        <w:rPr>
          <w:rFonts w:ascii="Arial" w:hAnsi="Arial" w:cs="Arial"/>
        </w:rPr>
        <w:t xml:space="preserve"> ad </w:t>
      </w:r>
      <w:proofErr w:type="spellStart"/>
      <w:r w:rsidRPr="00806EFC">
        <w:rPr>
          <w:rFonts w:ascii="Arial" w:hAnsi="Arial" w:cs="Arial"/>
        </w:rPr>
        <w:t>attenzione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elevata</w:t>
      </w:r>
      <w:proofErr w:type="spellEnd"/>
      <w:r w:rsidRPr="00806EFC">
        <w:rPr>
          <w:rFonts w:ascii="Arial" w:hAnsi="Arial" w:cs="Arial"/>
        </w:rPr>
        <w:t xml:space="preserve">: </w:t>
      </w:r>
      <w:proofErr w:type="spellStart"/>
      <w:r w:rsidRPr="00806EFC">
        <w:rPr>
          <w:rFonts w:ascii="Arial" w:hAnsi="Arial" w:cs="Arial"/>
        </w:rPr>
        <w:t>possibile</w:t>
      </w:r>
      <w:proofErr w:type="spellEnd"/>
      <w:r w:rsidRPr="00806EFC">
        <w:rPr>
          <w:rFonts w:ascii="Arial" w:hAnsi="Arial" w:cs="Arial"/>
        </w:rPr>
        <w:t xml:space="preserve"> alto </w:t>
      </w:r>
      <w:proofErr w:type="spellStart"/>
      <w:r w:rsidRPr="00806EFC">
        <w:rPr>
          <w:rFonts w:ascii="Arial" w:hAnsi="Arial" w:cs="Arial"/>
        </w:rPr>
        <w:t>rischio</w:t>
      </w:r>
      <w:proofErr w:type="spellEnd"/>
      <w:r w:rsidRPr="00806EFC">
        <w:rPr>
          <w:rFonts w:ascii="Arial" w:hAnsi="Arial" w:cs="Arial"/>
        </w:rPr>
        <w:t xml:space="preserve"> (screening AI Act)</w:t>
      </w:r>
      <w:r w:rsidR="00447785">
        <w:rPr>
          <w:rFonts w:ascii="Arial" w:hAnsi="Arial" w:cs="Arial"/>
        </w:rPr>
        <w:t xml:space="preserve">, di norma </w:t>
      </w:r>
      <w:proofErr w:type="spellStart"/>
      <w:r w:rsidR="00447785">
        <w:rPr>
          <w:rFonts w:ascii="Arial" w:hAnsi="Arial" w:cs="Arial"/>
        </w:rPr>
        <w:t>vietato</w:t>
      </w:r>
      <w:proofErr w:type="spellEnd"/>
      <w:r w:rsidR="00447785">
        <w:rPr>
          <w:rFonts w:ascii="Arial" w:hAnsi="Arial" w:cs="Arial"/>
        </w:rPr>
        <w:t xml:space="preserve"> da </w:t>
      </w:r>
      <w:proofErr w:type="spellStart"/>
      <w:r w:rsidR="00447785">
        <w:rPr>
          <w:rFonts w:ascii="Arial" w:hAnsi="Arial" w:cs="Arial"/>
        </w:rPr>
        <w:t>questo</w:t>
      </w:r>
      <w:proofErr w:type="spellEnd"/>
      <w:r w:rsidR="00447785">
        <w:rPr>
          <w:rFonts w:ascii="Arial" w:hAnsi="Arial" w:cs="Arial"/>
        </w:rPr>
        <w:t xml:space="preserve"> </w:t>
      </w:r>
      <w:proofErr w:type="spellStart"/>
      <w:r w:rsidR="00447785">
        <w:rPr>
          <w:rFonts w:ascii="Arial" w:hAnsi="Arial" w:cs="Arial"/>
        </w:rPr>
        <w:t>Istituto</w:t>
      </w:r>
      <w:proofErr w:type="spellEnd"/>
      <w:r w:rsidR="00447785">
        <w:rPr>
          <w:rFonts w:ascii="Arial" w:hAnsi="Arial" w:cs="Arial"/>
        </w:rPr>
        <w:t xml:space="preserve">, salvo </w:t>
      </w:r>
      <w:proofErr w:type="spellStart"/>
      <w:r w:rsidR="00447785">
        <w:rPr>
          <w:rFonts w:ascii="Arial" w:hAnsi="Arial" w:cs="Arial"/>
        </w:rPr>
        <w:t>casi</w:t>
      </w:r>
      <w:proofErr w:type="spellEnd"/>
      <w:r w:rsidR="00447785">
        <w:rPr>
          <w:rFonts w:ascii="Arial" w:hAnsi="Arial" w:cs="Arial"/>
        </w:rPr>
        <w:t xml:space="preserve"> </w:t>
      </w:r>
      <w:proofErr w:type="spellStart"/>
      <w:r w:rsidR="00447785">
        <w:rPr>
          <w:rFonts w:ascii="Arial" w:hAnsi="Arial" w:cs="Arial"/>
        </w:rPr>
        <w:t>particolari</w:t>
      </w:r>
      <w:proofErr w:type="spellEnd"/>
      <w:r w:rsidR="00447785">
        <w:rPr>
          <w:rFonts w:ascii="Arial" w:hAnsi="Arial" w:cs="Arial"/>
        </w:rPr>
        <w:t xml:space="preserve"> da </w:t>
      </w:r>
      <w:proofErr w:type="spellStart"/>
      <w:r w:rsidR="00447785">
        <w:rPr>
          <w:rFonts w:ascii="Arial" w:hAnsi="Arial" w:cs="Arial"/>
        </w:rPr>
        <w:t>valutare</w:t>
      </w:r>
      <w:proofErr w:type="spellEnd"/>
      <w:r w:rsidR="00447785">
        <w:rPr>
          <w:rFonts w:ascii="Arial" w:hAnsi="Arial" w:cs="Arial"/>
        </w:rPr>
        <w:t>/</w:t>
      </w:r>
      <w:proofErr w:type="spellStart"/>
      <w:r w:rsidR="00447785">
        <w:rPr>
          <w:rFonts w:ascii="Arial" w:hAnsi="Arial" w:cs="Arial"/>
        </w:rPr>
        <w:t>normare</w:t>
      </w:r>
      <w:proofErr w:type="spellEnd"/>
      <w:r w:rsidR="00447785">
        <w:rPr>
          <w:rFonts w:ascii="Arial" w:hAnsi="Arial" w:cs="Arial"/>
        </w:rPr>
        <w:t>.</w:t>
      </w:r>
    </w:p>
    <w:p w14:paraId="67EBD044" w14:textId="77777777" w:rsidR="0078045C" w:rsidRPr="00806EFC" w:rsidRDefault="0078045C">
      <w:pPr>
        <w:spacing w:after="120"/>
        <w:rPr>
          <w:rFonts w:ascii="Arial" w:hAnsi="Arial" w:cs="Arial"/>
        </w:rPr>
      </w:pPr>
    </w:p>
    <w:p w14:paraId="5CA1A2A2" w14:textId="77777777" w:rsidR="0078045C" w:rsidRPr="00806EFC" w:rsidRDefault="00806EFC">
      <w:pPr>
        <w:rPr>
          <w:rFonts w:ascii="Arial" w:hAnsi="Arial" w:cs="Arial"/>
        </w:rPr>
      </w:pPr>
      <w:r w:rsidRPr="00806EFC">
        <w:rPr>
          <w:rFonts w:ascii="Arial" w:hAnsi="Arial" w:cs="Arial"/>
        </w:rPr>
        <w:br w:type="page"/>
      </w:r>
    </w:p>
    <w:p w14:paraId="6A392F33" w14:textId="77777777" w:rsidR="00300D7F" w:rsidRPr="00806EFC" w:rsidRDefault="00300D7F">
      <w:pPr>
        <w:rPr>
          <w:rFonts w:ascii="Arial" w:hAnsi="Arial" w:cs="Arial"/>
        </w:rPr>
      </w:pPr>
    </w:p>
    <w:p w14:paraId="2ED4AE37" w14:textId="573883E3" w:rsidR="00300D7F" w:rsidRDefault="00652B0C" w:rsidP="00447785">
      <w:pPr>
        <w:pStyle w:val="Titolo2"/>
        <w:numPr>
          <w:ilvl w:val="0"/>
          <w:numId w:val="12"/>
        </w:numPr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Regole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pratiche</w:t>
      </w:r>
      <w:proofErr w:type="spellEnd"/>
    </w:p>
    <w:p w14:paraId="67B99FE8" w14:textId="77777777" w:rsidR="00447785" w:rsidRPr="00447785" w:rsidRDefault="00447785" w:rsidP="00447785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887"/>
        <w:gridCol w:w="4648"/>
      </w:tblGrid>
      <w:tr w:rsidR="00447785" w:rsidRPr="00806EFC" w14:paraId="04FFB382" w14:textId="77777777" w:rsidTr="00447785">
        <w:trPr>
          <w:jc w:val="center"/>
        </w:trPr>
        <w:tc>
          <w:tcPr>
            <w:tcW w:w="3887" w:type="dxa"/>
            <w:shd w:val="clear" w:color="auto" w:fill="FDE9D9"/>
          </w:tcPr>
          <w:p w14:paraId="2D145596" w14:textId="77777777" w:rsidR="00447785" w:rsidRPr="00447785" w:rsidRDefault="0044778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7785">
              <w:rPr>
                <w:rFonts w:ascii="Arial" w:hAnsi="Arial" w:cs="Arial"/>
                <w:b/>
                <w:color w:val="F79646"/>
                <w:sz w:val="24"/>
                <w:szCs w:val="24"/>
              </w:rPr>
              <w:t>Testo</w:t>
            </w:r>
          </w:p>
        </w:tc>
        <w:tc>
          <w:tcPr>
            <w:tcW w:w="4648" w:type="dxa"/>
            <w:shd w:val="clear" w:color="auto" w:fill="FDE9D9"/>
          </w:tcPr>
          <w:p w14:paraId="00242081" w14:textId="77777777" w:rsidR="00447785" w:rsidRPr="00806EFC" w:rsidRDefault="00447785">
            <w:pPr>
              <w:rPr>
                <w:rFonts w:ascii="Arial" w:hAnsi="Arial" w:cs="Arial"/>
                <w:b/>
              </w:rPr>
            </w:pPr>
          </w:p>
        </w:tc>
      </w:tr>
      <w:tr w:rsidR="00447785" w:rsidRPr="00806EFC" w14:paraId="0EAFA142" w14:textId="77777777" w:rsidTr="00447785">
        <w:trPr>
          <w:jc w:val="center"/>
        </w:trPr>
        <w:tc>
          <w:tcPr>
            <w:tcW w:w="3887" w:type="dxa"/>
            <w:shd w:val="clear" w:color="auto" w:fill="FDE9D9"/>
          </w:tcPr>
          <w:p w14:paraId="7CBCA443" w14:textId="77777777" w:rsidR="00447785" w:rsidRPr="00447785" w:rsidRDefault="0044778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NON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inserire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mai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dati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personali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di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studenti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>/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minori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famiglie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o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personale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nei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prompt.</w:t>
            </w:r>
          </w:p>
          <w:p w14:paraId="6BF688BC" w14:textId="45DD931F" w:rsidR="00447785" w:rsidRPr="00447785" w:rsidRDefault="0044778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8" w:type="dxa"/>
            <w:shd w:val="clear" w:color="auto" w:fill="FDE9D9"/>
          </w:tcPr>
          <w:p w14:paraId="6BE891CD" w14:textId="77777777" w:rsidR="00447785" w:rsidRPr="00806EFC" w:rsidRDefault="00447785">
            <w:pPr>
              <w:rPr>
                <w:rFonts w:ascii="Arial" w:hAnsi="Arial" w:cs="Arial"/>
                <w:sz w:val="20"/>
                <w:szCs w:val="20"/>
              </w:rPr>
            </w:pPr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GDPR Art. 5 – </w:t>
            </w:r>
            <w:proofErr w:type="spellStart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Minimizzazione</w:t>
            </w:r>
            <w:proofErr w:type="spellEnd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puoi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trattare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solo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dati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i/>
                <w:iCs/>
                <w:sz w:val="20"/>
                <w:szCs w:val="20"/>
              </w:rPr>
              <w:t>strettamente</w:t>
            </w:r>
            <w:proofErr w:type="spellEnd"/>
            <w:r w:rsidRPr="00806EF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i/>
                <w:iCs/>
                <w:sz w:val="20"/>
                <w:szCs w:val="20"/>
              </w:rPr>
              <w:t>necessari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per lo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scopo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quindi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niente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nomi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cognomi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dettagli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identificativi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nei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prompt se non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indispensabili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42E48E7" w14:textId="77777777" w:rsidR="00447785" w:rsidRPr="00806EFC" w:rsidRDefault="00447785">
            <w:pPr>
              <w:rPr>
                <w:rFonts w:ascii="Arial" w:hAnsi="Arial" w:cs="Arial"/>
                <w:sz w:val="20"/>
                <w:szCs w:val="20"/>
              </w:rPr>
            </w:pPr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GDPR Art. 25 – Privacy by design/by default:</w:t>
            </w:r>
            <w:r w:rsidRPr="00806EFC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scuola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deve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impostare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strumenti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processi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in modo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, di default,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usino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meno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dati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possibile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evitino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divulgazioni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non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necessarie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47785" w:rsidRPr="00806EFC" w14:paraId="72910607" w14:textId="77777777" w:rsidTr="00447785">
        <w:trPr>
          <w:jc w:val="center"/>
        </w:trPr>
        <w:tc>
          <w:tcPr>
            <w:tcW w:w="3887" w:type="dxa"/>
            <w:shd w:val="clear" w:color="auto" w:fill="FDE9D9"/>
          </w:tcPr>
          <w:p w14:paraId="1FE97C02" w14:textId="77777777" w:rsidR="00447785" w:rsidRPr="00447785" w:rsidRDefault="0044778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NON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inserire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mai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dati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sensibili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(salute, BES/DSA/PEI,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disciplinare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relazioni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>).</w:t>
            </w:r>
          </w:p>
          <w:p w14:paraId="5B472E72" w14:textId="6061DB02" w:rsidR="00447785" w:rsidRPr="00447785" w:rsidRDefault="0044778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8" w:type="dxa"/>
            <w:shd w:val="clear" w:color="auto" w:fill="FDE9D9"/>
          </w:tcPr>
          <w:p w14:paraId="54CDB476" w14:textId="77777777" w:rsidR="00447785" w:rsidRPr="00806EFC" w:rsidRDefault="00447785">
            <w:pPr>
              <w:rPr>
                <w:rFonts w:ascii="Arial" w:hAnsi="Arial" w:cs="Arial"/>
                <w:sz w:val="20"/>
                <w:szCs w:val="20"/>
              </w:rPr>
            </w:pPr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GDPR Art. 9 – Dati </w:t>
            </w:r>
            <w:proofErr w:type="spellStart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particolari</w:t>
            </w:r>
            <w:proofErr w:type="spellEnd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dati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salute,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bisogni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educativi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provvedimenti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disciplinari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ecc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hanno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tutele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rafforzate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regole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piu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stringenti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; in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pratica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vanno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evitati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nei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prompt e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trattati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solo con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basi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giuridiche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garanzie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specifiche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47785" w:rsidRPr="00806EFC" w14:paraId="6B11C343" w14:textId="77777777" w:rsidTr="00447785">
        <w:trPr>
          <w:jc w:val="center"/>
        </w:trPr>
        <w:tc>
          <w:tcPr>
            <w:tcW w:w="3887" w:type="dxa"/>
            <w:shd w:val="clear" w:color="auto" w:fill="FDE9D9"/>
          </w:tcPr>
          <w:p w14:paraId="0562D709" w14:textId="77777777" w:rsidR="00447785" w:rsidRPr="00447785" w:rsidRDefault="0044778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Se devi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lavorare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con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dati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o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documenti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della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scuola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usa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solo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strumenti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approvati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Allegato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A). </w:t>
            </w:r>
          </w:p>
          <w:p w14:paraId="3BE027AC" w14:textId="251BD842" w:rsidR="00447785" w:rsidRPr="00447785" w:rsidRDefault="0044778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8" w:type="dxa"/>
            <w:shd w:val="clear" w:color="auto" w:fill="FDE9D9"/>
          </w:tcPr>
          <w:p w14:paraId="215EBC31" w14:textId="77777777" w:rsidR="00447785" w:rsidRPr="00806EFC" w:rsidRDefault="00447785">
            <w:pPr>
              <w:rPr>
                <w:rFonts w:ascii="Arial" w:hAnsi="Arial" w:cs="Arial"/>
                <w:sz w:val="20"/>
                <w:szCs w:val="20"/>
              </w:rPr>
            </w:pPr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GDPR Art. 28 – </w:t>
            </w:r>
            <w:proofErr w:type="spellStart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Responsabili</w:t>
            </w:r>
            <w:proofErr w:type="spellEnd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contratto</w:t>
            </w:r>
            <w:proofErr w:type="spellEnd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806EFC">
              <w:rPr>
                <w:rFonts w:ascii="Arial" w:hAnsi="Arial" w:cs="Arial"/>
                <w:sz w:val="20"/>
                <w:szCs w:val="20"/>
              </w:rPr>
              <w:t xml:space="preserve"> se un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fornitore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tratta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dati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conto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della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scuola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, serve un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accordo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(DPA)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definisca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istruzioni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misure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sicurezza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e sub-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fornitori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A665AF3" w14:textId="77777777" w:rsidR="00447785" w:rsidRPr="00806EFC" w:rsidRDefault="00447785">
            <w:pPr>
              <w:rPr>
                <w:rFonts w:ascii="Arial" w:hAnsi="Arial" w:cs="Arial"/>
                <w:sz w:val="20"/>
                <w:szCs w:val="20"/>
              </w:rPr>
            </w:pPr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GDPR Art. 32 – </w:t>
            </w:r>
            <w:proofErr w:type="spellStart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Sicurezza</w:t>
            </w:r>
            <w:proofErr w:type="spellEnd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impone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misure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adeguate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(es.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controllo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accessi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cifratura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, log,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gestione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incidenti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). </w:t>
            </w:r>
          </w:p>
          <w:p w14:paraId="53BBEA21" w14:textId="77777777" w:rsidR="00447785" w:rsidRPr="00806EFC" w:rsidRDefault="00447785">
            <w:pPr>
              <w:rPr>
                <w:rFonts w:ascii="Arial" w:hAnsi="Arial" w:cs="Arial"/>
                <w:sz w:val="20"/>
                <w:szCs w:val="20"/>
              </w:rPr>
            </w:pPr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GDPR Art. 44–49 – </w:t>
            </w:r>
            <w:proofErr w:type="spellStart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Trasferimenti</w:t>
            </w:r>
            <w:proofErr w:type="spellEnd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extra SEE:</w:t>
            </w:r>
            <w:r w:rsidRPr="00806EFC">
              <w:rPr>
                <w:rFonts w:ascii="Arial" w:hAnsi="Arial" w:cs="Arial"/>
                <w:sz w:val="20"/>
                <w:szCs w:val="20"/>
              </w:rPr>
              <w:t xml:space="preserve"> se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dati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possono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uscire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dallo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Spazio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Economico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Europeo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servono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garanzie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specifiche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(es.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clausole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contrattuali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standard) e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valutazioni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del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rischio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47785" w:rsidRPr="00806EFC" w14:paraId="332363B1" w14:textId="77777777" w:rsidTr="00447785">
        <w:trPr>
          <w:jc w:val="center"/>
        </w:trPr>
        <w:tc>
          <w:tcPr>
            <w:tcW w:w="3887" w:type="dxa"/>
            <w:shd w:val="clear" w:color="auto" w:fill="FDE9D9"/>
          </w:tcPr>
          <w:p w14:paraId="042859D3" w14:textId="77777777" w:rsidR="00447785" w:rsidRPr="00447785" w:rsidRDefault="0044778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Usa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l’IA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per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bozze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e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supporto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; la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responsabilità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del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risultato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finale è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tua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1B0A9406" w14:textId="38443178" w:rsidR="00447785" w:rsidRPr="00447785" w:rsidRDefault="0044778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8" w:type="dxa"/>
            <w:shd w:val="clear" w:color="auto" w:fill="FDE9D9"/>
          </w:tcPr>
          <w:p w14:paraId="7FDD6FA2" w14:textId="77777777" w:rsidR="00447785" w:rsidRPr="00806EFC" w:rsidRDefault="00447785">
            <w:pPr>
              <w:rPr>
                <w:rFonts w:ascii="Arial" w:hAnsi="Arial" w:cs="Arial"/>
                <w:sz w:val="20"/>
                <w:szCs w:val="20"/>
              </w:rPr>
            </w:pPr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GDPR Art. 5 – Accountability:</w:t>
            </w:r>
            <w:r w:rsidRPr="00806EFC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scuola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(e chi opera per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essa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deve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poter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dimostrare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di aver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rispettato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il GDPR; non basta “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averci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provato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”. </w:t>
            </w:r>
          </w:p>
          <w:p w14:paraId="6D10A8AA" w14:textId="77777777" w:rsidR="00447785" w:rsidRPr="00806EFC" w:rsidRDefault="00447785">
            <w:pPr>
              <w:rPr>
                <w:rFonts w:ascii="Arial" w:hAnsi="Arial" w:cs="Arial"/>
                <w:sz w:val="20"/>
                <w:szCs w:val="20"/>
              </w:rPr>
            </w:pPr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AI Act art. 14 – </w:t>
            </w:r>
            <w:proofErr w:type="spellStart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Supervisione</w:t>
            </w:r>
            <w:proofErr w:type="spellEnd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umana</w:t>
            </w:r>
            <w:proofErr w:type="spellEnd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sistemi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rilevanti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(in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particolare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quelli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ad alto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rischio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devono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essere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usati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con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controllo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umano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reale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>: niente “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pilota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automatico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”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sulle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decisioni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47785" w:rsidRPr="00806EFC" w14:paraId="113987F2" w14:textId="77777777" w:rsidTr="00447785">
        <w:trPr>
          <w:jc w:val="center"/>
        </w:trPr>
        <w:tc>
          <w:tcPr>
            <w:tcW w:w="3887" w:type="dxa"/>
            <w:shd w:val="clear" w:color="auto" w:fill="FDE9D9"/>
          </w:tcPr>
          <w:p w14:paraId="7115F910" w14:textId="77777777" w:rsidR="00447785" w:rsidRPr="00447785" w:rsidRDefault="0044778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Verifica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sempre: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fonti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, date,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riferimenti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normativi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, numeri,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nomi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istruzioni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operative.</w:t>
            </w:r>
          </w:p>
          <w:p w14:paraId="7300CD86" w14:textId="2B2AAC1A" w:rsidR="00447785" w:rsidRPr="00447785" w:rsidRDefault="0044778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8" w:type="dxa"/>
            <w:shd w:val="clear" w:color="auto" w:fill="FDE9D9"/>
          </w:tcPr>
          <w:p w14:paraId="00D9917C" w14:textId="77777777" w:rsidR="00447785" w:rsidRPr="00806EFC" w:rsidRDefault="00447785">
            <w:pPr>
              <w:rPr>
                <w:rFonts w:ascii="Arial" w:hAnsi="Arial" w:cs="Arial"/>
                <w:sz w:val="20"/>
                <w:szCs w:val="20"/>
              </w:rPr>
            </w:pPr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GDPR Art. 5 – </w:t>
            </w:r>
            <w:proofErr w:type="spellStart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Esattezza</w:t>
            </w:r>
            <w:proofErr w:type="spellEnd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dati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devono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essere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corretti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aggiornati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; se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usi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output con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errori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nomi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, date, numeri)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rischi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trattamenti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inesatti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decisioni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sbagliate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5AEE2A4" w14:textId="77777777" w:rsidR="00447785" w:rsidRPr="00806EFC" w:rsidRDefault="00447785">
            <w:pPr>
              <w:rPr>
                <w:rFonts w:ascii="Arial" w:hAnsi="Arial" w:cs="Arial"/>
                <w:sz w:val="20"/>
                <w:szCs w:val="20"/>
              </w:rPr>
            </w:pPr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AI Act art. 13 – </w:t>
            </w:r>
            <w:proofErr w:type="spellStart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Trasparenza</w:t>
            </w:r>
            <w:proofErr w:type="spellEnd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richiede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l’utente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abbia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informazioni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utili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capire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limiti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uso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corretto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del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sistema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; in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pratica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: devi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interpretare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criticamente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l’output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e non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fidarti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alla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cieca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47785" w:rsidRPr="00806EFC" w14:paraId="79C6E046" w14:textId="77777777" w:rsidTr="00447785">
        <w:trPr>
          <w:jc w:val="center"/>
        </w:trPr>
        <w:tc>
          <w:tcPr>
            <w:tcW w:w="3887" w:type="dxa"/>
            <w:shd w:val="clear" w:color="auto" w:fill="FDE9D9"/>
          </w:tcPr>
          <w:p w14:paraId="7A739055" w14:textId="77777777" w:rsidR="00447785" w:rsidRPr="00447785" w:rsidRDefault="0044778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Se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hai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dubbi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usa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una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forma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anonima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o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chiedi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indicazioni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(DSGA/DPO/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Referente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IA).</w:t>
            </w:r>
          </w:p>
          <w:p w14:paraId="3E74F362" w14:textId="1F191D51" w:rsidR="00447785" w:rsidRPr="00447785" w:rsidRDefault="0044778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8" w:type="dxa"/>
            <w:shd w:val="clear" w:color="auto" w:fill="FDE9D9"/>
          </w:tcPr>
          <w:p w14:paraId="27A9BCA9" w14:textId="77777777" w:rsidR="00447785" w:rsidRPr="00806EFC" w:rsidRDefault="00447785">
            <w:pPr>
              <w:rPr>
                <w:rFonts w:ascii="Arial" w:hAnsi="Arial" w:cs="Arial"/>
                <w:sz w:val="20"/>
                <w:szCs w:val="20"/>
              </w:rPr>
            </w:pPr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GDPR Art. 24 – </w:t>
            </w:r>
            <w:proofErr w:type="spellStart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Responsabilità</w:t>
            </w:r>
            <w:proofErr w:type="spellEnd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del </w:t>
            </w:r>
            <w:proofErr w:type="spellStart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titolare</w:t>
            </w:r>
            <w:proofErr w:type="spellEnd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806EFC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scuola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deve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organizzare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regole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controlli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garantire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conformita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chiedere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indicazioni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interne fa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parte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questo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presidio. </w:t>
            </w:r>
          </w:p>
          <w:p w14:paraId="35B772DE" w14:textId="77777777" w:rsidR="00447785" w:rsidRPr="00806EFC" w:rsidRDefault="00447785">
            <w:pPr>
              <w:rPr>
                <w:rFonts w:ascii="Arial" w:hAnsi="Arial" w:cs="Arial"/>
                <w:sz w:val="20"/>
                <w:szCs w:val="20"/>
              </w:rPr>
            </w:pPr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GDPR</w:t>
            </w:r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Art. 39 – </w:t>
            </w:r>
            <w:proofErr w:type="spellStart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Compiti</w:t>
            </w:r>
            <w:proofErr w:type="spellEnd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del DPO:</w:t>
            </w:r>
            <w:r w:rsidRPr="00806EFC">
              <w:rPr>
                <w:rFonts w:ascii="Arial" w:hAnsi="Arial" w:cs="Arial"/>
                <w:sz w:val="20"/>
                <w:szCs w:val="20"/>
              </w:rPr>
              <w:t xml:space="preserve"> il DPO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informa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fornisce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consulenza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GDPR,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controlla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l’osservanza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supporta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nelle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valutazioni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quindi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è il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canale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corretto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caso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incertezza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9BE6F76" w14:textId="77777777" w:rsidR="00447785" w:rsidRPr="00806EFC" w:rsidRDefault="00447785">
            <w:pPr>
              <w:rPr>
                <w:rFonts w:ascii="Arial" w:hAnsi="Arial" w:cs="Arial"/>
                <w:sz w:val="20"/>
                <w:szCs w:val="20"/>
              </w:rPr>
            </w:pPr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Ai Act – Art. 4:</w:t>
            </w:r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impone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a chi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usa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sistema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di IA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nell’organizzazione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quindi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anche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una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scuola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, di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adottare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misure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garantire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livello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adeguato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competenza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sull’IA</w:t>
            </w:r>
            <w:proofErr w:type="spellEnd"/>
          </w:p>
        </w:tc>
      </w:tr>
      <w:tr w:rsidR="00447785" w:rsidRPr="00806EFC" w14:paraId="318448E2" w14:textId="77777777" w:rsidTr="00447785">
        <w:trPr>
          <w:jc w:val="center"/>
        </w:trPr>
        <w:tc>
          <w:tcPr>
            <w:tcW w:w="3887" w:type="dxa"/>
            <w:shd w:val="clear" w:color="auto" w:fill="FDE9D9"/>
          </w:tcPr>
          <w:p w14:paraId="7EFDEA64" w14:textId="77777777" w:rsidR="00447785" w:rsidRPr="00447785" w:rsidRDefault="0044778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Dichiara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quando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un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contenuto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è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stato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creato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o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rielaborato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con </w:t>
            </w:r>
            <w:r w:rsidRPr="00447785">
              <w:rPr>
                <w:rFonts w:ascii="Arial" w:hAnsi="Arial" w:cs="Arial"/>
                <w:b/>
                <w:sz w:val="24"/>
                <w:szCs w:val="24"/>
              </w:rPr>
              <w:lastRenderedPageBreak/>
              <w:t>IA (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materiali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didattici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comunicazioni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immagini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, audio/video). Se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usi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un chatbot con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studenti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rendi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chiaro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che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stanno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interagendo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con un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sistema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di IA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quando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non è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ovvio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6E15EA5F" w14:textId="218664ED" w:rsidR="00447785" w:rsidRPr="00447785" w:rsidRDefault="0044778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8" w:type="dxa"/>
            <w:shd w:val="clear" w:color="auto" w:fill="FDE9D9"/>
          </w:tcPr>
          <w:p w14:paraId="59CD3C04" w14:textId="77777777" w:rsidR="00447785" w:rsidRPr="00806EFC" w:rsidRDefault="00447785">
            <w:pPr>
              <w:rPr>
                <w:rFonts w:ascii="Arial" w:hAnsi="Arial" w:cs="Arial"/>
                <w:sz w:val="20"/>
                <w:szCs w:val="20"/>
              </w:rPr>
            </w:pPr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Ai Act – Art. 50:</w:t>
            </w:r>
            <w:r w:rsidRPr="00806EFC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trasparenza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riduce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inganni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ambiguità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rende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l’uso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dell’IA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06EFC">
              <w:rPr>
                <w:rFonts w:ascii="Arial" w:hAnsi="Arial" w:cs="Arial"/>
                <w:sz w:val="20"/>
                <w:szCs w:val="20"/>
              </w:rPr>
              <w:lastRenderedPageBreak/>
              <w:t>“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tracciabile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” e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comprensibile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studenti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famiglie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(accountability e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correttezza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dei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comportamenti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  <w:tr w:rsidR="00447785" w:rsidRPr="00806EFC" w14:paraId="25841A37" w14:textId="77777777" w:rsidTr="00447785">
        <w:trPr>
          <w:jc w:val="center"/>
        </w:trPr>
        <w:tc>
          <w:tcPr>
            <w:tcW w:w="3887" w:type="dxa"/>
            <w:shd w:val="clear" w:color="auto" w:fill="FDE9D9"/>
          </w:tcPr>
          <w:p w14:paraId="2C8E8FC4" w14:textId="77777777" w:rsidR="00447785" w:rsidRPr="00447785" w:rsidRDefault="0044778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7785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Mai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decisioni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importanti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“solo IA”: non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usare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output IA per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valutazioni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voti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sanzioni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o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decisioni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che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incidono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significativamente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sullo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studente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senza un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controllo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umano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reale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e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motivato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742E2A04" w14:textId="3BDA89ED" w:rsidR="00447785" w:rsidRPr="00447785" w:rsidRDefault="00447785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4648" w:type="dxa"/>
            <w:shd w:val="clear" w:color="auto" w:fill="FDE9D9"/>
          </w:tcPr>
          <w:p w14:paraId="2A0ED729" w14:textId="77777777" w:rsidR="00447785" w:rsidRPr="00806EFC" w:rsidRDefault="00447785">
            <w:pPr>
              <w:rPr>
                <w:rFonts w:ascii="Arial" w:hAnsi="Arial" w:cs="Arial"/>
                <w:sz w:val="20"/>
                <w:szCs w:val="20"/>
              </w:rPr>
            </w:pPr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GDPR Art. 22 </w:t>
            </w:r>
            <w:r w:rsidRPr="00806EFC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Protegge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studenti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famiglie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da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decisioni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opache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errate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impone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scelte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incidono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in modo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significativo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non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siano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lasciate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processi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automatizzati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senza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intervento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umano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661158A" w14:textId="77777777" w:rsidR="00447785" w:rsidRPr="00806EFC" w:rsidRDefault="004477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Ai Act art. 14</w:t>
            </w:r>
            <w:r w:rsidRPr="00806EFC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Stabilisce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sistemi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Ai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devono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essere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progettati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garantire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possano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essere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supervisionati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da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persone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durante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l’utilizzo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47785" w:rsidRPr="00806EFC" w14:paraId="4790355E" w14:textId="77777777" w:rsidTr="00447785">
        <w:trPr>
          <w:jc w:val="center"/>
        </w:trPr>
        <w:tc>
          <w:tcPr>
            <w:tcW w:w="3887" w:type="dxa"/>
            <w:shd w:val="clear" w:color="auto" w:fill="FDE9D9"/>
          </w:tcPr>
          <w:p w14:paraId="6F7010EA" w14:textId="49EA1AEB" w:rsidR="00447785" w:rsidRPr="00447785" w:rsidRDefault="0044778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Se per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errore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inserisci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o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condividi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dati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personali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in uno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strumento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IA non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autorizzato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(o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noti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accessi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anomali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),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segnala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subito secondo la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procedura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interna (DSGA/DPO/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dirigente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) come </w:t>
            </w:r>
            <w:proofErr w:type="spellStart"/>
            <w:r w:rsidRPr="00447785">
              <w:rPr>
                <w:rFonts w:ascii="Arial" w:hAnsi="Arial" w:cs="Arial"/>
                <w:b/>
                <w:sz w:val="24"/>
                <w:szCs w:val="24"/>
              </w:rPr>
              <w:t>possibile</w:t>
            </w:r>
            <w:proofErr w:type="spellEnd"/>
            <w:r w:rsidRPr="00447785">
              <w:rPr>
                <w:rFonts w:ascii="Arial" w:hAnsi="Arial" w:cs="Arial"/>
                <w:b/>
                <w:sz w:val="24"/>
                <w:szCs w:val="24"/>
              </w:rPr>
              <w:t xml:space="preserve"> data breach. </w:t>
            </w:r>
          </w:p>
        </w:tc>
        <w:tc>
          <w:tcPr>
            <w:tcW w:w="4648" w:type="dxa"/>
            <w:shd w:val="clear" w:color="auto" w:fill="FDE9D9"/>
          </w:tcPr>
          <w:p w14:paraId="3945D885" w14:textId="77777777" w:rsidR="00447785" w:rsidRPr="00806EFC" w:rsidRDefault="004477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GDPR </w:t>
            </w:r>
            <w:proofErr w:type="spellStart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>Artt</w:t>
            </w:r>
            <w:proofErr w:type="spellEnd"/>
            <w:r w:rsidRPr="00806E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33,34 –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si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impone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titolare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notificare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violazione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dati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personali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Garante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il prima possible e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impone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informare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anche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gli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interessati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quando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violazione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puo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comportare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rischio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elevato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loro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diritti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 xml:space="preserve"> e le loro </w:t>
            </w:r>
            <w:proofErr w:type="spellStart"/>
            <w:r w:rsidRPr="00806EFC">
              <w:rPr>
                <w:rFonts w:ascii="Arial" w:hAnsi="Arial" w:cs="Arial"/>
                <w:sz w:val="20"/>
                <w:szCs w:val="20"/>
              </w:rPr>
              <w:t>libertà</w:t>
            </w:r>
            <w:proofErr w:type="spellEnd"/>
            <w:r w:rsidRPr="00806EF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25C22D5" w14:textId="77777777" w:rsidR="00300D7F" w:rsidRPr="00806EFC" w:rsidRDefault="00300D7F">
      <w:pPr>
        <w:rPr>
          <w:rFonts w:ascii="Arial" w:hAnsi="Arial" w:cs="Arial"/>
        </w:rPr>
      </w:pPr>
    </w:p>
    <w:p w14:paraId="23B0E407" w14:textId="10775EDB" w:rsidR="00300D7F" w:rsidRDefault="00652B0C">
      <w:pPr>
        <w:pStyle w:val="Titolo2"/>
        <w:rPr>
          <w:rFonts w:ascii="Arial" w:hAnsi="Arial" w:cs="Arial"/>
        </w:rPr>
      </w:pPr>
      <w:r w:rsidRPr="00806EFC">
        <w:rPr>
          <w:rFonts w:ascii="Arial" w:hAnsi="Arial" w:cs="Arial"/>
        </w:rPr>
        <w:t xml:space="preserve">Come </w:t>
      </w:r>
      <w:proofErr w:type="spellStart"/>
      <w:r w:rsidRPr="00806EFC">
        <w:rPr>
          <w:rFonts w:ascii="Arial" w:hAnsi="Arial" w:cs="Arial"/>
        </w:rPr>
        <w:t>anonimizzare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correttamente</w:t>
      </w:r>
      <w:proofErr w:type="spellEnd"/>
      <w:r w:rsidR="00276F19" w:rsidRPr="00806EFC">
        <w:rPr>
          <w:rFonts w:ascii="Arial" w:hAnsi="Arial" w:cs="Arial"/>
        </w:rPr>
        <w:t xml:space="preserve"> e login</w:t>
      </w:r>
    </w:p>
    <w:p w14:paraId="335FD453" w14:textId="77777777" w:rsidR="00447785" w:rsidRPr="00447785" w:rsidRDefault="00447785" w:rsidP="00447785"/>
    <w:p w14:paraId="54289F2F" w14:textId="76EE29FD" w:rsidR="00300D7F" w:rsidRPr="00806EFC" w:rsidRDefault="00652B0C">
      <w:pPr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Sostituisci</w:t>
      </w:r>
      <w:proofErr w:type="spellEnd"/>
      <w:r w:rsidRPr="00806EFC">
        <w:rPr>
          <w:rFonts w:ascii="Arial" w:hAnsi="Arial" w:cs="Arial"/>
        </w:rPr>
        <w:t xml:space="preserve"> sempre </w:t>
      </w:r>
      <w:proofErr w:type="spellStart"/>
      <w:r w:rsidRPr="00806EFC">
        <w:rPr>
          <w:rFonts w:ascii="Arial" w:hAnsi="Arial" w:cs="Arial"/>
        </w:rPr>
        <w:t>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riferimenti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identificativi</w:t>
      </w:r>
      <w:proofErr w:type="spellEnd"/>
      <w:r w:rsidRPr="00806EFC">
        <w:rPr>
          <w:rFonts w:ascii="Arial" w:hAnsi="Arial" w:cs="Arial"/>
        </w:rPr>
        <w:t xml:space="preserve"> con </w:t>
      </w:r>
      <w:proofErr w:type="spellStart"/>
      <w:r w:rsidRPr="00806EFC">
        <w:rPr>
          <w:rFonts w:ascii="Arial" w:hAnsi="Arial" w:cs="Arial"/>
        </w:rPr>
        <w:t>etichette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generiche</w:t>
      </w:r>
      <w:proofErr w:type="spellEnd"/>
      <w:r w:rsidR="00276F19" w:rsidRPr="00806EFC">
        <w:rPr>
          <w:rFonts w:ascii="Arial" w:hAnsi="Arial" w:cs="Arial"/>
        </w:rPr>
        <w:t xml:space="preserve">. </w:t>
      </w:r>
      <w:proofErr w:type="spellStart"/>
      <w:r w:rsidR="00276F19" w:rsidRPr="00806EFC">
        <w:rPr>
          <w:rFonts w:ascii="Arial" w:hAnsi="Arial" w:cs="Arial"/>
        </w:rPr>
        <w:t>Quando</w:t>
      </w:r>
      <w:proofErr w:type="spellEnd"/>
      <w:r w:rsidR="00276F19" w:rsidRPr="00806EFC">
        <w:rPr>
          <w:rFonts w:ascii="Arial" w:hAnsi="Arial" w:cs="Arial"/>
        </w:rPr>
        <w:t xml:space="preserve"> </w:t>
      </w:r>
      <w:proofErr w:type="spellStart"/>
      <w:r w:rsidR="00276F19" w:rsidRPr="00806EFC">
        <w:rPr>
          <w:rFonts w:ascii="Arial" w:hAnsi="Arial" w:cs="Arial"/>
        </w:rPr>
        <w:t>fai</w:t>
      </w:r>
      <w:proofErr w:type="spellEnd"/>
      <w:r w:rsidR="00276F19" w:rsidRPr="00806EFC">
        <w:rPr>
          <w:rFonts w:ascii="Arial" w:hAnsi="Arial" w:cs="Arial"/>
        </w:rPr>
        <w:t xml:space="preserve"> login in </w:t>
      </w:r>
      <w:proofErr w:type="spellStart"/>
      <w:r w:rsidR="00276F19" w:rsidRPr="00806EFC">
        <w:rPr>
          <w:rFonts w:ascii="Arial" w:hAnsi="Arial" w:cs="Arial"/>
        </w:rPr>
        <w:t>un’app</w:t>
      </w:r>
      <w:proofErr w:type="spellEnd"/>
      <w:r w:rsidR="00276F19" w:rsidRPr="00806EFC">
        <w:rPr>
          <w:rFonts w:ascii="Arial" w:hAnsi="Arial" w:cs="Arial"/>
        </w:rPr>
        <w:t xml:space="preserve"> </w:t>
      </w:r>
      <w:proofErr w:type="spellStart"/>
      <w:r w:rsidR="00276F19" w:rsidRPr="00806EFC">
        <w:rPr>
          <w:rFonts w:ascii="Arial" w:hAnsi="Arial" w:cs="Arial"/>
        </w:rPr>
        <w:t>esterna</w:t>
      </w:r>
      <w:proofErr w:type="spellEnd"/>
      <w:r w:rsidR="00276F19" w:rsidRPr="00806EFC">
        <w:rPr>
          <w:rFonts w:ascii="Arial" w:hAnsi="Arial" w:cs="Arial"/>
        </w:rPr>
        <w:t xml:space="preserve"> non </w:t>
      </w:r>
      <w:proofErr w:type="spellStart"/>
      <w:r w:rsidR="00276F19" w:rsidRPr="00806EFC">
        <w:rPr>
          <w:rFonts w:ascii="Arial" w:hAnsi="Arial" w:cs="Arial"/>
        </w:rPr>
        <w:t>inclusa</w:t>
      </w:r>
      <w:proofErr w:type="spellEnd"/>
      <w:r w:rsidR="00276F19" w:rsidRPr="00806EFC">
        <w:rPr>
          <w:rFonts w:ascii="Arial" w:hAnsi="Arial" w:cs="Arial"/>
        </w:rPr>
        <w:t xml:space="preserve"> </w:t>
      </w:r>
      <w:proofErr w:type="spellStart"/>
      <w:r w:rsidR="00276F19" w:rsidRPr="00806EFC">
        <w:rPr>
          <w:rFonts w:ascii="Arial" w:hAnsi="Arial" w:cs="Arial"/>
        </w:rPr>
        <w:t>tra</w:t>
      </w:r>
      <w:proofErr w:type="spellEnd"/>
      <w:r w:rsidR="00276F19" w:rsidRPr="00806EFC">
        <w:rPr>
          <w:rFonts w:ascii="Arial" w:hAnsi="Arial" w:cs="Arial"/>
        </w:rPr>
        <w:t xml:space="preserve"> </w:t>
      </w:r>
      <w:proofErr w:type="spellStart"/>
      <w:r w:rsidR="00276F19" w:rsidRPr="00806EFC">
        <w:rPr>
          <w:rFonts w:ascii="Arial" w:hAnsi="Arial" w:cs="Arial"/>
        </w:rPr>
        <w:t>i</w:t>
      </w:r>
      <w:proofErr w:type="spellEnd"/>
      <w:r w:rsidR="00276F19" w:rsidRPr="00806EFC">
        <w:rPr>
          <w:rFonts w:ascii="Arial" w:hAnsi="Arial" w:cs="Arial"/>
        </w:rPr>
        <w:t xml:space="preserve"> </w:t>
      </w:r>
      <w:proofErr w:type="spellStart"/>
      <w:r w:rsidR="00276F19" w:rsidRPr="00806EFC">
        <w:rPr>
          <w:rFonts w:ascii="Arial" w:hAnsi="Arial" w:cs="Arial"/>
        </w:rPr>
        <w:t>servizi</w:t>
      </w:r>
      <w:proofErr w:type="spellEnd"/>
      <w:r w:rsidR="00276F19" w:rsidRPr="00806EFC">
        <w:rPr>
          <w:rFonts w:ascii="Arial" w:hAnsi="Arial" w:cs="Arial"/>
        </w:rPr>
        <w:t xml:space="preserve"> </w:t>
      </w:r>
      <w:proofErr w:type="spellStart"/>
      <w:r w:rsidR="00276F19" w:rsidRPr="00806EFC">
        <w:rPr>
          <w:rFonts w:ascii="Arial" w:hAnsi="Arial" w:cs="Arial"/>
        </w:rPr>
        <w:t>autorizzati</w:t>
      </w:r>
      <w:proofErr w:type="spellEnd"/>
      <w:r w:rsidR="00276F19" w:rsidRPr="00806EFC">
        <w:rPr>
          <w:rFonts w:ascii="Arial" w:hAnsi="Arial" w:cs="Arial"/>
        </w:rPr>
        <w:t xml:space="preserve"> non </w:t>
      </w:r>
      <w:proofErr w:type="spellStart"/>
      <w:r w:rsidR="00276F19" w:rsidRPr="00806EFC">
        <w:rPr>
          <w:rFonts w:ascii="Arial" w:hAnsi="Arial" w:cs="Arial"/>
        </w:rPr>
        <w:t>accedere</w:t>
      </w:r>
      <w:proofErr w:type="spellEnd"/>
      <w:r w:rsidR="00276F19" w:rsidRPr="00806EFC">
        <w:rPr>
          <w:rFonts w:ascii="Arial" w:hAnsi="Arial" w:cs="Arial"/>
        </w:rPr>
        <w:t xml:space="preserve"> </w:t>
      </w:r>
      <w:proofErr w:type="spellStart"/>
      <w:r w:rsidR="00276F19" w:rsidRPr="00806EFC">
        <w:rPr>
          <w:rFonts w:ascii="Arial" w:hAnsi="Arial" w:cs="Arial"/>
        </w:rPr>
        <w:t>tramite</w:t>
      </w:r>
      <w:proofErr w:type="spellEnd"/>
      <w:r w:rsidR="00276F19" w:rsidRPr="00806EFC">
        <w:rPr>
          <w:rFonts w:ascii="Arial" w:hAnsi="Arial" w:cs="Arial"/>
        </w:rPr>
        <w:t xml:space="preserve"> SSO</w:t>
      </w:r>
      <w:r w:rsidR="00447785">
        <w:rPr>
          <w:rFonts w:ascii="Arial" w:hAnsi="Arial" w:cs="Arial"/>
        </w:rPr>
        <w:t xml:space="preserve"> (ad </w:t>
      </w:r>
      <w:proofErr w:type="spellStart"/>
      <w:r w:rsidR="00447785">
        <w:rPr>
          <w:rFonts w:ascii="Arial" w:hAnsi="Arial" w:cs="Arial"/>
        </w:rPr>
        <w:t>esempio</w:t>
      </w:r>
      <w:proofErr w:type="spellEnd"/>
      <w:r w:rsidR="00447785">
        <w:rPr>
          <w:rFonts w:ascii="Arial" w:hAnsi="Arial" w:cs="Arial"/>
        </w:rPr>
        <w:t xml:space="preserve">: </w:t>
      </w:r>
      <w:proofErr w:type="spellStart"/>
      <w:r w:rsidR="00447785">
        <w:rPr>
          <w:rFonts w:ascii="Arial" w:hAnsi="Arial" w:cs="Arial"/>
        </w:rPr>
        <w:t>alla</w:t>
      </w:r>
      <w:proofErr w:type="spellEnd"/>
      <w:r w:rsidR="00447785">
        <w:rPr>
          <w:rFonts w:ascii="Arial" w:hAnsi="Arial" w:cs="Arial"/>
        </w:rPr>
        <w:t xml:space="preserve"> </w:t>
      </w:r>
      <w:proofErr w:type="spellStart"/>
      <w:r w:rsidR="00447785">
        <w:rPr>
          <w:rFonts w:ascii="Arial" w:hAnsi="Arial" w:cs="Arial"/>
        </w:rPr>
        <w:t>richiesta</w:t>
      </w:r>
      <w:proofErr w:type="spellEnd"/>
      <w:r w:rsidR="00447785">
        <w:rPr>
          <w:rFonts w:ascii="Arial" w:hAnsi="Arial" w:cs="Arial"/>
        </w:rPr>
        <w:t xml:space="preserve"> “</w:t>
      </w:r>
      <w:proofErr w:type="spellStart"/>
      <w:r w:rsidR="00447785">
        <w:rPr>
          <w:rFonts w:ascii="Arial" w:hAnsi="Arial" w:cs="Arial"/>
        </w:rPr>
        <w:t>accedi</w:t>
      </w:r>
      <w:proofErr w:type="spellEnd"/>
      <w:r w:rsidR="00447785">
        <w:rPr>
          <w:rFonts w:ascii="Arial" w:hAnsi="Arial" w:cs="Arial"/>
        </w:rPr>
        <w:t xml:space="preserve"> </w:t>
      </w:r>
      <w:proofErr w:type="spellStart"/>
      <w:r w:rsidR="00447785">
        <w:rPr>
          <w:rFonts w:ascii="Arial" w:hAnsi="Arial" w:cs="Arial"/>
        </w:rPr>
        <w:t>tramite</w:t>
      </w:r>
      <w:proofErr w:type="spellEnd"/>
      <w:r w:rsidR="00447785">
        <w:rPr>
          <w:rFonts w:ascii="Arial" w:hAnsi="Arial" w:cs="Arial"/>
        </w:rPr>
        <w:t xml:space="preserve"> google” non </w:t>
      </w:r>
      <w:proofErr w:type="spellStart"/>
      <w:r w:rsidR="00447785">
        <w:rPr>
          <w:rFonts w:ascii="Arial" w:hAnsi="Arial" w:cs="Arial"/>
        </w:rPr>
        <w:t>accettare</w:t>
      </w:r>
      <w:proofErr w:type="spellEnd"/>
      <w:r w:rsidR="00447785">
        <w:rPr>
          <w:rFonts w:ascii="Arial" w:hAnsi="Arial" w:cs="Arial"/>
        </w:rPr>
        <w:t xml:space="preserve">, ma </w:t>
      </w:r>
      <w:proofErr w:type="spellStart"/>
      <w:r w:rsidR="00447785">
        <w:rPr>
          <w:rFonts w:ascii="Arial" w:hAnsi="Arial" w:cs="Arial"/>
        </w:rPr>
        <w:t>creare</w:t>
      </w:r>
      <w:proofErr w:type="spellEnd"/>
      <w:r w:rsidR="00447785">
        <w:rPr>
          <w:rFonts w:ascii="Arial" w:hAnsi="Arial" w:cs="Arial"/>
        </w:rPr>
        <w:t xml:space="preserve"> nuovo account </w:t>
      </w:r>
      <w:proofErr w:type="spellStart"/>
      <w:r w:rsidR="00447785">
        <w:rPr>
          <w:rFonts w:ascii="Arial" w:hAnsi="Arial" w:cs="Arial"/>
        </w:rPr>
        <w:t>anche</w:t>
      </w:r>
      <w:proofErr w:type="spellEnd"/>
      <w:r w:rsidR="00447785">
        <w:rPr>
          <w:rFonts w:ascii="Arial" w:hAnsi="Arial" w:cs="Arial"/>
        </w:rPr>
        <w:t xml:space="preserve"> con mail </w:t>
      </w:r>
      <w:proofErr w:type="spellStart"/>
      <w:r w:rsidR="00447785">
        <w:rPr>
          <w:rFonts w:ascii="Arial" w:hAnsi="Arial" w:cs="Arial"/>
        </w:rPr>
        <w:t>istituzionale</w:t>
      </w:r>
      <w:proofErr w:type="spellEnd"/>
      <w:r w:rsidR="00447785">
        <w:rPr>
          <w:rFonts w:ascii="Arial" w:hAnsi="Arial" w:cs="Arial"/>
        </w:rPr>
        <w:t xml:space="preserve">, ma con </w:t>
      </w:r>
      <w:proofErr w:type="spellStart"/>
      <w:r w:rsidR="00447785">
        <w:rPr>
          <w:rFonts w:ascii="Arial" w:hAnsi="Arial" w:cs="Arial"/>
        </w:rPr>
        <w:t>nuova</w:t>
      </w:r>
      <w:proofErr w:type="spellEnd"/>
      <w:r w:rsidR="00447785">
        <w:rPr>
          <w:rFonts w:ascii="Arial" w:hAnsi="Arial" w:cs="Arial"/>
        </w:rPr>
        <w:t xml:space="preserve"> password).</w:t>
      </w:r>
    </w:p>
    <w:p w14:paraId="356FB939" w14:textId="29CDCAD8" w:rsidR="00300D7F" w:rsidRPr="00806EFC" w:rsidRDefault="00300D7F">
      <w:pPr>
        <w:spacing w:after="12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628"/>
      </w:tblGrid>
      <w:tr w:rsidR="00405058" w:rsidRPr="00806EFC" w14:paraId="1496B259" w14:textId="77777777">
        <w:trPr>
          <w:jc w:val="center"/>
        </w:trPr>
        <w:tc>
          <w:tcPr>
            <w:tcW w:w="9071" w:type="dxa"/>
            <w:shd w:val="clear" w:color="auto" w:fill="FDE9D9"/>
          </w:tcPr>
          <w:p w14:paraId="1C4BB415" w14:textId="77777777" w:rsidR="00300D7F" w:rsidRDefault="00652B0C">
            <w:pPr>
              <w:rPr>
                <w:rFonts w:ascii="Arial" w:hAnsi="Arial" w:cs="Arial"/>
                <w:b/>
                <w:color w:val="F79646"/>
              </w:rPr>
            </w:pPr>
            <w:proofErr w:type="spellStart"/>
            <w:r w:rsidRPr="00806EFC">
              <w:rPr>
                <w:rFonts w:ascii="Arial" w:hAnsi="Arial" w:cs="Arial"/>
                <w:b/>
                <w:color w:val="F79646"/>
              </w:rPr>
              <w:t>Esempi</w:t>
            </w:r>
            <w:proofErr w:type="spellEnd"/>
          </w:p>
          <w:p w14:paraId="1A218FCF" w14:textId="77777777" w:rsidR="007E6FA5" w:rsidRPr="00806EFC" w:rsidRDefault="007E6FA5">
            <w:pPr>
              <w:rPr>
                <w:rFonts w:ascii="Arial" w:hAnsi="Arial" w:cs="Arial"/>
              </w:rPr>
            </w:pPr>
          </w:p>
        </w:tc>
      </w:tr>
      <w:tr w:rsidR="00405058" w:rsidRPr="00806EFC" w14:paraId="0A6DE0FA" w14:textId="77777777">
        <w:trPr>
          <w:jc w:val="center"/>
        </w:trPr>
        <w:tc>
          <w:tcPr>
            <w:tcW w:w="9638" w:type="dxa"/>
            <w:shd w:val="clear" w:color="auto" w:fill="FDE9D9"/>
          </w:tcPr>
          <w:p w14:paraId="351D1B49" w14:textId="77777777" w:rsidR="00300D7F" w:rsidRDefault="00652B0C">
            <w:pPr>
              <w:rPr>
                <w:rFonts w:ascii="Arial" w:hAnsi="Arial" w:cs="Arial"/>
              </w:rPr>
            </w:pPr>
            <w:r w:rsidRPr="00806EFC">
              <w:rPr>
                <w:rFonts w:ascii="Segoe UI Emoji" w:hAnsi="Segoe UI Emoji" w:cs="Segoe UI Emoji"/>
              </w:rPr>
              <w:t>❌</w:t>
            </w:r>
            <w:r w:rsidRPr="00806EFC">
              <w:rPr>
                <w:rFonts w:ascii="Arial" w:hAnsi="Arial" w:cs="Arial"/>
              </w:rPr>
              <w:t xml:space="preserve"> “Mario Rossi (</w:t>
            </w:r>
            <w:proofErr w:type="spellStart"/>
            <w:r w:rsidRPr="00806EFC">
              <w:rPr>
                <w:rFonts w:ascii="Arial" w:hAnsi="Arial" w:cs="Arial"/>
              </w:rPr>
              <w:t>classe</w:t>
            </w:r>
            <w:proofErr w:type="spellEnd"/>
            <w:r w:rsidRPr="00806EFC">
              <w:rPr>
                <w:rFonts w:ascii="Arial" w:hAnsi="Arial" w:cs="Arial"/>
              </w:rPr>
              <w:t xml:space="preserve"> 2B) ha DSA e </w:t>
            </w:r>
            <w:proofErr w:type="spellStart"/>
            <w:r w:rsidRPr="00806EFC">
              <w:rPr>
                <w:rFonts w:ascii="Arial" w:hAnsi="Arial" w:cs="Arial"/>
              </w:rPr>
              <w:t>necessita</w:t>
            </w:r>
            <w:proofErr w:type="spellEnd"/>
            <w:r w:rsidRPr="00806EFC">
              <w:rPr>
                <w:rFonts w:ascii="Arial" w:hAnsi="Arial" w:cs="Arial"/>
              </w:rPr>
              <w:t xml:space="preserve"> di…” → </w:t>
            </w:r>
            <w:r w:rsidRPr="00806EFC">
              <w:rPr>
                <w:rFonts w:ascii="Segoe UI Emoji" w:hAnsi="Segoe UI Emoji" w:cs="Segoe UI Emoji"/>
              </w:rPr>
              <w:t>✅</w:t>
            </w:r>
            <w:r w:rsidRPr="00806EFC">
              <w:rPr>
                <w:rFonts w:ascii="Arial" w:hAnsi="Arial" w:cs="Arial"/>
              </w:rPr>
              <w:t xml:space="preserve"> “</w:t>
            </w:r>
            <w:proofErr w:type="spellStart"/>
            <w:r w:rsidRPr="00806EFC">
              <w:rPr>
                <w:rFonts w:ascii="Arial" w:hAnsi="Arial" w:cs="Arial"/>
              </w:rPr>
              <w:t>Studente</w:t>
            </w:r>
            <w:proofErr w:type="spellEnd"/>
            <w:r w:rsidRPr="00806EFC">
              <w:rPr>
                <w:rFonts w:ascii="Arial" w:hAnsi="Arial" w:cs="Arial"/>
              </w:rPr>
              <w:t xml:space="preserve"> [S1] (</w:t>
            </w:r>
            <w:proofErr w:type="spellStart"/>
            <w:r w:rsidRPr="00806EFC">
              <w:rPr>
                <w:rFonts w:ascii="Arial" w:hAnsi="Arial" w:cs="Arial"/>
              </w:rPr>
              <w:t>classe</w:t>
            </w:r>
            <w:proofErr w:type="spellEnd"/>
            <w:r w:rsidRPr="00806EFC">
              <w:rPr>
                <w:rFonts w:ascii="Arial" w:hAnsi="Arial" w:cs="Arial"/>
              </w:rPr>
              <w:t xml:space="preserve"> [2B]) </w:t>
            </w:r>
            <w:proofErr w:type="spellStart"/>
            <w:r w:rsidRPr="00806EFC">
              <w:rPr>
                <w:rFonts w:ascii="Arial" w:hAnsi="Arial" w:cs="Arial"/>
              </w:rPr>
              <w:t>necessita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misure</w:t>
            </w:r>
            <w:proofErr w:type="spellEnd"/>
            <w:r w:rsidRPr="00806EFC">
              <w:rPr>
                <w:rFonts w:ascii="Arial" w:hAnsi="Arial" w:cs="Arial"/>
              </w:rPr>
              <w:t>…”</w:t>
            </w:r>
          </w:p>
          <w:p w14:paraId="7444B202" w14:textId="77777777" w:rsidR="007E6FA5" w:rsidRPr="00806EFC" w:rsidRDefault="007E6FA5">
            <w:pPr>
              <w:rPr>
                <w:rFonts w:ascii="Arial" w:hAnsi="Arial" w:cs="Arial"/>
              </w:rPr>
            </w:pPr>
          </w:p>
        </w:tc>
      </w:tr>
      <w:tr w:rsidR="00405058" w:rsidRPr="00806EFC" w14:paraId="6079B184" w14:textId="77777777">
        <w:trPr>
          <w:jc w:val="center"/>
        </w:trPr>
        <w:tc>
          <w:tcPr>
            <w:tcW w:w="9638" w:type="dxa"/>
            <w:shd w:val="clear" w:color="auto" w:fill="FDE9D9"/>
          </w:tcPr>
          <w:p w14:paraId="345CA02D" w14:textId="77777777" w:rsidR="00300D7F" w:rsidRPr="00806EFC" w:rsidRDefault="00652B0C">
            <w:pPr>
              <w:rPr>
                <w:rFonts w:ascii="Arial" w:hAnsi="Arial" w:cs="Arial"/>
              </w:rPr>
            </w:pPr>
            <w:r w:rsidRPr="00806EFC">
              <w:rPr>
                <w:rFonts w:ascii="Segoe UI Emoji" w:hAnsi="Segoe UI Emoji" w:cs="Segoe UI Emoji"/>
              </w:rPr>
              <w:t>❌</w:t>
            </w:r>
            <w:r w:rsidRPr="00806EFC">
              <w:rPr>
                <w:rFonts w:ascii="Arial" w:hAnsi="Arial" w:cs="Arial"/>
              </w:rPr>
              <w:t xml:space="preserve"> “La madre di Giulia Bianchi ha </w:t>
            </w:r>
            <w:proofErr w:type="spellStart"/>
            <w:r w:rsidRPr="00806EFC">
              <w:rPr>
                <w:rFonts w:ascii="Arial" w:hAnsi="Arial" w:cs="Arial"/>
              </w:rPr>
              <w:t>chiesto</w:t>
            </w:r>
            <w:proofErr w:type="spellEnd"/>
            <w:r w:rsidRPr="00806EFC">
              <w:rPr>
                <w:rFonts w:ascii="Arial" w:hAnsi="Arial" w:cs="Arial"/>
              </w:rPr>
              <w:t xml:space="preserve">…” → </w:t>
            </w:r>
            <w:r w:rsidRPr="00806EFC">
              <w:rPr>
                <w:rFonts w:ascii="Segoe UI Emoji" w:hAnsi="Segoe UI Emoji" w:cs="Segoe UI Emoji"/>
              </w:rPr>
              <w:t>✅</w:t>
            </w:r>
            <w:r w:rsidRPr="00806EFC">
              <w:rPr>
                <w:rFonts w:ascii="Arial" w:hAnsi="Arial" w:cs="Arial"/>
              </w:rPr>
              <w:t xml:space="preserve"> “Un </w:t>
            </w:r>
            <w:proofErr w:type="spellStart"/>
            <w:r w:rsidRPr="00806EFC">
              <w:rPr>
                <w:rFonts w:ascii="Arial" w:hAnsi="Arial" w:cs="Arial"/>
              </w:rPr>
              <w:t>genitore</w:t>
            </w:r>
            <w:proofErr w:type="spellEnd"/>
            <w:r w:rsidRPr="00806EFC">
              <w:rPr>
                <w:rFonts w:ascii="Arial" w:hAnsi="Arial" w:cs="Arial"/>
              </w:rPr>
              <w:t xml:space="preserve"> ha </w:t>
            </w:r>
            <w:proofErr w:type="spellStart"/>
            <w:r w:rsidRPr="00806EFC">
              <w:rPr>
                <w:rFonts w:ascii="Arial" w:hAnsi="Arial" w:cs="Arial"/>
              </w:rPr>
              <w:t>richiesto</w:t>
            </w:r>
            <w:proofErr w:type="spellEnd"/>
            <w:r w:rsidRPr="00806EFC">
              <w:rPr>
                <w:rFonts w:ascii="Arial" w:hAnsi="Arial" w:cs="Arial"/>
              </w:rPr>
              <w:t>…”</w:t>
            </w:r>
          </w:p>
        </w:tc>
      </w:tr>
      <w:tr w:rsidR="00405058" w:rsidRPr="00806EFC" w14:paraId="77B6CA4A" w14:textId="77777777">
        <w:trPr>
          <w:jc w:val="center"/>
        </w:trPr>
        <w:tc>
          <w:tcPr>
            <w:tcW w:w="9638" w:type="dxa"/>
            <w:shd w:val="clear" w:color="auto" w:fill="FDE9D9"/>
          </w:tcPr>
          <w:p w14:paraId="512528DA" w14:textId="77777777" w:rsidR="00300D7F" w:rsidRDefault="00652B0C">
            <w:pPr>
              <w:rPr>
                <w:rFonts w:ascii="Arial" w:hAnsi="Arial" w:cs="Arial"/>
              </w:rPr>
            </w:pPr>
            <w:r w:rsidRPr="00806EFC">
              <w:rPr>
                <w:rFonts w:ascii="Segoe UI Emoji" w:hAnsi="Segoe UI Emoji" w:cs="Segoe UI Emoji"/>
              </w:rPr>
              <w:t>❌</w:t>
            </w:r>
            <w:r w:rsidRPr="00806EFC">
              <w:rPr>
                <w:rFonts w:ascii="Arial" w:hAnsi="Arial" w:cs="Arial"/>
              </w:rPr>
              <w:t xml:space="preserve"> “</w:t>
            </w:r>
            <w:proofErr w:type="spellStart"/>
            <w:r w:rsidRPr="00806EFC">
              <w:rPr>
                <w:rFonts w:ascii="Arial" w:hAnsi="Arial" w:cs="Arial"/>
              </w:rPr>
              <w:t>Invio</w:t>
            </w:r>
            <w:proofErr w:type="spellEnd"/>
            <w:r w:rsidRPr="00806EFC">
              <w:rPr>
                <w:rFonts w:ascii="Arial" w:hAnsi="Arial" w:cs="Arial"/>
              </w:rPr>
              <w:t xml:space="preserve"> verbale </w:t>
            </w:r>
            <w:proofErr w:type="spellStart"/>
            <w:r w:rsidRPr="00806EFC">
              <w:rPr>
                <w:rFonts w:ascii="Arial" w:hAnsi="Arial" w:cs="Arial"/>
              </w:rPr>
              <w:t>CdC</w:t>
            </w:r>
            <w:proofErr w:type="spellEnd"/>
            <w:r w:rsidRPr="00806EFC">
              <w:rPr>
                <w:rFonts w:ascii="Arial" w:hAnsi="Arial" w:cs="Arial"/>
              </w:rPr>
              <w:t xml:space="preserve"> del 12/11” → </w:t>
            </w:r>
            <w:r w:rsidRPr="00806EFC">
              <w:rPr>
                <w:rFonts w:ascii="Segoe UI Emoji" w:hAnsi="Segoe UI Emoji" w:cs="Segoe UI Emoji"/>
              </w:rPr>
              <w:t>✅</w:t>
            </w:r>
            <w:r w:rsidRPr="00806EFC">
              <w:rPr>
                <w:rFonts w:ascii="Arial" w:hAnsi="Arial" w:cs="Arial"/>
              </w:rPr>
              <w:t xml:space="preserve"> “</w:t>
            </w:r>
            <w:proofErr w:type="spellStart"/>
            <w:r w:rsidRPr="00806EFC">
              <w:rPr>
                <w:rFonts w:ascii="Arial" w:hAnsi="Arial" w:cs="Arial"/>
              </w:rPr>
              <w:t>Riassumi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questa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decisione</w:t>
            </w:r>
            <w:proofErr w:type="spellEnd"/>
            <w:r w:rsidRPr="00806EFC">
              <w:rPr>
                <w:rFonts w:ascii="Arial" w:hAnsi="Arial" w:cs="Arial"/>
              </w:rPr>
              <w:t xml:space="preserve"> (testo senza </w:t>
            </w:r>
            <w:proofErr w:type="spellStart"/>
            <w:r w:rsidRPr="00806EFC">
              <w:rPr>
                <w:rFonts w:ascii="Arial" w:hAnsi="Arial" w:cs="Arial"/>
              </w:rPr>
              <w:t>nomi</w:t>
            </w:r>
            <w:proofErr w:type="spellEnd"/>
            <w:r w:rsidRPr="00806EFC">
              <w:rPr>
                <w:rFonts w:ascii="Arial" w:hAnsi="Arial" w:cs="Arial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</w:rPr>
              <w:t>dettagli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806EFC">
              <w:rPr>
                <w:rFonts w:ascii="Arial" w:hAnsi="Arial" w:cs="Arial"/>
              </w:rPr>
              <w:t>identificativi</w:t>
            </w:r>
            <w:proofErr w:type="spellEnd"/>
            <w:r w:rsidRPr="00806EFC">
              <w:rPr>
                <w:rFonts w:ascii="Arial" w:hAnsi="Arial" w:cs="Arial"/>
              </w:rPr>
              <w:t>)…</w:t>
            </w:r>
            <w:proofErr w:type="gramEnd"/>
            <w:r w:rsidRPr="00806EFC">
              <w:rPr>
                <w:rFonts w:ascii="Arial" w:hAnsi="Arial" w:cs="Arial"/>
              </w:rPr>
              <w:t>”</w:t>
            </w:r>
          </w:p>
          <w:p w14:paraId="379C069F" w14:textId="77777777" w:rsidR="007E6FA5" w:rsidRPr="00806EFC" w:rsidRDefault="007E6FA5">
            <w:pPr>
              <w:rPr>
                <w:rFonts w:ascii="Arial" w:hAnsi="Arial" w:cs="Arial"/>
              </w:rPr>
            </w:pPr>
          </w:p>
        </w:tc>
      </w:tr>
      <w:tr w:rsidR="00276F19" w:rsidRPr="00806EFC" w14:paraId="2CE41E1F" w14:textId="77777777">
        <w:trPr>
          <w:jc w:val="center"/>
        </w:trPr>
        <w:tc>
          <w:tcPr>
            <w:tcW w:w="9638" w:type="dxa"/>
            <w:shd w:val="clear" w:color="auto" w:fill="FDE9D9"/>
          </w:tcPr>
          <w:p w14:paraId="38E1A5C1" w14:textId="77777777" w:rsidR="00276F19" w:rsidRDefault="00276F19">
            <w:pPr>
              <w:rPr>
                <w:rFonts w:ascii="Arial" w:hAnsi="Arial" w:cs="Arial"/>
              </w:rPr>
            </w:pPr>
            <w:r w:rsidRPr="00806EFC">
              <w:rPr>
                <w:rFonts w:ascii="Segoe UI Emoji" w:hAnsi="Segoe UI Emoji" w:cs="Segoe UI Emoji"/>
              </w:rPr>
              <w:t>❌</w:t>
            </w:r>
            <w:r w:rsidRPr="00806EFC">
              <w:rPr>
                <w:rFonts w:ascii="Arial" w:hAnsi="Arial" w:cs="Arial"/>
              </w:rPr>
              <w:t xml:space="preserve"> Login </w:t>
            </w:r>
            <w:proofErr w:type="spellStart"/>
            <w:r w:rsidRPr="00806EFC">
              <w:rPr>
                <w:rFonts w:ascii="Arial" w:hAnsi="Arial" w:cs="Arial"/>
              </w:rPr>
              <w:t>su</w:t>
            </w:r>
            <w:proofErr w:type="spellEnd"/>
            <w:r w:rsidRPr="00806EFC">
              <w:rPr>
                <w:rFonts w:ascii="Arial" w:hAnsi="Arial" w:cs="Arial"/>
              </w:rPr>
              <w:t xml:space="preserve"> app terza con “</w:t>
            </w:r>
            <w:proofErr w:type="spellStart"/>
            <w:r w:rsidRPr="00806EFC">
              <w:rPr>
                <w:rFonts w:ascii="Arial" w:hAnsi="Arial" w:cs="Arial"/>
              </w:rPr>
              <w:t>Accedi</w:t>
            </w:r>
            <w:proofErr w:type="spellEnd"/>
            <w:r w:rsidRPr="00806EFC">
              <w:rPr>
                <w:rFonts w:ascii="Arial" w:hAnsi="Arial" w:cs="Arial"/>
              </w:rPr>
              <w:t xml:space="preserve"> con Google/Microsoft” (SSO) → </w:t>
            </w:r>
            <w:r w:rsidRPr="00806EFC">
              <w:rPr>
                <w:rFonts w:ascii="Segoe UI Emoji" w:hAnsi="Segoe UI Emoji" w:cs="Segoe UI Emoji"/>
              </w:rPr>
              <w:t>✅</w:t>
            </w:r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Registrazione</w:t>
            </w:r>
            <w:proofErr w:type="spellEnd"/>
            <w:r w:rsidRPr="00806EFC">
              <w:rPr>
                <w:rFonts w:ascii="Arial" w:hAnsi="Arial" w:cs="Arial"/>
              </w:rPr>
              <w:t xml:space="preserve">/login con email come username e </w:t>
            </w:r>
            <w:proofErr w:type="spellStart"/>
            <w:r w:rsidRPr="00806EFC">
              <w:rPr>
                <w:rFonts w:ascii="Arial" w:hAnsi="Arial" w:cs="Arial"/>
              </w:rPr>
              <w:t>creazione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una</w:t>
            </w:r>
            <w:proofErr w:type="spellEnd"/>
            <w:r w:rsidRPr="00806EFC">
              <w:rPr>
                <w:rFonts w:ascii="Arial" w:hAnsi="Arial" w:cs="Arial"/>
              </w:rPr>
              <w:t xml:space="preserve"> password </w:t>
            </w:r>
            <w:proofErr w:type="spellStart"/>
            <w:r w:rsidRPr="00806EFC">
              <w:rPr>
                <w:rFonts w:ascii="Arial" w:hAnsi="Arial" w:cs="Arial"/>
              </w:rPr>
              <w:t>nuova</w:t>
            </w:r>
            <w:proofErr w:type="spellEnd"/>
            <w:r w:rsidRPr="00806EFC">
              <w:rPr>
                <w:rFonts w:ascii="Arial" w:hAnsi="Arial" w:cs="Arial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</w:rPr>
              <w:t>dedicata</w:t>
            </w:r>
            <w:proofErr w:type="spellEnd"/>
            <w:r w:rsidRPr="00806EFC">
              <w:rPr>
                <w:rFonts w:ascii="Arial" w:hAnsi="Arial" w:cs="Arial"/>
              </w:rPr>
              <w:t xml:space="preserve"> per </w:t>
            </w:r>
            <w:proofErr w:type="spellStart"/>
            <w:r w:rsidRPr="00806EFC">
              <w:rPr>
                <w:rFonts w:ascii="Arial" w:hAnsi="Arial" w:cs="Arial"/>
              </w:rPr>
              <w:t>quel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servizio</w:t>
            </w:r>
            <w:proofErr w:type="spellEnd"/>
            <w:r w:rsidRPr="00806EFC">
              <w:rPr>
                <w:rFonts w:ascii="Arial" w:hAnsi="Arial" w:cs="Arial"/>
              </w:rPr>
              <w:t xml:space="preserve"> (non </w:t>
            </w:r>
            <w:proofErr w:type="spellStart"/>
            <w:r w:rsidRPr="00806EFC">
              <w:rPr>
                <w:rFonts w:ascii="Arial" w:hAnsi="Arial" w:cs="Arial"/>
              </w:rPr>
              <w:t>riutilizzata</w:t>
            </w:r>
            <w:proofErr w:type="spellEnd"/>
            <w:r w:rsidRPr="00806EFC">
              <w:rPr>
                <w:rFonts w:ascii="Arial" w:hAnsi="Arial" w:cs="Arial"/>
              </w:rPr>
              <w:t>)</w:t>
            </w:r>
          </w:p>
          <w:p w14:paraId="3A7B727E" w14:textId="77777777" w:rsidR="007E6FA5" w:rsidRPr="00806EFC" w:rsidRDefault="007E6FA5">
            <w:pPr>
              <w:rPr>
                <w:rFonts w:ascii="Arial" w:hAnsi="Arial" w:cs="Arial"/>
              </w:rPr>
            </w:pPr>
          </w:p>
        </w:tc>
      </w:tr>
    </w:tbl>
    <w:p w14:paraId="43A042F6" w14:textId="77777777" w:rsidR="007E6FA5" w:rsidRDefault="007E6FA5" w:rsidP="00535111">
      <w:pPr>
        <w:rPr>
          <w:rFonts w:ascii="Arial" w:hAnsi="Arial" w:cs="Arial"/>
          <w:b/>
          <w:bCs/>
          <w:sz w:val="28"/>
          <w:szCs w:val="28"/>
          <w:lang w:val="it-IT"/>
        </w:rPr>
      </w:pPr>
    </w:p>
    <w:p w14:paraId="54432732" w14:textId="77777777" w:rsidR="00830127" w:rsidRDefault="00830127" w:rsidP="00535111">
      <w:pPr>
        <w:rPr>
          <w:rFonts w:ascii="Arial" w:hAnsi="Arial" w:cs="Arial"/>
          <w:b/>
          <w:bCs/>
          <w:color w:val="F79646" w:themeColor="accent6"/>
          <w:sz w:val="26"/>
          <w:szCs w:val="26"/>
          <w:lang w:val="it-IT"/>
        </w:rPr>
      </w:pPr>
    </w:p>
    <w:p w14:paraId="1DBF879A" w14:textId="77777777" w:rsidR="00830127" w:rsidRDefault="00830127" w:rsidP="00535111">
      <w:pPr>
        <w:rPr>
          <w:rFonts w:ascii="Arial" w:hAnsi="Arial" w:cs="Arial"/>
          <w:b/>
          <w:bCs/>
          <w:color w:val="F79646" w:themeColor="accent6"/>
          <w:sz w:val="26"/>
          <w:szCs w:val="26"/>
          <w:lang w:val="it-IT"/>
        </w:rPr>
      </w:pPr>
    </w:p>
    <w:p w14:paraId="466456A4" w14:textId="41275A49" w:rsidR="00535111" w:rsidRDefault="00535111" w:rsidP="00535111">
      <w:pPr>
        <w:rPr>
          <w:rFonts w:ascii="Arial" w:hAnsi="Arial" w:cs="Arial"/>
          <w:b/>
          <w:bCs/>
          <w:color w:val="F79646" w:themeColor="accent6"/>
          <w:sz w:val="26"/>
          <w:szCs w:val="26"/>
          <w:lang w:val="it-IT"/>
        </w:rPr>
      </w:pPr>
      <w:r w:rsidRPr="007E6FA5">
        <w:rPr>
          <w:rFonts w:ascii="Arial" w:hAnsi="Arial" w:cs="Arial"/>
          <w:b/>
          <w:bCs/>
          <w:color w:val="F79646" w:themeColor="accent6"/>
          <w:sz w:val="26"/>
          <w:szCs w:val="26"/>
          <w:lang w:val="it-IT"/>
        </w:rPr>
        <w:t xml:space="preserve">Gestione degli account e degli accessi </w:t>
      </w:r>
    </w:p>
    <w:p w14:paraId="69FA0B8A" w14:textId="77777777" w:rsidR="00830127" w:rsidRPr="007E6FA5" w:rsidRDefault="00830127" w:rsidP="00535111">
      <w:pPr>
        <w:rPr>
          <w:rFonts w:ascii="Arial" w:hAnsi="Arial" w:cs="Arial"/>
          <w:b/>
          <w:bCs/>
          <w:color w:val="F79646" w:themeColor="accent6"/>
          <w:sz w:val="26"/>
          <w:szCs w:val="26"/>
          <w:lang w:val="it-IT"/>
        </w:rPr>
      </w:pPr>
    </w:p>
    <w:p w14:paraId="125CA115" w14:textId="77777777" w:rsidR="00535111" w:rsidRPr="00806EFC" w:rsidRDefault="00535111" w:rsidP="00535111">
      <w:pPr>
        <w:rPr>
          <w:rFonts w:ascii="Arial" w:hAnsi="Arial" w:cs="Arial"/>
          <w:lang w:val="it-IT"/>
        </w:rPr>
      </w:pPr>
      <w:r w:rsidRPr="00806EFC">
        <w:rPr>
          <w:rFonts w:ascii="Arial" w:hAnsi="Arial" w:cs="Arial"/>
          <w:lang w:val="it-IT"/>
        </w:rPr>
        <w:t>La seguente sezione disciplina le modalità obbligatorie di accesso ai servizi digitali per tutelare la privacy degli studenti.</w:t>
      </w:r>
    </w:p>
    <w:p w14:paraId="069C4B65" w14:textId="77777777" w:rsidR="00535111" w:rsidRPr="00806EFC" w:rsidRDefault="00535111" w:rsidP="00535111">
      <w:pPr>
        <w:rPr>
          <w:rFonts w:ascii="Arial" w:hAnsi="Arial" w:cs="Arial"/>
          <w:lang w:val="it-IT"/>
        </w:rPr>
      </w:pPr>
      <w:r w:rsidRPr="00806EFC">
        <w:rPr>
          <w:rFonts w:ascii="Arial" w:hAnsi="Arial" w:cs="Arial"/>
          <w:b/>
          <w:bCs/>
          <w:lang w:val="it-IT"/>
        </w:rPr>
        <w:t>A) PIATTAFORME ISTITUZIONALI ("I BIG")</w:t>
      </w:r>
    </w:p>
    <w:p w14:paraId="35050DFA" w14:textId="77777777" w:rsidR="00535111" w:rsidRPr="00806EFC" w:rsidRDefault="00535111" w:rsidP="00535111">
      <w:pPr>
        <w:numPr>
          <w:ilvl w:val="0"/>
          <w:numId w:val="10"/>
        </w:numPr>
        <w:rPr>
          <w:rFonts w:ascii="Arial" w:hAnsi="Arial" w:cs="Arial"/>
          <w:lang w:val="it-IT"/>
        </w:rPr>
      </w:pPr>
      <w:r w:rsidRPr="00806EFC">
        <w:rPr>
          <w:rFonts w:ascii="Arial" w:hAnsi="Arial" w:cs="Arial"/>
          <w:b/>
          <w:bCs/>
          <w:lang w:val="it-IT"/>
        </w:rPr>
        <w:t>Strumenti:</w:t>
      </w:r>
      <w:r w:rsidRPr="00806EFC">
        <w:rPr>
          <w:rFonts w:ascii="Arial" w:hAnsi="Arial" w:cs="Arial"/>
          <w:lang w:val="it-IT"/>
        </w:rPr>
        <w:t xml:space="preserve"> Google Workspace for </w:t>
      </w:r>
      <w:proofErr w:type="spellStart"/>
      <w:r w:rsidRPr="00806EFC">
        <w:rPr>
          <w:rFonts w:ascii="Arial" w:hAnsi="Arial" w:cs="Arial"/>
          <w:lang w:val="it-IT"/>
        </w:rPr>
        <w:t>Education</w:t>
      </w:r>
      <w:proofErr w:type="spellEnd"/>
      <w:r w:rsidRPr="00806EFC">
        <w:rPr>
          <w:rFonts w:ascii="Arial" w:hAnsi="Arial" w:cs="Arial"/>
          <w:lang w:val="it-IT"/>
        </w:rPr>
        <w:t xml:space="preserve">, Microsoft 365, </w:t>
      </w:r>
      <w:proofErr w:type="spellStart"/>
      <w:r w:rsidRPr="00806EFC">
        <w:rPr>
          <w:rFonts w:ascii="Arial" w:hAnsi="Arial" w:cs="Arial"/>
          <w:lang w:val="it-IT"/>
        </w:rPr>
        <w:t>Canva</w:t>
      </w:r>
      <w:proofErr w:type="spellEnd"/>
      <w:r w:rsidRPr="00806EFC">
        <w:rPr>
          <w:rFonts w:ascii="Arial" w:hAnsi="Arial" w:cs="Arial"/>
          <w:lang w:val="it-IT"/>
        </w:rPr>
        <w:t xml:space="preserve"> for </w:t>
      </w:r>
      <w:proofErr w:type="spellStart"/>
      <w:r w:rsidRPr="00806EFC">
        <w:rPr>
          <w:rFonts w:ascii="Arial" w:hAnsi="Arial" w:cs="Arial"/>
          <w:lang w:val="it-IT"/>
        </w:rPr>
        <w:t>Education</w:t>
      </w:r>
      <w:proofErr w:type="spellEnd"/>
      <w:r w:rsidRPr="00806EFC">
        <w:rPr>
          <w:rFonts w:ascii="Arial" w:hAnsi="Arial" w:cs="Arial"/>
          <w:lang w:val="it-IT"/>
        </w:rPr>
        <w:t>.</w:t>
      </w:r>
    </w:p>
    <w:p w14:paraId="1DF5F0B6" w14:textId="77777777" w:rsidR="00535111" w:rsidRPr="00806EFC" w:rsidRDefault="00535111" w:rsidP="00535111">
      <w:pPr>
        <w:numPr>
          <w:ilvl w:val="0"/>
          <w:numId w:val="10"/>
        </w:numPr>
        <w:rPr>
          <w:rFonts w:ascii="Arial" w:hAnsi="Arial" w:cs="Arial"/>
          <w:lang w:val="it-IT"/>
        </w:rPr>
      </w:pPr>
      <w:r w:rsidRPr="00806EFC">
        <w:rPr>
          <w:rFonts w:ascii="Arial" w:hAnsi="Arial" w:cs="Arial"/>
          <w:b/>
          <w:bCs/>
          <w:lang w:val="it-IT"/>
        </w:rPr>
        <w:t>Procedura:</w:t>
      </w:r>
      <w:r w:rsidRPr="00806EFC">
        <w:rPr>
          <w:rFonts w:ascii="Arial" w:hAnsi="Arial" w:cs="Arial"/>
          <w:lang w:val="it-IT"/>
        </w:rPr>
        <w:t xml:space="preserve"> Gli studenti accedono autonomamente utilizzando le proprie </w:t>
      </w:r>
      <w:r w:rsidRPr="00806EFC">
        <w:rPr>
          <w:rFonts w:ascii="Arial" w:hAnsi="Arial" w:cs="Arial"/>
          <w:b/>
          <w:bCs/>
          <w:lang w:val="it-IT"/>
        </w:rPr>
        <w:t>credenziali istituzionali personali</w:t>
      </w:r>
      <w:r w:rsidRPr="00806EFC">
        <w:rPr>
          <w:rFonts w:ascii="Arial" w:hAnsi="Arial" w:cs="Arial"/>
          <w:lang w:val="it-IT"/>
        </w:rPr>
        <w:t xml:space="preserve"> (es. </w:t>
      </w:r>
      <w:r w:rsidRPr="00806EFC">
        <w:rPr>
          <w:rFonts w:ascii="Arial" w:hAnsi="Arial" w:cs="Arial"/>
          <w:i/>
          <w:iCs/>
          <w:lang w:val="it-IT"/>
        </w:rPr>
        <w:t>nome.cognome@scuola.edu.it</w:t>
      </w:r>
      <w:r w:rsidRPr="00806EFC">
        <w:rPr>
          <w:rFonts w:ascii="Arial" w:hAnsi="Arial" w:cs="Arial"/>
          <w:lang w:val="it-IT"/>
        </w:rPr>
        <w:t>).</w:t>
      </w:r>
    </w:p>
    <w:p w14:paraId="7F203521" w14:textId="77777777" w:rsidR="00535111" w:rsidRPr="00806EFC" w:rsidRDefault="00535111" w:rsidP="00535111">
      <w:pPr>
        <w:numPr>
          <w:ilvl w:val="0"/>
          <w:numId w:val="10"/>
        </w:numPr>
        <w:rPr>
          <w:rFonts w:ascii="Arial" w:hAnsi="Arial" w:cs="Arial"/>
          <w:lang w:val="it-IT"/>
        </w:rPr>
      </w:pPr>
      <w:r w:rsidRPr="00806EFC">
        <w:rPr>
          <w:rFonts w:ascii="Arial" w:hAnsi="Arial" w:cs="Arial"/>
          <w:b/>
          <w:bCs/>
          <w:lang w:val="it-IT"/>
        </w:rPr>
        <w:t>Motivazione:</w:t>
      </w:r>
      <w:r w:rsidRPr="00806EFC">
        <w:rPr>
          <w:rFonts w:ascii="Arial" w:hAnsi="Arial" w:cs="Arial"/>
          <w:lang w:val="it-IT"/>
        </w:rPr>
        <w:t xml:space="preserve"> Con questi fornitori la Scuola ha sottoscritto un contratto specifico (DPA) che garantisce la protezione dei dati e impedisce la profilazione commerciale.</w:t>
      </w:r>
    </w:p>
    <w:p w14:paraId="11A329FA" w14:textId="77777777" w:rsidR="00535111" w:rsidRPr="00806EFC" w:rsidRDefault="00535111" w:rsidP="00535111">
      <w:pPr>
        <w:rPr>
          <w:rFonts w:ascii="Arial" w:hAnsi="Arial" w:cs="Arial"/>
          <w:lang w:val="it-IT"/>
        </w:rPr>
      </w:pPr>
      <w:r w:rsidRPr="00806EFC">
        <w:rPr>
          <w:rFonts w:ascii="Arial" w:hAnsi="Arial" w:cs="Arial"/>
          <w:b/>
          <w:bCs/>
          <w:lang w:val="it-IT"/>
        </w:rPr>
        <w:t>B) TUTTE LE ALTRE APPLICAZIONI (APP TERZE)</w:t>
      </w:r>
    </w:p>
    <w:p w14:paraId="3B8E2061" w14:textId="29EBF23C" w:rsidR="00535111" w:rsidRPr="00806EFC" w:rsidRDefault="00535111" w:rsidP="00535111">
      <w:pPr>
        <w:numPr>
          <w:ilvl w:val="0"/>
          <w:numId w:val="11"/>
        </w:numPr>
        <w:rPr>
          <w:rFonts w:ascii="Arial" w:hAnsi="Arial" w:cs="Arial"/>
          <w:lang w:val="it-IT"/>
        </w:rPr>
      </w:pPr>
      <w:r w:rsidRPr="00806EFC">
        <w:rPr>
          <w:rFonts w:ascii="Arial" w:hAnsi="Arial" w:cs="Arial"/>
          <w:b/>
          <w:bCs/>
          <w:lang w:val="it-IT"/>
        </w:rPr>
        <w:t>Strumenti:</w:t>
      </w:r>
      <w:r w:rsidRPr="00806EFC">
        <w:rPr>
          <w:rFonts w:ascii="Arial" w:hAnsi="Arial" w:cs="Arial"/>
          <w:lang w:val="it-IT"/>
        </w:rPr>
        <w:t xml:space="preserve"> </w:t>
      </w:r>
      <w:r w:rsidR="00D97D4A">
        <w:rPr>
          <w:rFonts w:ascii="Arial" w:hAnsi="Arial" w:cs="Arial"/>
          <w:lang w:val="it-IT"/>
        </w:rPr>
        <w:t xml:space="preserve">Solo a titolo di esempio, </w:t>
      </w:r>
      <w:proofErr w:type="spellStart"/>
      <w:r w:rsidRPr="00806EFC">
        <w:rPr>
          <w:rFonts w:ascii="Arial" w:hAnsi="Arial" w:cs="Arial"/>
          <w:lang w:val="it-IT"/>
        </w:rPr>
        <w:t>Kahoot</w:t>
      </w:r>
      <w:proofErr w:type="spellEnd"/>
      <w:r w:rsidRPr="00806EFC">
        <w:rPr>
          <w:rFonts w:ascii="Arial" w:hAnsi="Arial" w:cs="Arial"/>
          <w:lang w:val="it-IT"/>
        </w:rPr>
        <w:t xml:space="preserve">, </w:t>
      </w:r>
      <w:proofErr w:type="spellStart"/>
      <w:r w:rsidRPr="00806EFC">
        <w:rPr>
          <w:rFonts w:ascii="Arial" w:hAnsi="Arial" w:cs="Arial"/>
          <w:lang w:val="it-IT"/>
        </w:rPr>
        <w:t>Duolingo</w:t>
      </w:r>
      <w:proofErr w:type="spellEnd"/>
      <w:r w:rsidRPr="00806EFC">
        <w:rPr>
          <w:rFonts w:ascii="Arial" w:hAnsi="Arial" w:cs="Arial"/>
          <w:lang w:val="it-IT"/>
        </w:rPr>
        <w:t xml:space="preserve">, Scratch, </w:t>
      </w:r>
      <w:proofErr w:type="spellStart"/>
      <w:r w:rsidRPr="00806EFC">
        <w:rPr>
          <w:rFonts w:ascii="Arial" w:hAnsi="Arial" w:cs="Arial"/>
          <w:lang w:val="it-IT"/>
        </w:rPr>
        <w:t>Padlet</w:t>
      </w:r>
      <w:proofErr w:type="spellEnd"/>
      <w:r w:rsidRPr="00806EFC">
        <w:rPr>
          <w:rFonts w:ascii="Arial" w:hAnsi="Arial" w:cs="Arial"/>
          <w:lang w:val="it-IT"/>
        </w:rPr>
        <w:t xml:space="preserve">, </w:t>
      </w:r>
      <w:proofErr w:type="spellStart"/>
      <w:r w:rsidRPr="00806EFC">
        <w:rPr>
          <w:rFonts w:ascii="Arial" w:hAnsi="Arial" w:cs="Arial"/>
          <w:lang w:val="it-IT"/>
        </w:rPr>
        <w:t>Edpuzzle</w:t>
      </w:r>
      <w:proofErr w:type="spellEnd"/>
      <w:r w:rsidRPr="00806EFC">
        <w:rPr>
          <w:rFonts w:ascii="Arial" w:hAnsi="Arial" w:cs="Arial"/>
          <w:lang w:val="it-IT"/>
        </w:rPr>
        <w:t xml:space="preserve">, </w:t>
      </w:r>
      <w:proofErr w:type="spellStart"/>
      <w:r w:rsidRPr="00806EFC">
        <w:rPr>
          <w:rFonts w:ascii="Arial" w:hAnsi="Arial" w:cs="Arial"/>
          <w:lang w:val="it-IT"/>
        </w:rPr>
        <w:t>Panquiz</w:t>
      </w:r>
      <w:proofErr w:type="spellEnd"/>
      <w:r w:rsidRPr="00806EFC">
        <w:rPr>
          <w:rFonts w:ascii="Arial" w:hAnsi="Arial" w:cs="Arial"/>
          <w:lang w:val="it-IT"/>
        </w:rPr>
        <w:t xml:space="preserve"> e qualsiasi altro software didattico online</w:t>
      </w:r>
      <w:r w:rsidR="00D97D4A">
        <w:rPr>
          <w:rFonts w:ascii="Arial" w:hAnsi="Arial" w:cs="Arial"/>
          <w:lang w:val="it-IT"/>
        </w:rPr>
        <w:t>.</w:t>
      </w:r>
    </w:p>
    <w:p w14:paraId="567D0ACB" w14:textId="098B1486" w:rsidR="00535111" w:rsidRPr="00806EFC" w:rsidRDefault="00535111" w:rsidP="00535111">
      <w:pPr>
        <w:numPr>
          <w:ilvl w:val="0"/>
          <w:numId w:val="11"/>
        </w:numPr>
        <w:rPr>
          <w:rFonts w:ascii="Arial" w:hAnsi="Arial" w:cs="Arial"/>
          <w:lang w:val="it-IT"/>
        </w:rPr>
      </w:pPr>
      <w:r w:rsidRPr="00806EFC">
        <w:rPr>
          <w:rFonts w:ascii="Arial" w:hAnsi="Arial" w:cs="Arial"/>
          <w:b/>
          <w:bCs/>
          <w:lang w:val="it-IT"/>
        </w:rPr>
        <w:t>Divieto:</w:t>
      </w:r>
      <w:r w:rsidRPr="00806EFC">
        <w:rPr>
          <w:rFonts w:ascii="Arial" w:hAnsi="Arial" w:cs="Arial"/>
          <w:lang w:val="it-IT"/>
        </w:rPr>
        <w:t xml:space="preserve"> </w:t>
      </w:r>
      <w:r w:rsidRPr="00806EFC">
        <w:rPr>
          <w:rFonts w:ascii="Arial" w:hAnsi="Arial" w:cs="Arial"/>
          <w:b/>
          <w:bCs/>
          <w:lang w:val="it-IT"/>
        </w:rPr>
        <w:t>È VIETATO chiedere agli studenti di registrarsi autonomamente</w:t>
      </w:r>
      <w:r w:rsidRPr="00806EFC">
        <w:rPr>
          <w:rFonts w:ascii="Arial" w:hAnsi="Arial" w:cs="Arial"/>
          <w:lang w:val="it-IT"/>
        </w:rPr>
        <w:t xml:space="preserve"> (</w:t>
      </w:r>
      <w:proofErr w:type="spellStart"/>
      <w:r w:rsidRPr="00806EFC">
        <w:rPr>
          <w:rFonts w:ascii="Arial" w:hAnsi="Arial" w:cs="Arial"/>
          <w:lang w:val="it-IT"/>
        </w:rPr>
        <w:t>Sign</w:t>
      </w:r>
      <w:proofErr w:type="spellEnd"/>
      <w:r w:rsidRPr="00806EFC">
        <w:rPr>
          <w:rFonts w:ascii="Arial" w:hAnsi="Arial" w:cs="Arial"/>
          <w:lang w:val="it-IT"/>
        </w:rPr>
        <w:t xml:space="preserve"> Up) a questi servizi, né utilizzando l'email istituzionale né quella personale</w:t>
      </w:r>
      <w:r w:rsidR="00D97D4A">
        <w:rPr>
          <w:rFonts w:ascii="Arial" w:hAnsi="Arial" w:cs="Arial"/>
          <w:lang w:val="it-IT"/>
        </w:rPr>
        <w:t>, salvo diversa indicazione.</w:t>
      </w:r>
    </w:p>
    <w:p w14:paraId="1613FA9F" w14:textId="77777777" w:rsidR="00535111" w:rsidRPr="00806EFC" w:rsidRDefault="00535111" w:rsidP="00535111">
      <w:pPr>
        <w:numPr>
          <w:ilvl w:val="0"/>
          <w:numId w:val="11"/>
        </w:numPr>
        <w:rPr>
          <w:rFonts w:ascii="Arial" w:hAnsi="Arial" w:cs="Arial"/>
          <w:lang w:val="it-IT"/>
        </w:rPr>
      </w:pPr>
      <w:r w:rsidRPr="00806EFC">
        <w:rPr>
          <w:rFonts w:ascii="Arial" w:hAnsi="Arial" w:cs="Arial"/>
          <w:b/>
          <w:bCs/>
          <w:lang w:val="it-IT"/>
        </w:rPr>
        <w:t>Procedure obbligatorie (Alternative):</w:t>
      </w:r>
    </w:p>
    <w:p w14:paraId="17825651" w14:textId="77777777" w:rsidR="00535111" w:rsidRPr="00806EFC" w:rsidRDefault="00535111" w:rsidP="00535111">
      <w:pPr>
        <w:numPr>
          <w:ilvl w:val="1"/>
          <w:numId w:val="11"/>
        </w:numPr>
        <w:rPr>
          <w:rFonts w:ascii="Arial" w:hAnsi="Arial" w:cs="Arial"/>
          <w:lang w:val="it-IT"/>
        </w:rPr>
      </w:pPr>
      <w:r w:rsidRPr="00806EFC">
        <w:rPr>
          <w:rFonts w:ascii="Arial" w:hAnsi="Arial" w:cs="Arial"/>
          <w:b/>
          <w:bCs/>
          <w:lang w:val="it-IT"/>
        </w:rPr>
        <w:t>Modalità "Account Classe" (Consigliata):</w:t>
      </w:r>
      <w:r w:rsidRPr="00806EFC">
        <w:rPr>
          <w:rFonts w:ascii="Arial" w:hAnsi="Arial" w:cs="Arial"/>
          <w:lang w:val="it-IT"/>
        </w:rPr>
        <w:t xml:space="preserve"> Il docente crea e gestisce una classe virtuale dal proprio pannello di controllo, generando per gli studenti utenze anonime o </w:t>
      </w:r>
      <w:proofErr w:type="spellStart"/>
      <w:r w:rsidRPr="00806EFC">
        <w:rPr>
          <w:rFonts w:ascii="Arial" w:hAnsi="Arial" w:cs="Arial"/>
          <w:lang w:val="it-IT"/>
        </w:rPr>
        <w:t>pseudonimizzate</w:t>
      </w:r>
      <w:proofErr w:type="spellEnd"/>
      <w:r w:rsidRPr="00806EFC">
        <w:rPr>
          <w:rFonts w:ascii="Arial" w:hAnsi="Arial" w:cs="Arial"/>
          <w:lang w:val="it-IT"/>
        </w:rPr>
        <w:t xml:space="preserve"> (senza uso di email).</w:t>
      </w:r>
    </w:p>
    <w:p w14:paraId="7E362FDF" w14:textId="77777777" w:rsidR="00300D7F" w:rsidRPr="00806EFC" w:rsidRDefault="00535111" w:rsidP="00535111">
      <w:pPr>
        <w:numPr>
          <w:ilvl w:val="1"/>
          <w:numId w:val="11"/>
        </w:numPr>
        <w:rPr>
          <w:rFonts w:ascii="Arial" w:hAnsi="Arial" w:cs="Arial"/>
          <w:lang w:val="it-IT"/>
        </w:rPr>
      </w:pPr>
      <w:r w:rsidRPr="00806EFC">
        <w:rPr>
          <w:rFonts w:ascii="Arial" w:hAnsi="Arial" w:cs="Arial"/>
          <w:b/>
          <w:bCs/>
          <w:lang w:val="it-IT"/>
        </w:rPr>
        <w:t>Accesso via Codice/PIN:</w:t>
      </w:r>
      <w:r w:rsidRPr="00806EFC">
        <w:rPr>
          <w:rFonts w:ascii="Arial" w:hAnsi="Arial" w:cs="Arial"/>
          <w:lang w:val="it-IT"/>
        </w:rPr>
        <w:t xml:space="preserve"> Lo studente partecipa all'attività inserendo un codice di gioco o cliccando su un link temporaneo fornito dal docente, senza effettuare alcuna registrazione o login.</w:t>
      </w:r>
    </w:p>
    <w:p w14:paraId="7FD78507" w14:textId="19ABC18F" w:rsidR="00300D7F" w:rsidRDefault="00652B0C">
      <w:pPr>
        <w:pStyle w:val="Titolo2"/>
        <w:rPr>
          <w:rFonts w:ascii="Arial" w:hAnsi="Arial" w:cs="Arial"/>
        </w:rPr>
      </w:pPr>
      <w:r w:rsidRPr="00806EFC">
        <w:rPr>
          <w:rFonts w:ascii="Arial" w:hAnsi="Arial" w:cs="Arial"/>
        </w:rPr>
        <w:t xml:space="preserve">Checklist prima di </w:t>
      </w:r>
      <w:proofErr w:type="spellStart"/>
      <w:r w:rsidRPr="00806EFC">
        <w:rPr>
          <w:rFonts w:ascii="Arial" w:hAnsi="Arial" w:cs="Arial"/>
        </w:rPr>
        <w:t>usare</w:t>
      </w:r>
      <w:proofErr w:type="spellEnd"/>
      <w:r w:rsidRPr="00806EFC">
        <w:rPr>
          <w:rFonts w:ascii="Arial" w:hAnsi="Arial" w:cs="Arial"/>
        </w:rPr>
        <w:t xml:space="preserve"> un LLM</w:t>
      </w:r>
    </w:p>
    <w:p w14:paraId="6BF2A894" w14:textId="77777777" w:rsidR="00D97D4A" w:rsidRPr="00D97D4A" w:rsidRDefault="00D97D4A" w:rsidP="00D97D4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8045C" w:rsidRPr="00806EFC" w14:paraId="3F4BA4ED" w14:textId="77777777">
        <w:tc>
          <w:tcPr>
            <w:tcW w:w="9638" w:type="dxa"/>
            <w:shd w:val="clear" w:color="auto" w:fill="FDE9D9"/>
          </w:tcPr>
          <w:p w14:paraId="7E950CAD" w14:textId="77777777" w:rsidR="0078045C" w:rsidRDefault="00806EFC">
            <w:pPr>
              <w:rPr>
                <w:rFonts w:ascii="Arial" w:hAnsi="Arial" w:cs="Arial"/>
                <w:b/>
                <w:color w:val="F79646"/>
              </w:rPr>
            </w:pPr>
            <w:proofErr w:type="spellStart"/>
            <w:r w:rsidRPr="00806EFC">
              <w:rPr>
                <w:rFonts w:ascii="Arial" w:hAnsi="Arial" w:cs="Arial"/>
                <w:b/>
                <w:color w:val="F79646"/>
              </w:rPr>
              <w:t>Domanda</w:t>
            </w:r>
            <w:proofErr w:type="spellEnd"/>
          </w:p>
          <w:p w14:paraId="0A176A0A" w14:textId="77777777" w:rsidR="00D97D4A" w:rsidRPr="00806EFC" w:rsidRDefault="00D97D4A">
            <w:pPr>
              <w:rPr>
                <w:rFonts w:ascii="Arial" w:hAnsi="Arial" w:cs="Arial"/>
              </w:rPr>
            </w:pPr>
          </w:p>
        </w:tc>
      </w:tr>
      <w:tr w:rsidR="0078045C" w:rsidRPr="00806EFC" w14:paraId="0D76137A" w14:textId="77777777">
        <w:tc>
          <w:tcPr>
            <w:tcW w:w="9638" w:type="dxa"/>
            <w:shd w:val="clear" w:color="auto" w:fill="FDE9D9"/>
          </w:tcPr>
          <w:p w14:paraId="1FD04EA5" w14:textId="1565D554" w:rsidR="0078045C" w:rsidRPr="00D97D4A" w:rsidRDefault="00806EFC" w:rsidP="00D97D4A">
            <w:pPr>
              <w:pStyle w:val="Paragrafoelenco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proofErr w:type="spellStart"/>
            <w:r w:rsidRPr="00D97D4A">
              <w:rPr>
                <w:rFonts w:ascii="Arial" w:hAnsi="Arial" w:cs="Arial"/>
              </w:rPr>
              <w:t>Sto</w:t>
            </w:r>
            <w:proofErr w:type="spellEnd"/>
            <w:r w:rsidRPr="00D97D4A">
              <w:rPr>
                <w:rFonts w:ascii="Arial" w:hAnsi="Arial" w:cs="Arial"/>
              </w:rPr>
              <w:t xml:space="preserve"> </w:t>
            </w:r>
            <w:proofErr w:type="spellStart"/>
            <w:r w:rsidRPr="00D97D4A">
              <w:rPr>
                <w:rFonts w:ascii="Arial" w:hAnsi="Arial" w:cs="Arial"/>
              </w:rPr>
              <w:t>inserendo</w:t>
            </w:r>
            <w:proofErr w:type="spellEnd"/>
            <w:r w:rsidRPr="00D97D4A">
              <w:rPr>
                <w:rFonts w:ascii="Arial" w:hAnsi="Arial" w:cs="Arial"/>
              </w:rPr>
              <w:t xml:space="preserve"> </w:t>
            </w:r>
            <w:proofErr w:type="spellStart"/>
            <w:r w:rsidRPr="00D97D4A">
              <w:rPr>
                <w:rFonts w:ascii="Arial" w:hAnsi="Arial" w:cs="Arial"/>
              </w:rPr>
              <w:t>dati</w:t>
            </w:r>
            <w:proofErr w:type="spellEnd"/>
            <w:r w:rsidRPr="00D97D4A">
              <w:rPr>
                <w:rFonts w:ascii="Arial" w:hAnsi="Arial" w:cs="Arial"/>
              </w:rPr>
              <w:t xml:space="preserve"> </w:t>
            </w:r>
            <w:proofErr w:type="spellStart"/>
            <w:r w:rsidRPr="00D97D4A">
              <w:rPr>
                <w:rFonts w:ascii="Arial" w:hAnsi="Arial" w:cs="Arial"/>
              </w:rPr>
              <w:t>personali</w:t>
            </w:r>
            <w:proofErr w:type="spellEnd"/>
            <w:r w:rsidRPr="00D97D4A">
              <w:rPr>
                <w:rFonts w:ascii="Arial" w:hAnsi="Arial" w:cs="Arial"/>
              </w:rPr>
              <w:t xml:space="preserve"> o </w:t>
            </w:r>
            <w:proofErr w:type="spellStart"/>
            <w:r w:rsidRPr="00D97D4A">
              <w:rPr>
                <w:rFonts w:ascii="Arial" w:hAnsi="Arial" w:cs="Arial"/>
              </w:rPr>
              <w:t>sensibili</w:t>
            </w:r>
            <w:proofErr w:type="spellEnd"/>
            <w:r w:rsidRPr="00D97D4A">
              <w:rPr>
                <w:rFonts w:ascii="Arial" w:hAnsi="Arial" w:cs="Arial"/>
              </w:rPr>
              <w:t>?</w:t>
            </w:r>
          </w:p>
          <w:p w14:paraId="5402E0C7" w14:textId="77777777" w:rsidR="00D97D4A" w:rsidRPr="00D97D4A" w:rsidRDefault="00D97D4A" w:rsidP="00D97D4A">
            <w:pPr>
              <w:pStyle w:val="Paragrafoelenco"/>
              <w:rPr>
                <w:rFonts w:ascii="Arial" w:hAnsi="Arial" w:cs="Arial"/>
              </w:rPr>
            </w:pPr>
          </w:p>
        </w:tc>
      </w:tr>
      <w:tr w:rsidR="0078045C" w:rsidRPr="00806EFC" w14:paraId="7CCBB6DA" w14:textId="77777777">
        <w:tc>
          <w:tcPr>
            <w:tcW w:w="9638" w:type="dxa"/>
            <w:shd w:val="clear" w:color="auto" w:fill="FDE9D9"/>
          </w:tcPr>
          <w:p w14:paraId="04B69665" w14:textId="6BB44627" w:rsidR="0078045C" w:rsidRPr="00D97D4A" w:rsidRDefault="00806EFC" w:rsidP="00D97D4A">
            <w:pPr>
              <w:pStyle w:val="Paragrafoelenco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proofErr w:type="spellStart"/>
            <w:r w:rsidRPr="00D97D4A">
              <w:rPr>
                <w:rFonts w:ascii="Arial" w:hAnsi="Arial" w:cs="Arial"/>
              </w:rPr>
              <w:t>Sto</w:t>
            </w:r>
            <w:proofErr w:type="spellEnd"/>
            <w:r w:rsidRPr="00D97D4A">
              <w:rPr>
                <w:rFonts w:ascii="Arial" w:hAnsi="Arial" w:cs="Arial"/>
              </w:rPr>
              <w:t xml:space="preserve"> </w:t>
            </w:r>
            <w:proofErr w:type="spellStart"/>
            <w:r w:rsidRPr="00D97D4A">
              <w:rPr>
                <w:rFonts w:ascii="Arial" w:hAnsi="Arial" w:cs="Arial"/>
              </w:rPr>
              <w:t>usando</w:t>
            </w:r>
            <w:proofErr w:type="spellEnd"/>
            <w:r w:rsidRPr="00D97D4A">
              <w:rPr>
                <w:rFonts w:ascii="Arial" w:hAnsi="Arial" w:cs="Arial"/>
              </w:rPr>
              <w:t xml:space="preserve"> un account/</w:t>
            </w:r>
            <w:proofErr w:type="spellStart"/>
            <w:r w:rsidRPr="00D97D4A">
              <w:rPr>
                <w:rFonts w:ascii="Arial" w:hAnsi="Arial" w:cs="Arial"/>
              </w:rPr>
              <w:t>strumento</w:t>
            </w:r>
            <w:proofErr w:type="spellEnd"/>
            <w:r w:rsidRPr="00D97D4A">
              <w:rPr>
                <w:rFonts w:ascii="Arial" w:hAnsi="Arial" w:cs="Arial"/>
              </w:rPr>
              <w:t xml:space="preserve"> </w:t>
            </w:r>
            <w:proofErr w:type="spellStart"/>
            <w:r w:rsidRPr="00D97D4A">
              <w:rPr>
                <w:rFonts w:ascii="Arial" w:hAnsi="Arial" w:cs="Arial"/>
              </w:rPr>
              <w:t>approvato</w:t>
            </w:r>
            <w:proofErr w:type="spellEnd"/>
            <w:r w:rsidRPr="00D97D4A">
              <w:rPr>
                <w:rFonts w:ascii="Arial" w:hAnsi="Arial" w:cs="Arial"/>
              </w:rPr>
              <w:t xml:space="preserve"> </w:t>
            </w:r>
            <w:proofErr w:type="spellStart"/>
            <w:r w:rsidRPr="00D97D4A">
              <w:rPr>
                <w:rFonts w:ascii="Arial" w:hAnsi="Arial" w:cs="Arial"/>
              </w:rPr>
              <w:t>dall’Istituto</w:t>
            </w:r>
            <w:proofErr w:type="spellEnd"/>
            <w:r w:rsidRPr="00D97D4A">
              <w:rPr>
                <w:rFonts w:ascii="Arial" w:hAnsi="Arial" w:cs="Arial"/>
              </w:rPr>
              <w:t>?</w:t>
            </w:r>
          </w:p>
          <w:p w14:paraId="05D5F95A" w14:textId="77777777" w:rsidR="00D97D4A" w:rsidRPr="00D97D4A" w:rsidRDefault="00D97D4A" w:rsidP="00D97D4A">
            <w:pPr>
              <w:pStyle w:val="Paragrafoelenco"/>
              <w:rPr>
                <w:rFonts w:ascii="Arial" w:hAnsi="Arial" w:cs="Arial"/>
              </w:rPr>
            </w:pPr>
          </w:p>
        </w:tc>
      </w:tr>
      <w:tr w:rsidR="0078045C" w:rsidRPr="00806EFC" w14:paraId="6B6856C4" w14:textId="77777777">
        <w:tc>
          <w:tcPr>
            <w:tcW w:w="9638" w:type="dxa"/>
            <w:shd w:val="clear" w:color="auto" w:fill="FDE9D9"/>
          </w:tcPr>
          <w:p w14:paraId="680EA2F6" w14:textId="148EB5C6" w:rsidR="0078045C" w:rsidRPr="00D97D4A" w:rsidRDefault="00806EFC" w:rsidP="00D97D4A">
            <w:pPr>
              <w:pStyle w:val="Paragrafoelenco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proofErr w:type="spellStart"/>
            <w:r w:rsidRPr="00D97D4A">
              <w:rPr>
                <w:rFonts w:ascii="Arial" w:hAnsi="Arial" w:cs="Arial"/>
              </w:rPr>
              <w:t>L’obiettivo</w:t>
            </w:r>
            <w:proofErr w:type="spellEnd"/>
            <w:r w:rsidRPr="00D97D4A">
              <w:rPr>
                <w:rFonts w:ascii="Arial" w:hAnsi="Arial" w:cs="Arial"/>
              </w:rPr>
              <w:t xml:space="preserve"> è </w:t>
            </w:r>
            <w:proofErr w:type="spellStart"/>
            <w:r w:rsidRPr="00D97D4A">
              <w:rPr>
                <w:rFonts w:ascii="Arial" w:hAnsi="Arial" w:cs="Arial"/>
              </w:rPr>
              <w:t>una</w:t>
            </w:r>
            <w:proofErr w:type="spellEnd"/>
            <w:r w:rsidRPr="00D97D4A">
              <w:rPr>
                <w:rFonts w:ascii="Arial" w:hAnsi="Arial" w:cs="Arial"/>
              </w:rPr>
              <w:t xml:space="preserve"> </w:t>
            </w:r>
            <w:proofErr w:type="spellStart"/>
            <w:r w:rsidRPr="00D97D4A">
              <w:rPr>
                <w:rFonts w:ascii="Arial" w:hAnsi="Arial" w:cs="Arial"/>
              </w:rPr>
              <w:t>bozza</w:t>
            </w:r>
            <w:proofErr w:type="spellEnd"/>
            <w:r w:rsidRPr="00D97D4A">
              <w:rPr>
                <w:rFonts w:ascii="Arial" w:hAnsi="Arial" w:cs="Arial"/>
              </w:rPr>
              <w:t xml:space="preserve"> </w:t>
            </w:r>
            <w:proofErr w:type="spellStart"/>
            <w:r w:rsidRPr="00D97D4A">
              <w:rPr>
                <w:rFonts w:ascii="Arial" w:hAnsi="Arial" w:cs="Arial"/>
              </w:rPr>
              <w:t>generica</w:t>
            </w:r>
            <w:proofErr w:type="spellEnd"/>
            <w:r w:rsidRPr="00D97D4A">
              <w:rPr>
                <w:rFonts w:ascii="Arial" w:hAnsi="Arial" w:cs="Arial"/>
              </w:rPr>
              <w:t xml:space="preserve"> o </w:t>
            </w:r>
            <w:proofErr w:type="spellStart"/>
            <w:r w:rsidRPr="00D97D4A">
              <w:rPr>
                <w:rFonts w:ascii="Arial" w:hAnsi="Arial" w:cs="Arial"/>
              </w:rPr>
              <w:t>una</w:t>
            </w:r>
            <w:proofErr w:type="spellEnd"/>
            <w:r w:rsidRPr="00D97D4A">
              <w:rPr>
                <w:rFonts w:ascii="Arial" w:hAnsi="Arial" w:cs="Arial"/>
              </w:rPr>
              <w:t xml:space="preserve"> </w:t>
            </w:r>
            <w:proofErr w:type="spellStart"/>
            <w:r w:rsidRPr="00D97D4A">
              <w:rPr>
                <w:rFonts w:ascii="Arial" w:hAnsi="Arial" w:cs="Arial"/>
              </w:rPr>
              <w:t>decisione</w:t>
            </w:r>
            <w:proofErr w:type="spellEnd"/>
            <w:r w:rsidRPr="00D97D4A">
              <w:rPr>
                <w:rFonts w:ascii="Arial" w:hAnsi="Arial" w:cs="Arial"/>
              </w:rPr>
              <w:t xml:space="preserve"> </w:t>
            </w:r>
            <w:proofErr w:type="spellStart"/>
            <w:r w:rsidRPr="00D97D4A">
              <w:rPr>
                <w:rFonts w:ascii="Arial" w:hAnsi="Arial" w:cs="Arial"/>
              </w:rPr>
              <w:t>su</w:t>
            </w:r>
            <w:proofErr w:type="spellEnd"/>
            <w:r w:rsidRPr="00D97D4A">
              <w:rPr>
                <w:rFonts w:ascii="Arial" w:hAnsi="Arial" w:cs="Arial"/>
              </w:rPr>
              <w:t xml:space="preserve"> </w:t>
            </w:r>
            <w:proofErr w:type="spellStart"/>
            <w:r w:rsidRPr="00D97D4A">
              <w:rPr>
                <w:rFonts w:ascii="Arial" w:hAnsi="Arial" w:cs="Arial"/>
              </w:rPr>
              <w:t>persone</w:t>
            </w:r>
            <w:proofErr w:type="spellEnd"/>
            <w:r w:rsidRPr="00D97D4A">
              <w:rPr>
                <w:rFonts w:ascii="Arial" w:hAnsi="Arial" w:cs="Arial"/>
              </w:rPr>
              <w:t>?</w:t>
            </w:r>
          </w:p>
          <w:p w14:paraId="2E32BC23" w14:textId="77777777" w:rsidR="00D97D4A" w:rsidRPr="00D97D4A" w:rsidRDefault="00D97D4A" w:rsidP="00D97D4A">
            <w:pPr>
              <w:pStyle w:val="Paragrafoelenco"/>
              <w:rPr>
                <w:rFonts w:ascii="Arial" w:hAnsi="Arial" w:cs="Arial"/>
              </w:rPr>
            </w:pPr>
          </w:p>
        </w:tc>
      </w:tr>
      <w:tr w:rsidR="0078045C" w:rsidRPr="00806EFC" w14:paraId="465E3AA2" w14:textId="77777777">
        <w:tc>
          <w:tcPr>
            <w:tcW w:w="9638" w:type="dxa"/>
            <w:shd w:val="clear" w:color="auto" w:fill="FDE9D9"/>
          </w:tcPr>
          <w:p w14:paraId="3E672ADA" w14:textId="16E3D5F3" w:rsidR="0078045C" w:rsidRPr="00D97D4A" w:rsidRDefault="00806EFC" w:rsidP="00D97D4A">
            <w:pPr>
              <w:pStyle w:val="Paragrafoelenco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proofErr w:type="spellStart"/>
            <w:r w:rsidRPr="00D97D4A">
              <w:rPr>
                <w:rFonts w:ascii="Arial" w:hAnsi="Arial" w:cs="Arial"/>
              </w:rPr>
              <w:t>Posso</w:t>
            </w:r>
            <w:proofErr w:type="spellEnd"/>
            <w:r w:rsidRPr="00D97D4A">
              <w:rPr>
                <w:rFonts w:ascii="Arial" w:hAnsi="Arial" w:cs="Arial"/>
              </w:rPr>
              <w:t xml:space="preserve"> </w:t>
            </w:r>
            <w:proofErr w:type="spellStart"/>
            <w:r w:rsidRPr="00D97D4A">
              <w:rPr>
                <w:rFonts w:ascii="Arial" w:hAnsi="Arial" w:cs="Arial"/>
              </w:rPr>
              <w:t>ottenere</w:t>
            </w:r>
            <w:proofErr w:type="spellEnd"/>
            <w:r w:rsidRPr="00D97D4A">
              <w:rPr>
                <w:rFonts w:ascii="Arial" w:hAnsi="Arial" w:cs="Arial"/>
              </w:rPr>
              <w:t xml:space="preserve"> lo </w:t>
            </w:r>
            <w:proofErr w:type="spellStart"/>
            <w:r w:rsidRPr="00D97D4A">
              <w:rPr>
                <w:rFonts w:ascii="Arial" w:hAnsi="Arial" w:cs="Arial"/>
              </w:rPr>
              <w:t>stesso</w:t>
            </w:r>
            <w:proofErr w:type="spellEnd"/>
            <w:r w:rsidRPr="00D97D4A">
              <w:rPr>
                <w:rFonts w:ascii="Arial" w:hAnsi="Arial" w:cs="Arial"/>
              </w:rPr>
              <w:t xml:space="preserve"> </w:t>
            </w:r>
            <w:proofErr w:type="spellStart"/>
            <w:r w:rsidRPr="00D97D4A">
              <w:rPr>
                <w:rFonts w:ascii="Arial" w:hAnsi="Arial" w:cs="Arial"/>
              </w:rPr>
              <w:t>risultato</w:t>
            </w:r>
            <w:proofErr w:type="spellEnd"/>
            <w:r w:rsidRPr="00D97D4A">
              <w:rPr>
                <w:rFonts w:ascii="Arial" w:hAnsi="Arial" w:cs="Arial"/>
              </w:rPr>
              <w:t xml:space="preserve"> senza </w:t>
            </w:r>
            <w:proofErr w:type="spellStart"/>
            <w:r w:rsidRPr="00D97D4A">
              <w:rPr>
                <w:rFonts w:ascii="Arial" w:hAnsi="Arial" w:cs="Arial"/>
              </w:rPr>
              <w:t>incollare</w:t>
            </w:r>
            <w:proofErr w:type="spellEnd"/>
            <w:r w:rsidRPr="00D97D4A">
              <w:rPr>
                <w:rFonts w:ascii="Arial" w:hAnsi="Arial" w:cs="Arial"/>
              </w:rPr>
              <w:t xml:space="preserve"> </w:t>
            </w:r>
            <w:proofErr w:type="spellStart"/>
            <w:r w:rsidRPr="00D97D4A">
              <w:rPr>
                <w:rFonts w:ascii="Arial" w:hAnsi="Arial" w:cs="Arial"/>
              </w:rPr>
              <w:t>contenuti</w:t>
            </w:r>
            <w:proofErr w:type="spellEnd"/>
            <w:r w:rsidRPr="00D97D4A">
              <w:rPr>
                <w:rFonts w:ascii="Arial" w:hAnsi="Arial" w:cs="Arial"/>
              </w:rPr>
              <w:t xml:space="preserve"> </w:t>
            </w:r>
            <w:proofErr w:type="spellStart"/>
            <w:r w:rsidRPr="00D97D4A">
              <w:rPr>
                <w:rFonts w:ascii="Arial" w:hAnsi="Arial" w:cs="Arial"/>
              </w:rPr>
              <w:t>riservati</w:t>
            </w:r>
            <w:proofErr w:type="spellEnd"/>
            <w:r w:rsidRPr="00D97D4A">
              <w:rPr>
                <w:rFonts w:ascii="Arial" w:hAnsi="Arial" w:cs="Arial"/>
              </w:rPr>
              <w:t>?</w:t>
            </w:r>
          </w:p>
          <w:p w14:paraId="1CD5850E" w14:textId="77777777" w:rsidR="00D97D4A" w:rsidRPr="00D97D4A" w:rsidRDefault="00D97D4A" w:rsidP="00D97D4A">
            <w:pPr>
              <w:pStyle w:val="Paragrafoelenco"/>
              <w:rPr>
                <w:rFonts w:ascii="Arial" w:hAnsi="Arial" w:cs="Arial"/>
              </w:rPr>
            </w:pPr>
          </w:p>
        </w:tc>
      </w:tr>
      <w:tr w:rsidR="0078045C" w:rsidRPr="00806EFC" w14:paraId="12B59084" w14:textId="77777777">
        <w:tc>
          <w:tcPr>
            <w:tcW w:w="9638" w:type="dxa"/>
            <w:shd w:val="clear" w:color="auto" w:fill="FDE9D9"/>
          </w:tcPr>
          <w:p w14:paraId="00757CCC" w14:textId="364157E1" w:rsidR="0078045C" w:rsidRPr="00D97D4A" w:rsidRDefault="00806EFC" w:rsidP="00D97D4A">
            <w:pPr>
              <w:pStyle w:val="Paragrafoelenco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D97D4A">
              <w:rPr>
                <w:rFonts w:ascii="Arial" w:hAnsi="Arial" w:cs="Arial"/>
              </w:rPr>
              <w:t xml:space="preserve">Ho </w:t>
            </w:r>
            <w:proofErr w:type="spellStart"/>
            <w:r w:rsidRPr="00D97D4A">
              <w:rPr>
                <w:rFonts w:ascii="Arial" w:hAnsi="Arial" w:cs="Arial"/>
              </w:rPr>
              <w:t>previsto</w:t>
            </w:r>
            <w:proofErr w:type="spellEnd"/>
            <w:r w:rsidRPr="00D97D4A">
              <w:rPr>
                <w:rFonts w:ascii="Arial" w:hAnsi="Arial" w:cs="Arial"/>
              </w:rPr>
              <w:t xml:space="preserve"> </w:t>
            </w:r>
            <w:proofErr w:type="spellStart"/>
            <w:r w:rsidRPr="00D97D4A">
              <w:rPr>
                <w:rFonts w:ascii="Arial" w:hAnsi="Arial" w:cs="Arial"/>
              </w:rPr>
              <w:t>una</w:t>
            </w:r>
            <w:proofErr w:type="spellEnd"/>
            <w:r w:rsidRPr="00D97D4A">
              <w:rPr>
                <w:rFonts w:ascii="Arial" w:hAnsi="Arial" w:cs="Arial"/>
              </w:rPr>
              <w:t xml:space="preserve"> </w:t>
            </w:r>
            <w:proofErr w:type="spellStart"/>
            <w:r w:rsidRPr="00D97D4A">
              <w:rPr>
                <w:rFonts w:ascii="Arial" w:hAnsi="Arial" w:cs="Arial"/>
              </w:rPr>
              <w:t>revisione</w:t>
            </w:r>
            <w:proofErr w:type="spellEnd"/>
            <w:r w:rsidRPr="00D97D4A">
              <w:rPr>
                <w:rFonts w:ascii="Arial" w:hAnsi="Arial" w:cs="Arial"/>
              </w:rPr>
              <w:t>/</w:t>
            </w:r>
            <w:proofErr w:type="spellStart"/>
            <w:r w:rsidRPr="00D97D4A">
              <w:rPr>
                <w:rFonts w:ascii="Arial" w:hAnsi="Arial" w:cs="Arial"/>
              </w:rPr>
              <w:t>approvazione</w:t>
            </w:r>
            <w:proofErr w:type="spellEnd"/>
            <w:r w:rsidRPr="00D97D4A">
              <w:rPr>
                <w:rFonts w:ascii="Arial" w:hAnsi="Arial" w:cs="Arial"/>
              </w:rPr>
              <w:t xml:space="preserve"> (se </w:t>
            </w:r>
            <w:proofErr w:type="spellStart"/>
            <w:r w:rsidRPr="00D97D4A">
              <w:rPr>
                <w:rFonts w:ascii="Arial" w:hAnsi="Arial" w:cs="Arial"/>
              </w:rPr>
              <w:t>comunicazione</w:t>
            </w:r>
            <w:proofErr w:type="spellEnd"/>
            <w:r w:rsidRPr="00D97D4A">
              <w:rPr>
                <w:rFonts w:ascii="Arial" w:hAnsi="Arial" w:cs="Arial"/>
              </w:rPr>
              <w:t xml:space="preserve"> </w:t>
            </w:r>
            <w:proofErr w:type="spellStart"/>
            <w:r w:rsidRPr="00D97D4A">
              <w:rPr>
                <w:rFonts w:ascii="Arial" w:hAnsi="Arial" w:cs="Arial"/>
              </w:rPr>
              <w:t>ufficiale</w:t>
            </w:r>
            <w:proofErr w:type="spellEnd"/>
            <w:r w:rsidRPr="00D97D4A">
              <w:rPr>
                <w:rFonts w:ascii="Arial" w:hAnsi="Arial" w:cs="Arial"/>
              </w:rPr>
              <w:t>)?</w:t>
            </w:r>
          </w:p>
          <w:p w14:paraId="27FC3CCF" w14:textId="77777777" w:rsidR="00D97D4A" w:rsidRPr="00D97D4A" w:rsidRDefault="00D97D4A" w:rsidP="00D97D4A">
            <w:pPr>
              <w:pStyle w:val="Paragrafoelenco"/>
              <w:rPr>
                <w:rFonts w:ascii="Arial" w:hAnsi="Arial" w:cs="Arial"/>
              </w:rPr>
            </w:pPr>
          </w:p>
        </w:tc>
      </w:tr>
    </w:tbl>
    <w:p w14:paraId="76D5CC6D" w14:textId="77777777" w:rsidR="00300D7F" w:rsidRPr="00806EFC" w:rsidRDefault="00300D7F">
      <w:pPr>
        <w:rPr>
          <w:rFonts w:ascii="Arial" w:hAnsi="Arial" w:cs="Arial"/>
        </w:rPr>
      </w:pPr>
    </w:p>
    <w:p w14:paraId="03107B05" w14:textId="1B8CAC16" w:rsidR="00300D7F" w:rsidRDefault="00652B0C">
      <w:pPr>
        <w:pStyle w:val="Titolo2"/>
        <w:rPr>
          <w:rFonts w:ascii="Arial" w:hAnsi="Arial" w:cs="Arial"/>
        </w:rPr>
      </w:pPr>
      <w:r w:rsidRPr="00806EFC">
        <w:rPr>
          <w:rFonts w:ascii="Arial" w:hAnsi="Arial" w:cs="Arial"/>
        </w:rPr>
        <w:t xml:space="preserve">Come </w:t>
      </w:r>
      <w:proofErr w:type="spellStart"/>
      <w:r w:rsidRPr="00806EFC">
        <w:rPr>
          <w:rFonts w:ascii="Arial" w:hAnsi="Arial" w:cs="Arial"/>
        </w:rPr>
        <w:t>richiedere</w:t>
      </w:r>
      <w:proofErr w:type="spellEnd"/>
      <w:r w:rsidRPr="00806EFC">
        <w:rPr>
          <w:rFonts w:ascii="Arial" w:hAnsi="Arial" w:cs="Arial"/>
        </w:rPr>
        <w:t xml:space="preserve"> la </w:t>
      </w:r>
      <w:proofErr w:type="spellStart"/>
      <w:r w:rsidRPr="00806EFC">
        <w:rPr>
          <w:rFonts w:ascii="Arial" w:hAnsi="Arial" w:cs="Arial"/>
        </w:rPr>
        <w:t>valutazione</w:t>
      </w:r>
      <w:proofErr w:type="spellEnd"/>
      <w:r w:rsidRPr="00806EFC">
        <w:rPr>
          <w:rFonts w:ascii="Arial" w:hAnsi="Arial" w:cs="Arial"/>
        </w:rPr>
        <w:t xml:space="preserve"> di </w:t>
      </w:r>
      <w:proofErr w:type="spellStart"/>
      <w:r w:rsidRPr="00806EFC">
        <w:rPr>
          <w:rFonts w:ascii="Arial" w:hAnsi="Arial" w:cs="Arial"/>
        </w:rPr>
        <w:t>una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nuova</w:t>
      </w:r>
      <w:proofErr w:type="spellEnd"/>
      <w:r w:rsidRPr="00806EFC">
        <w:rPr>
          <w:rFonts w:ascii="Arial" w:hAnsi="Arial" w:cs="Arial"/>
        </w:rPr>
        <w:t xml:space="preserve"> app/</w:t>
      </w:r>
      <w:proofErr w:type="spellStart"/>
      <w:r w:rsidRPr="00806EFC">
        <w:rPr>
          <w:rFonts w:ascii="Arial" w:hAnsi="Arial" w:cs="Arial"/>
        </w:rPr>
        <w:t>servizio</w:t>
      </w:r>
      <w:proofErr w:type="spellEnd"/>
      <w:r w:rsidRPr="00806EFC">
        <w:rPr>
          <w:rFonts w:ascii="Arial" w:hAnsi="Arial" w:cs="Arial"/>
        </w:rPr>
        <w:t xml:space="preserve"> con IA</w:t>
      </w:r>
    </w:p>
    <w:p w14:paraId="4CE8D6FE" w14:textId="77777777" w:rsidR="00D97D4A" w:rsidRPr="00D97D4A" w:rsidRDefault="00D97D4A" w:rsidP="00D97D4A"/>
    <w:p w14:paraId="2A4C2764" w14:textId="77777777" w:rsidR="00300D7F" w:rsidRPr="00806EFC" w:rsidRDefault="00652B0C">
      <w:pPr>
        <w:rPr>
          <w:rFonts w:ascii="Arial" w:hAnsi="Arial" w:cs="Arial"/>
        </w:rPr>
      </w:pPr>
      <w:r w:rsidRPr="00806EFC">
        <w:rPr>
          <w:rFonts w:ascii="Arial" w:hAnsi="Arial" w:cs="Arial"/>
        </w:rPr>
        <w:t xml:space="preserve">Se </w:t>
      </w:r>
      <w:proofErr w:type="spellStart"/>
      <w:r w:rsidRPr="00806EFC">
        <w:rPr>
          <w:rFonts w:ascii="Arial" w:hAnsi="Arial" w:cs="Arial"/>
        </w:rPr>
        <w:t>desideri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utilizzare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un’app</w:t>
      </w:r>
      <w:proofErr w:type="spellEnd"/>
      <w:r w:rsidRPr="00806EFC">
        <w:rPr>
          <w:rFonts w:ascii="Arial" w:hAnsi="Arial" w:cs="Arial"/>
        </w:rPr>
        <w:t xml:space="preserve"> o un software </w:t>
      </w:r>
      <w:proofErr w:type="spellStart"/>
      <w:r w:rsidRPr="00806EFC">
        <w:rPr>
          <w:rFonts w:ascii="Arial" w:hAnsi="Arial" w:cs="Arial"/>
        </w:rPr>
        <w:t>che</w:t>
      </w:r>
      <w:proofErr w:type="spellEnd"/>
      <w:r w:rsidRPr="00806EFC">
        <w:rPr>
          <w:rFonts w:ascii="Arial" w:hAnsi="Arial" w:cs="Arial"/>
        </w:rPr>
        <w:t xml:space="preserve"> include </w:t>
      </w:r>
      <w:proofErr w:type="spellStart"/>
      <w:r w:rsidRPr="00806EFC">
        <w:rPr>
          <w:rFonts w:ascii="Arial" w:hAnsi="Arial" w:cs="Arial"/>
        </w:rPr>
        <w:t>funzioni</w:t>
      </w:r>
      <w:proofErr w:type="spellEnd"/>
      <w:r w:rsidRPr="00806EFC">
        <w:rPr>
          <w:rFonts w:ascii="Arial" w:hAnsi="Arial" w:cs="Arial"/>
        </w:rPr>
        <w:t xml:space="preserve"> di IA (</w:t>
      </w:r>
      <w:proofErr w:type="spellStart"/>
      <w:r w:rsidRPr="00806EFC">
        <w:rPr>
          <w:rFonts w:ascii="Arial" w:hAnsi="Arial" w:cs="Arial"/>
        </w:rPr>
        <w:t>anche</w:t>
      </w:r>
      <w:proofErr w:type="spellEnd"/>
      <w:r w:rsidRPr="00806EFC">
        <w:rPr>
          <w:rFonts w:ascii="Arial" w:hAnsi="Arial" w:cs="Arial"/>
        </w:rPr>
        <w:t xml:space="preserve"> “</w:t>
      </w:r>
      <w:proofErr w:type="spellStart"/>
      <w:r w:rsidRPr="00806EFC">
        <w:rPr>
          <w:rFonts w:ascii="Arial" w:hAnsi="Arial" w:cs="Arial"/>
        </w:rPr>
        <w:t>dietro</w:t>
      </w:r>
      <w:proofErr w:type="spellEnd"/>
      <w:r w:rsidRPr="00806EFC">
        <w:rPr>
          <w:rFonts w:ascii="Arial" w:hAnsi="Arial" w:cs="Arial"/>
        </w:rPr>
        <w:t xml:space="preserve"> le quinte”), prima </w:t>
      </w:r>
      <w:proofErr w:type="spellStart"/>
      <w:r w:rsidRPr="00806EFC">
        <w:rPr>
          <w:rFonts w:ascii="Arial" w:hAnsi="Arial" w:cs="Arial"/>
        </w:rPr>
        <w:t>verifica</w:t>
      </w:r>
      <w:proofErr w:type="spellEnd"/>
      <w:r w:rsidRPr="00806EFC">
        <w:rPr>
          <w:rFonts w:ascii="Arial" w:hAnsi="Arial" w:cs="Arial"/>
        </w:rPr>
        <w:t xml:space="preserve"> se è </w:t>
      </w:r>
      <w:proofErr w:type="spellStart"/>
      <w:r w:rsidRPr="00806EFC">
        <w:rPr>
          <w:rFonts w:ascii="Arial" w:hAnsi="Arial" w:cs="Arial"/>
        </w:rPr>
        <w:t>già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presente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nell’Inventario</w:t>
      </w:r>
      <w:proofErr w:type="spellEnd"/>
      <w:r w:rsidRPr="00806EFC">
        <w:rPr>
          <w:rFonts w:ascii="Arial" w:hAnsi="Arial" w:cs="Arial"/>
        </w:rPr>
        <w:t xml:space="preserve"> (</w:t>
      </w:r>
      <w:proofErr w:type="spellStart"/>
      <w:r w:rsidRPr="00806EFC">
        <w:rPr>
          <w:rFonts w:ascii="Arial" w:hAnsi="Arial" w:cs="Arial"/>
        </w:rPr>
        <w:t>Allegato</w:t>
      </w:r>
      <w:proofErr w:type="spellEnd"/>
      <w:r w:rsidRPr="00806EFC">
        <w:rPr>
          <w:rFonts w:ascii="Arial" w:hAnsi="Arial" w:cs="Arial"/>
        </w:rPr>
        <w:t xml:space="preserve"> A</w:t>
      </w:r>
      <w:r w:rsidR="00452101" w:rsidRPr="00806EFC">
        <w:rPr>
          <w:rFonts w:ascii="Arial" w:hAnsi="Arial" w:cs="Arial"/>
        </w:rPr>
        <w:t xml:space="preserve"> del </w:t>
      </w:r>
      <w:proofErr w:type="spellStart"/>
      <w:r w:rsidR="00452101" w:rsidRPr="00806EFC">
        <w:rPr>
          <w:rFonts w:ascii="Arial" w:hAnsi="Arial" w:cs="Arial"/>
        </w:rPr>
        <w:t>Regolamento</w:t>
      </w:r>
      <w:proofErr w:type="spellEnd"/>
      <w:r w:rsidRPr="00806EFC">
        <w:rPr>
          <w:rFonts w:ascii="Arial" w:hAnsi="Arial" w:cs="Arial"/>
        </w:rPr>
        <w:t xml:space="preserve">). Se non è </w:t>
      </w:r>
      <w:proofErr w:type="spellStart"/>
      <w:r w:rsidRPr="00806EFC">
        <w:rPr>
          <w:rFonts w:ascii="Arial" w:hAnsi="Arial" w:cs="Arial"/>
        </w:rPr>
        <w:t>presente</w:t>
      </w:r>
      <w:proofErr w:type="spellEnd"/>
      <w:r w:rsidRPr="00806EFC">
        <w:rPr>
          <w:rFonts w:ascii="Arial" w:hAnsi="Arial" w:cs="Arial"/>
        </w:rPr>
        <w:t xml:space="preserve">, </w:t>
      </w:r>
      <w:proofErr w:type="spellStart"/>
      <w:r w:rsidRPr="00806EFC">
        <w:rPr>
          <w:rFonts w:ascii="Arial" w:hAnsi="Arial" w:cs="Arial"/>
        </w:rPr>
        <w:t>segui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questi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passaggi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essenziali</w:t>
      </w:r>
      <w:proofErr w:type="spellEnd"/>
      <w:r w:rsidRPr="00806EFC">
        <w:rPr>
          <w:rFonts w:ascii="Arial" w:hAnsi="Arial" w:cs="Arial"/>
        </w:rPr>
        <w:t>:</w:t>
      </w:r>
    </w:p>
    <w:p w14:paraId="468FE020" w14:textId="7EB28B59" w:rsidR="00300D7F" w:rsidRPr="00806EFC" w:rsidRDefault="00300D7F">
      <w:pPr>
        <w:spacing w:after="12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054"/>
      </w:tblGrid>
      <w:tr w:rsidR="00D97D4A" w:rsidRPr="00806EFC" w14:paraId="3C104D9B" w14:textId="77777777" w:rsidTr="00D55E07">
        <w:trPr>
          <w:jc w:val="center"/>
        </w:trPr>
        <w:tc>
          <w:tcPr>
            <w:tcW w:w="6054" w:type="dxa"/>
            <w:shd w:val="clear" w:color="auto" w:fill="FDE9D9"/>
          </w:tcPr>
          <w:p w14:paraId="00760FC4" w14:textId="77777777" w:rsidR="00D97D4A" w:rsidRDefault="00D97D4A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Compila</w:t>
            </w:r>
            <w:proofErr w:type="spellEnd"/>
            <w:r w:rsidRPr="00806EFC">
              <w:rPr>
                <w:rFonts w:ascii="Arial" w:hAnsi="Arial" w:cs="Arial"/>
              </w:rPr>
              <w:t xml:space="preserve"> il modulo </w:t>
            </w:r>
            <w:proofErr w:type="spellStart"/>
            <w:r w:rsidRPr="00806EFC">
              <w:rPr>
                <w:rFonts w:ascii="Arial" w:hAnsi="Arial" w:cs="Arial"/>
              </w:rPr>
              <w:t>interno</w:t>
            </w:r>
            <w:proofErr w:type="spellEnd"/>
            <w:r w:rsidRPr="00806EFC">
              <w:rPr>
                <w:rFonts w:ascii="Arial" w:hAnsi="Arial" w:cs="Arial"/>
              </w:rPr>
              <w:t xml:space="preserve"> “</w:t>
            </w:r>
            <w:proofErr w:type="spellStart"/>
            <w:r w:rsidRPr="00806EFC">
              <w:rPr>
                <w:rFonts w:ascii="Arial" w:hAnsi="Arial" w:cs="Arial"/>
              </w:rPr>
              <w:t>Richiesta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valutazione</w:t>
            </w:r>
            <w:proofErr w:type="spellEnd"/>
            <w:r w:rsidRPr="00806EFC">
              <w:rPr>
                <w:rFonts w:ascii="Arial" w:hAnsi="Arial" w:cs="Arial"/>
              </w:rPr>
              <w:t xml:space="preserve"> app” </w:t>
            </w:r>
            <w:proofErr w:type="spellStart"/>
            <w:r w:rsidRPr="00806EFC">
              <w:rPr>
                <w:rFonts w:ascii="Arial" w:hAnsi="Arial" w:cs="Arial"/>
              </w:rPr>
              <w:t>su</w:t>
            </w:r>
            <w:proofErr w:type="spellEnd"/>
            <w:r w:rsidRPr="00806EFC">
              <w:rPr>
                <w:rFonts w:ascii="Arial" w:hAnsi="Arial" w:cs="Arial"/>
              </w:rPr>
              <w:t xml:space="preserve"> www.easyteam.org.  Una volta </w:t>
            </w:r>
            <w:proofErr w:type="spellStart"/>
            <w:r w:rsidRPr="00806EFC">
              <w:rPr>
                <w:rFonts w:ascii="Arial" w:hAnsi="Arial" w:cs="Arial"/>
              </w:rPr>
              <w:t>compilato</w:t>
            </w:r>
            <w:proofErr w:type="spellEnd"/>
            <w:r w:rsidRPr="00806EFC">
              <w:rPr>
                <w:rFonts w:ascii="Arial" w:hAnsi="Arial" w:cs="Arial"/>
              </w:rPr>
              <w:t xml:space="preserve"> il modulo, </w:t>
            </w:r>
            <w:proofErr w:type="spellStart"/>
            <w:r w:rsidRPr="00806EFC">
              <w:rPr>
                <w:rFonts w:ascii="Arial" w:hAnsi="Arial" w:cs="Arial"/>
              </w:rPr>
              <w:t>si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valuterà</w:t>
            </w:r>
            <w:proofErr w:type="spellEnd"/>
            <w:r w:rsidRPr="00806EFC">
              <w:rPr>
                <w:rFonts w:ascii="Arial" w:hAnsi="Arial" w:cs="Arial"/>
              </w:rPr>
              <w:t xml:space="preserve">, in </w:t>
            </w:r>
            <w:proofErr w:type="spellStart"/>
            <w:r w:rsidRPr="00806EFC">
              <w:rPr>
                <w:rFonts w:ascii="Arial" w:hAnsi="Arial" w:cs="Arial"/>
              </w:rPr>
              <w:t>accordo</w:t>
            </w:r>
            <w:proofErr w:type="spellEnd"/>
            <w:r w:rsidRPr="00806EFC">
              <w:rPr>
                <w:rFonts w:ascii="Arial" w:hAnsi="Arial" w:cs="Arial"/>
              </w:rPr>
              <w:t xml:space="preserve"> con il </w:t>
            </w:r>
            <w:proofErr w:type="spellStart"/>
            <w:r w:rsidRPr="00806EFC">
              <w:rPr>
                <w:rFonts w:ascii="Arial" w:hAnsi="Arial" w:cs="Arial"/>
              </w:rPr>
              <w:t>Referente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dell’Istituto</w:t>
            </w:r>
            <w:proofErr w:type="spellEnd"/>
            <w:r w:rsidRPr="00806EFC">
              <w:rPr>
                <w:rFonts w:ascii="Arial" w:hAnsi="Arial" w:cs="Arial"/>
              </w:rPr>
              <w:t xml:space="preserve"> e con </w:t>
            </w:r>
            <w:proofErr w:type="spellStart"/>
            <w:r w:rsidRPr="00806EFC">
              <w:rPr>
                <w:rFonts w:ascii="Arial" w:hAnsi="Arial" w:cs="Arial"/>
              </w:rPr>
              <w:t>gli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organismi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preposti</w:t>
            </w:r>
            <w:proofErr w:type="spellEnd"/>
            <w:r w:rsidRPr="00806EFC">
              <w:rPr>
                <w:rFonts w:ascii="Arial" w:hAnsi="Arial" w:cs="Arial"/>
              </w:rPr>
              <w:t xml:space="preserve"> al </w:t>
            </w:r>
            <w:proofErr w:type="spellStart"/>
            <w:r w:rsidRPr="00806EFC">
              <w:rPr>
                <w:rFonts w:ascii="Arial" w:hAnsi="Arial" w:cs="Arial"/>
              </w:rPr>
              <w:t>controllo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l’ammissione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della</w:t>
            </w:r>
            <w:proofErr w:type="spellEnd"/>
            <w:r w:rsidRPr="00806EFC">
              <w:rPr>
                <w:rFonts w:ascii="Arial" w:hAnsi="Arial" w:cs="Arial"/>
              </w:rPr>
              <w:t xml:space="preserve"> app indicate/</w:t>
            </w:r>
            <w:proofErr w:type="spellStart"/>
            <w:r w:rsidRPr="00806EFC">
              <w:rPr>
                <w:rFonts w:ascii="Arial" w:hAnsi="Arial" w:cs="Arial"/>
              </w:rPr>
              <w:t>proposta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nella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lista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dei</w:t>
            </w:r>
            <w:proofErr w:type="spellEnd"/>
            <w:r w:rsidRPr="00806EFC">
              <w:rPr>
                <w:rFonts w:ascii="Arial" w:hAnsi="Arial" w:cs="Arial"/>
              </w:rPr>
              <w:t xml:space="preserve"> software </w:t>
            </w:r>
            <w:proofErr w:type="spellStart"/>
            <w:r w:rsidRPr="00806EFC">
              <w:rPr>
                <w:rFonts w:ascii="Arial" w:hAnsi="Arial" w:cs="Arial"/>
              </w:rPr>
              <w:t>consentiti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  <w:p w14:paraId="627BA25A" w14:textId="77777777" w:rsidR="00D97D4A" w:rsidRPr="00806EFC" w:rsidRDefault="00D97D4A">
            <w:pPr>
              <w:rPr>
                <w:rFonts w:ascii="Arial" w:hAnsi="Arial" w:cs="Arial"/>
              </w:rPr>
            </w:pPr>
          </w:p>
        </w:tc>
      </w:tr>
      <w:tr w:rsidR="00D97D4A" w:rsidRPr="00806EFC" w14:paraId="14FDC4F4" w14:textId="77777777" w:rsidTr="00D55E07">
        <w:trPr>
          <w:jc w:val="center"/>
        </w:trPr>
        <w:tc>
          <w:tcPr>
            <w:tcW w:w="6054" w:type="dxa"/>
            <w:shd w:val="clear" w:color="auto" w:fill="FDE9D9"/>
          </w:tcPr>
          <w:p w14:paraId="6CE08CE7" w14:textId="77777777" w:rsidR="00D97D4A" w:rsidRDefault="00D97D4A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Attendi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l’esito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della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valutazione</w:t>
            </w:r>
            <w:proofErr w:type="spellEnd"/>
            <w:r w:rsidRPr="00806EFC">
              <w:rPr>
                <w:rFonts w:ascii="Arial" w:hAnsi="Arial" w:cs="Arial"/>
              </w:rPr>
              <w:t xml:space="preserve"> (</w:t>
            </w:r>
            <w:proofErr w:type="spellStart"/>
            <w:r w:rsidRPr="00806EFC">
              <w:rPr>
                <w:rFonts w:ascii="Arial" w:hAnsi="Arial" w:cs="Arial"/>
              </w:rPr>
              <w:t>Ammesso</w:t>
            </w:r>
            <w:proofErr w:type="spellEnd"/>
            <w:r w:rsidRPr="00806EFC">
              <w:rPr>
                <w:rFonts w:ascii="Arial" w:hAnsi="Arial" w:cs="Arial"/>
              </w:rPr>
              <w:t xml:space="preserve"> / Non </w:t>
            </w:r>
            <w:proofErr w:type="spellStart"/>
            <w:r w:rsidRPr="00806EFC">
              <w:rPr>
                <w:rFonts w:ascii="Arial" w:hAnsi="Arial" w:cs="Arial"/>
              </w:rPr>
              <w:t>ammesso</w:t>
            </w:r>
            <w:proofErr w:type="spellEnd"/>
            <w:r w:rsidRPr="00806EFC">
              <w:rPr>
                <w:rFonts w:ascii="Arial" w:hAnsi="Arial" w:cs="Arial"/>
              </w:rPr>
              <w:t xml:space="preserve">) e consulta le </w:t>
            </w:r>
            <w:proofErr w:type="spellStart"/>
            <w:r w:rsidRPr="00806EFC">
              <w:rPr>
                <w:rFonts w:ascii="Arial" w:hAnsi="Arial" w:cs="Arial"/>
              </w:rPr>
              <w:t>eventuali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condizioni</w:t>
            </w:r>
            <w:proofErr w:type="spellEnd"/>
            <w:r w:rsidRPr="00806EFC">
              <w:rPr>
                <w:rFonts w:ascii="Arial" w:hAnsi="Arial" w:cs="Arial"/>
              </w:rPr>
              <w:t xml:space="preserve"> operative </w:t>
            </w:r>
            <w:proofErr w:type="spellStart"/>
            <w:r w:rsidRPr="00806EFC">
              <w:rPr>
                <w:rFonts w:ascii="Arial" w:hAnsi="Arial" w:cs="Arial"/>
              </w:rPr>
              <w:t>pubblicate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nell’Inventario</w:t>
            </w:r>
            <w:proofErr w:type="spellEnd"/>
            <w:r w:rsidRPr="00806EFC">
              <w:rPr>
                <w:rFonts w:ascii="Arial" w:hAnsi="Arial" w:cs="Arial"/>
              </w:rPr>
              <w:t xml:space="preserve"> (</w:t>
            </w:r>
            <w:proofErr w:type="spellStart"/>
            <w:r w:rsidRPr="00806EFC">
              <w:rPr>
                <w:rFonts w:ascii="Arial" w:hAnsi="Arial" w:cs="Arial"/>
              </w:rPr>
              <w:t>Allegato</w:t>
            </w:r>
            <w:proofErr w:type="spellEnd"/>
            <w:r w:rsidRPr="00806EFC">
              <w:rPr>
                <w:rFonts w:ascii="Arial" w:hAnsi="Arial" w:cs="Arial"/>
              </w:rPr>
              <w:t xml:space="preserve"> A).</w:t>
            </w:r>
          </w:p>
          <w:p w14:paraId="784F4B04" w14:textId="77777777" w:rsidR="00D97D4A" w:rsidRPr="00806EFC" w:rsidRDefault="00D97D4A">
            <w:pPr>
              <w:rPr>
                <w:rFonts w:ascii="Arial" w:hAnsi="Arial" w:cs="Arial"/>
              </w:rPr>
            </w:pPr>
          </w:p>
        </w:tc>
      </w:tr>
      <w:tr w:rsidR="00D97D4A" w:rsidRPr="00806EFC" w14:paraId="1F77518E" w14:textId="77777777" w:rsidTr="00D55E07">
        <w:trPr>
          <w:jc w:val="center"/>
        </w:trPr>
        <w:tc>
          <w:tcPr>
            <w:tcW w:w="6054" w:type="dxa"/>
            <w:shd w:val="clear" w:color="auto" w:fill="FDE9D9"/>
          </w:tcPr>
          <w:p w14:paraId="4114D01F" w14:textId="77777777" w:rsidR="00D97D4A" w:rsidRDefault="00D97D4A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 xml:space="preserve">Fino </w:t>
            </w:r>
            <w:proofErr w:type="spellStart"/>
            <w:r w:rsidRPr="00806EFC">
              <w:rPr>
                <w:rFonts w:ascii="Arial" w:hAnsi="Arial" w:cs="Arial"/>
              </w:rPr>
              <w:t>alla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decisione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l’uso</w:t>
            </w:r>
            <w:proofErr w:type="spellEnd"/>
            <w:r w:rsidRPr="00806EFC">
              <w:rPr>
                <w:rFonts w:ascii="Arial" w:hAnsi="Arial" w:cs="Arial"/>
              </w:rPr>
              <w:t xml:space="preserve"> è </w:t>
            </w:r>
            <w:proofErr w:type="spellStart"/>
            <w:r w:rsidRPr="00806EFC">
              <w:rPr>
                <w:rFonts w:ascii="Arial" w:hAnsi="Arial" w:cs="Arial"/>
              </w:rPr>
              <w:t>consentito</w:t>
            </w:r>
            <w:proofErr w:type="spellEnd"/>
            <w:r w:rsidRPr="00806EFC">
              <w:rPr>
                <w:rFonts w:ascii="Arial" w:hAnsi="Arial" w:cs="Arial"/>
              </w:rPr>
              <w:t xml:space="preserve"> solo </w:t>
            </w:r>
            <w:proofErr w:type="spellStart"/>
            <w:r w:rsidRPr="00806EFC">
              <w:rPr>
                <w:rFonts w:ascii="Arial" w:hAnsi="Arial" w:cs="Arial"/>
              </w:rPr>
              <w:t>nell’ambito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sperimentazioni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formalmente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autorizzate</w:t>
            </w:r>
            <w:proofErr w:type="spellEnd"/>
            <w:r w:rsidRPr="00806EFC">
              <w:rPr>
                <w:rFonts w:ascii="Arial" w:hAnsi="Arial" w:cs="Arial"/>
              </w:rPr>
              <w:t xml:space="preserve"> ed </w:t>
            </w:r>
            <w:proofErr w:type="spellStart"/>
            <w:r w:rsidRPr="00806EFC">
              <w:rPr>
                <w:rFonts w:ascii="Arial" w:hAnsi="Arial" w:cs="Arial"/>
              </w:rPr>
              <w:t>esclusivamente</w:t>
            </w:r>
            <w:proofErr w:type="spellEnd"/>
            <w:r w:rsidRPr="00806EFC">
              <w:rPr>
                <w:rFonts w:ascii="Arial" w:hAnsi="Arial" w:cs="Arial"/>
              </w:rPr>
              <w:t xml:space="preserve"> con </w:t>
            </w:r>
            <w:proofErr w:type="spellStart"/>
            <w:r w:rsidRPr="00806EFC">
              <w:rPr>
                <w:rFonts w:ascii="Arial" w:hAnsi="Arial" w:cs="Arial"/>
              </w:rPr>
              <w:t>contenuti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fittizi</w:t>
            </w:r>
            <w:proofErr w:type="spellEnd"/>
            <w:r w:rsidRPr="00806EFC">
              <w:rPr>
                <w:rFonts w:ascii="Arial" w:hAnsi="Arial" w:cs="Arial"/>
              </w:rPr>
              <w:t xml:space="preserve"> o </w:t>
            </w:r>
            <w:proofErr w:type="spellStart"/>
            <w:r w:rsidRPr="00806EFC">
              <w:rPr>
                <w:rFonts w:ascii="Arial" w:hAnsi="Arial" w:cs="Arial"/>
              </w:rPr>
              <w:t>anonimizzati</w:t>
            </w:r>
            <w:proofErr w:type="spellEnd"/>
            <w:r w:rsidRPr="00806EFC">
              <w:rPr>
                <w:rFonts w:ascii="Arial" w:hAnsi="Arial" w:cs="Arial"/>
              </w:rPr>
              <w:t xml:space="preserve">, senza </w:t>
            </w:r>
            <w:proofErr w:type="spellStart"/>
            <w:r w:rsidRPr="00806EFC">
              <w:rPr>
                <w:rFonts w:ascii="Arial" w:hAnsi="Arial" w:cs="Arial"/>
              </w:rPr>
              <w:t>documenti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riservati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della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scuola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  <w:p w14:paraId="5D18E789" w14:textId="77777777" w:rsidR="00D97D4A" w:rsidRPr="00806EFC" w:rsidRDefault="00D97D4A">
            <w:pPr>
              <w:rPr>
                <w:rFonts w:ascii="Arial" w:hAnsi="Arial" w:cs="Arial"/>
              </w:rPr>
            </w:pPr>
          </w:p>
        </w:tc>
      </w:tr>
    </w:tbl>
    <w:p w14:paraId="3F8085CF" w14:textId="77777777" w:rsidR="00300D7F" w:rsidRPr="00806EFC" w:rsidRDefault="00300D7F">
      <w:pPr>
        <w:rPr>
          <w:rFonts w:ascii="Arial" w:hAnsi="Arial" w:cs="Arial"/>
        </w:rPr>
      </w:pPr>
    </w:p>
    <w:p w14:paraId="409A2C24" w14:textId="26CBFC18" w:rsidR="00300D7F" w:rsidRDefault="00652B0C">
      <w:pPr>
        <w:pStyle w:val="Titolo2"/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Verifica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qualità</w:t>
      </w:r>
      <w:proofErr w:type="spellEnd"/>
      <w:r w:rsidRPr="00806EFC">
        <w:rPr>
          <w:rFonts w:ascii="Arial" w:hAnsi="Arial" w:cs="Arial"/>
        </w:rPr>
        <w:t xml:space="preserve"> e </w:t>
      </w:r>
      <w:proofErr w:type="spellStart"/>
      <w:r w:rsidRPr="00806EFC">
        <w:rPr>
          <w:rFonts w:ascii="Arial" w:hAnsi="Arial" w:cs="Arial"/>
        </w:rPr>
        <w:t>responsabilità</w:t>
      </w:r>
      <w:proofErr w:type="spellEnd"/>
    </w:p>
    <w:p w14:paraId="4B04CBBF" w14:textId="77777777" w:rsidR="00163904" w:rsidRPr="00163904" w:rsidRDefault="00163904" w:rsidP="00163904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628"/>
      </w:tblGrid>
      <w:tr w:rsidR="00405058" w:rsidRPr="00806EFC" w14:paraId="0520AD8C" w14:textId="77777777" w:rsidTr="00163904">
        <w:trPr>
          <w:jc w:val="center"/>
        </w:trPr>
        <w:tc>
          <w:tcPr>
            <w:tcW w:w="9628" w:type="dxa"/>
            <w:shd w:val="clear" w:color="auto" w:fill="FDE9D9"/>
          </w:tcPr>
          <w:p w14:paraId="069C5C4C" w14:textId="77777777" w:rsidR="00300D7F" w:rsidRDefault="00652B0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 xml:space="preserve">Non dare per </w:t>
            </w:r>
            <w:proofErr w:type="spellStart"/>
            <w:r w:rsidRPr="00806EFC">
              <w:rPr>
                <w:rFonts w:ascii="Arial" w:hAnsi="Arial" w:cs="Arial"/>
              </w:rPr>
              <w:t>vere</w:t>
            </w:r>
            <w:proofErr w:type="spellEnd"/>
            <w:r w:rsidRPr="00806EFC">
              <w:rPr>
                <w:rFonts w:ascii="Arial" w:hAnsi="Arial" w:cs="Arial"/>
              </w:rPr>
              <w:t xml:space="preserve"> le </w:t>
            </w:r>
            <w:proofErr w:type="spellStart"/>
            <w:r w:rsidRPr="00806EFC">
              <w:rPr>
                <w:rFonts w:ascii="Arial" w:hAnsi="Arial" w:cs="Arial"/>
              </w:rPr>
              <w:t>risposte</w:t>
            </w:r>
            <w:proofErr w:type="spellEnd"/>
            <w:r w:rsidRPr="00806EFC">
              <w:rPr>
                <w:rFonts w:ascii="Arial" w:hAnsi="Arial" w:cs="Arial"/>
              </w:rPr>
              <w:t xml:space="preserve">: </w:t>
            </w:r>
            <w:proofErr w:type="spellStart"/>
            <w:r w:rsidRPr="00806EFC">
              <w:rPr>
                <w:rFonts w:ascii="Arial" w:hAnsi="Arial" w:cs="Arial"/>
              </w:rPr>
              <w:t>l’IA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può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sbagliare</w:t>
            </w:r>
            <w:proofErr w:type="spellEnd"/>
            <w:r w:rsidRPr="00806EFC">
              <w:rPr>
                <w:rFonts w:ascii="Arial" w:hAnsi="Arial" w:cs="Arial"/>
              </w:rPr>
              <w:t xml:space="preserve"> (date, </w:t>
            </w:r>
            <w:proofErr w:type="spellStart"/>
            <w:r w:rsidRPr="00806EFC">
              <w:rPr>
                <w:rFonts w:ascii="Arial" w:hAnsi="Arial" w:cs="Arial"/>
              </w:rPr>
              <w:t>norme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citazioni</w:t>
            </w:r>
            <w:proofErr w:type="spellEnd"/>
            <w:r w:rsidRPr="00806EFC">
              <w:rPr>
                <w:rFonts w:ascii="Arial" w:hAnsi="Arial" w:cs="Arial"/>
              </w:rPr>
              <w:t>, numeri).</w:t>
            </w:r>
          </w:p>
          <w:p w14:paraId="7375B153" w14:textId="77777777" w:rsidR="00163904" w:rsidRPr="00806EFC" w:rsidRDefault="00163904">
            <w:pPr>
              <w:rPr>
                <w:rFonts w:ascii="Arial" w:hAnsi="Arial" w:cs="Arial"/>
              </w:rPr>
            </w:pPr>
          </w:p>
        </w:tc>
      </w:tr>
      <w:tr w:rsidR="00405058" w:rsidRPr="00806EFC" w14:paraId="32312165" w14:textId="77777777" w:rsidTr="00163904">
        <w:trPr>
          <w:jc w:val="center"/>
        </w:trPr>
        <w:tc>
          <w:tcPr>
            <w:tcW w:w="9628" w:type="dxa"/>
            <w:shd w:val="clear" w:color="auto" w:fill="FDE9D9"/>
          </w:tcPr>
          <w:p w14:paraId="4C82E24D" w14:textId="77777777" w:rsidR="00300D7F" w:rsidRDefault="00652B0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 xml:space="preserve">Per </w:t>
            </w:r>
            <w:proofErr w:type="spellStart"/>
            <w:r w:rsidRPr="00806EFC">
              <w:rPr>
                <w:rFonts w:ascii="Arial" w:hAnsi="Arial" w:cs="Arial"/>
              </w:rPr>
              <w:t>documenti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ufficiali</w:t>
            </w:r>
            <w:proofErr w:type="spellEnd"/>
            <w:r w:rsidRPr="00806EFC">
              <w:rPr>
                <w:rFonts w:ascii="Arial" w:hAnsi="Arial" w:cs="Arial"/>
              </w:rPr>
              <w:t xml:space="preserve">: </w:t>
            </w:r>
            <w:proofErr w:type="spellStart"/>
            <w:r w:rsidRPr="00806EFC">
              <w:rPr>
                <w:rFonts w:ascii="Arial" w:hAnsi="Arial" w:cs="Arial"/>
              </w:rPr>
              <w:t>controllo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umano</w:t>
            </w:r>
            <w:proofErr w:type="spellEnd"/>
            <w:r w:rsidRPr="00806EFC">
              <w:rPr>
                <w:rFonts w:ascii="Arial" w:hAnsi="Arial" w:cs="Arial"/>
              </w:rPr>
              <w:t xml:space="preserve"> +, se </w:t>
            </w:r>
            <w:proofErr w:type="spellStart"/>
            <w:r w:rsidRPr="00806EFC">
              <w:rPr>
                <w:rFonts w:ascii="Arial" w:hAnsi="Arial" w:cs="Arial"/>
              </w:rPr>
              <w:t>necessario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verifica</w:t>
            </w:r>
            <w:proofErr w:type="spellEnd"/>
            <w:r w:rsidRPr="00806EFC">
              <w:rPr>
                <w:rFonts w:ascii="Arial" w:hAnsi="Arial" w:cs="Arial"/>
              </w:rPr>
              <w:t xml:space="preserve"> con </w:t>
            </w:r>
            <w:proofErr w:type="spellStart"/>
            <w:r w:rsidRPr="00806EFC">
              <w:rPr>
                <w:rFonts w:ascii="Arial" w:hAnsi="Arial" w:cs="Arial"/>
              </w:rPr>
              <w:t>fonti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istituzionali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  <w:p w14:paraId="51AE9904" w14:textId="77777777" w:rsidR="00163904" w:rsidRPr="00806EFC" w:rsidRDefault="00163904">
            <w:pPr>
              <w:rPr>
                <w:rFonts w:ascii="Arial" w:hAnsi="Arial" w:cs="Arial"/>
              </w:rPr>
            </w:pPr>
          </w:p>
        </w:tc>
      </w:tr>
      <w:tr w:rsidR="00405058" w:rsidRPr="00806EFC" w14:paraId="668D0021" w14:textId="77777777" w:rsidTr="00163904">
        <w:trPr>
          <w:jc w:val="center"/>
        </w:trPr>
        <w:tc>
          <w:tcPr>
            <w:tcW w:w="9628" w:type="dxa"/>
            <w:shd w:val="clear" w:color="auto" w:fill="FDE9D9"/>
          </w:tcPr>
          <w:p w14:paraId="61D077D2" w14:textId="77777777" w:rsidR="00300D7F" w:rsidRDefault="00652B0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 xml:space="preserve">Non </w:t>
            </w:r>
            <w:proofErr w:type="spellStart"/>
            <w:r w:rsidRPr="00806EFC">
              <w:rPr>
                <w:rFonts w:ascii="Arial" w:hAnsi="Arial" w:cs="Arial"/>
              </w:rPr>
              <w:t>utilizzare</w:t>
            </w:r>
            <w:proofErr w:type="spellEnd"/>
            <w:r w:rsidRPr="00806EFC">
              <w:rPr>
                <w:rFonts w:ascii="Arial" w:hAnsi="Arial" w:cs="Arial"/>
              </w:rPr>
              <w:t xml:space="preserve"> output IA per </w:t>
            </w:r>
            <w:proofErr w:type="spellStart"/>
            <w:r w:rsidRPr="00806EFC">
              <w:rPr>
                <w:rFonts w:ascii="Arial" w:hAnsi="Arial" w:cs="Arial"/>
              </w:rPr>
              <w:t>valutazioni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diagnosi</w:t>
            </w:r>
            <w:proofErr w:type="spellEnd"/>
            <w:r w:rsidRPr="00806EFC">
              <w:rPr>
                <w:rFonts w:ascii="Arial" w:hAnsi="Arial" w:cs="Arial"/>
              </w:rPr>
              <w:t xml:space="preserve"> o </w:t>
            </w:r>
            <w:proofErr w:type="spellStart"/>
            <w:r w:rsidRPr="00806EFC">
              <w:rPr>
                <w:rFonts w:ascii="Arial" w:hAnsi="Arial" w:cs="Arial"/>
              </w:rPr>
              <w:t>decisioni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su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singoli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studenti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  <w:p w14:paraId="21DAEB99" w14:textId="77777777" w:rsidR="00163904" w:rsidRPr="00806EFC" w:rsidRDefault="00163904">
            <w:pPr>
              <w:rPr>
                <w:rFonts w:ascii="Arial" w:hAnsi="Arial" w:cs="Arial"/>
              </w:rPr>
            </w:pPr>
          </w:p>
        </w:tc>
      </w:tr>
    </w:tbl>
    <w:p w14:paraId="0F4F9517" w14:textId="77777777" w:rsidR="00163904" w:rsidRPr="00806EFC" w:rsidRDefault="00163904">
      <w:pPr>
        <w:rPr>
          <w:rFonts w:ascii="Arial" w:hAnsi="Arial" w:cs="Arial"/>
        </w:rPr>
      </w:pPr>
    </w:p>
    <w:p w14:paraId="42A34419" w14:textId="23342384" w:rsidR="00300D7F" w:rsidRDefault="00652B0C">
      <w:pPr>
        <w:pStyle w:val="Titolo2"/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Conservazione</w:t>
      </w:r>
      <w:proofErr w:type="spellEnd"/>
      <w:r w:rsidRPr="00806EFC">
        <w:rPr>
          <w:rFonts w:ascii="Arial" w:hAnsi="Arial" w:cs="Arial"/>
        </w:rPr>
        <w:t xml:space="preserve"> e </w:t>
      </w:r>
      <w:proofErr w:type="spellStart"/>
      <w:r w:rsidRPr="00806EFC">
        <w:rPr>
          <w:rFonts w:ascii="Arial" w:hAnsi="Arial" w:cs="Arial"/>
        </w:rPr>
        <w:t>archiviazione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dell’output</w:t>
      </w:r>
      <w:proofErr w:type="spellEnd"/>
    </w:p>
    <w:p w14:paraId="47B1A34B" w14:textId="77777777" w:rsidR="00163904" w:rsidRPr="00163904" w:rsidRDefault="00163904" w:rsidP="0016390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8045C" w:rsidRPr="00806EFC" w14:paraId="00157CB7" w14:textId="77777777" w:rsidTr="00163904">
        <w:tc>
          <w:tcPr>
            <w:tcW w:w="9628" w:type="dxa"/>
            <w:shd w:val="clear" w:color="auto" w:fill="FDE9D9"/>
          </w:tcPr>
          <w:p w14:paraId="51ADC514" w14:textId="77777777" w:rsidR="0078045C" w:rsidRDefault="00806EF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 xml:space="preserve">Salva solo </w:t>
            </w:r>
            <w:proofErr w:type="spellStart"/>
            <w:r w:rsidRPr="00806EFC">
              <w:rPr>
                <w:rFonts w:ascii="Arial" w:hAnsi="Arial" w:cs="Arial"/>
              </w:rPr>
              <w:t>l’output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necessario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nei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sistemi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documentali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della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scuola</w:t>
            </w:r>
            <w:proofErr w:type="spellEnd"/>
            <w:r w:rsidRPr="00806EFC">
              <w:rPr>
                <w:rFonts w:ascii="Arial" w:hAnsi="Arial" w:cs="Arial"/>
              </w:rPr>
              <w:t xml:space="preserve"> (es. Drive/SharePoint) secondo le </w:t>
            </w:r>
            <w:proofErr w:type="spellStart"/>
            <w:r w:rsidRPr="00806EFC">
              <w:rPr>
                <w:rFonts w:ascii="Arial" w:hAnsi="Arial" w:cs="Arial"/>
              </w:rPr>
              <w:t>regole</w:t>
            </w:r>
            <w:proofErr w:type="spellEnd"/>
            <w:r w:rsidRPr="00806EFC">
              <w:rPr>
                <w:rFonts w:ascii="Arial" w:hAnsi="Arial" w:cs="Arial"/>
              </w:rPr>
              <w:t xml:space="preserve"> interne.</w:t>
            </w:r>
          </w:p>
          <w:p w14:paraId="3683F9DE" w14:textId="224342FD" w:rsidR="00163904" w:rsidRPr="00806EFC" w:rsidRDefault="00163904">
            <w:pPr>
              <w:rPr>
                <w:rFonts w:ascii="Arial" w:hAnsi="Arial" w:cs="Arial"/>
              </w:rPr>
            </w:pPr>
          </w:p>
        </w:tc>
      </w:tr>
      <w:tr w:rsidR="0078045C" w:rsidRPr="00806EFC" w14:paraId="5C4DE442" w14:textId="77777777" w:rsidTr="00163904">
        <w:tc>
          <w:tcPr>
            <w:tcW w:w="9628" w:type="dxa"/>
            <w:shd w:val="clear" w:color="auto" w:fill="FDE9D9"/>
          </w:tcPr>
          <w:p w14:paraId="23A62F2B" w14:textId="77777777" w:rsidR="0078045C" w:rsidRDefault="00806EF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 xml:space="preserve">Evita di </w:t>
            </w:r>
            <w:proofErr w:type="spellStart"/>
            <w:r w:rsidRPr="00806EFC">
              <w:rPr>
                <w:rFonts w:ascii="Arial" w:hAnsi="Arial" w:cs="Arial"/>
              </w:rPr>
              <w:t>archiviare</w:t>
            </w:r>
            <w:proofErr w:type="spellEnd"/>
            <w:r w:rsidRPr="00806EFC">
              <w:rPr>
                <w:rFonts w:ascii="Arial" w:hAnsi="Arial" w:cs="Arial"/>
              </w:rPr>
              <w:t xml:space="preserve"> log/chat non </w:t>
            </w:r>
            <w:proofErr w:type="spellStart"/>
            <w:r w:rsidRPr="00806EFC">
              <w:rPr>
                <w:rFonts w:ascii="Arial" w:hAnsi="Arial" w:cs="Arial"/>
              </w:rPr>
              <w:t>necessari</w:t>
            </w:r>
            <w:proofErr w:type="spellEnd"/>
            <w:r w:rsidRPr="00806EFC">
              <w:rPr>
                <w:rFonts w:ascii="Arial" w:hAnsi="Arial" w:cs="Arial"/>
              </w:rPr>
              <w:t xml:space="preserve">; se lo </w:t>
            </w:r>
            <w:proofErr w:type="spellStart"/>
            <w:r w:rsidRPr="00806EFC">
              <w:rPr>
                <w:rFonts w:ascii="Arial" w:hAnsi="Arial" w:cs="Arial"/>
              </w:rPr>
              <w:t>strumento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salva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cronologia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attenersi</w:t>
            </w:r>
            <w:proofErr w:type="spellEnd"/>
            <w:r w:rsidRPr="00806EFC">
              <w:rPr>
                <w:rFonts w:ascii="Arial" w:hAnsi="Arial" w:cs="Arial"/>
              </w:rPr>
              <w:t xml:space="preserve"> alle </w:t>
            </w:r>
            <w:proofErr w:type="spellStart"/>
            <w:r w:rsidRPr="00806EFC">
              <w:rPr>
                <w:rFonts w:ascii="Arial" w:hAnsi="Arial" w:cs="Arial"/>
              </w:rPr>
              <w:t>impostazioni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approvate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  <w:p w14:paraId="535E1B65" w14:textId="126E6490" w:rsidR="00163904" w:rsidRPr="00806EFC" w:rsidRDefault="00163904">
            <w:pPr>
              <w:rPr>
                <w:rFonts w:ascii="Arial" w:hAnsi="Arial" w:cs="Arial"/>
              </w:rPr>
            </w:pPr>
          </w:p>
        </w:tc>
      </w:tr>
      <w:tr w:rsidR="0078045C" w:rsidRPr="00806EFC" w14:paraId="69746B09" w14:textId="77777777" w:rsidTr="00163904">
        <w:tc>
          <w:tcPr>
            <w:tcW w:w="9628" w:type="dxa"/>
            <w:shd w:val="clear" w:color="auto" w:fill="FDE9D9"/>
          </w:tcPr>
          <w:p w14:paraId="0F4AACED" w14:textId="77777777" w:rsidR="0078045C" w:rsidRDefault="00806EF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Etichetta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documenti</w:t>
            </w:r>
            <w:proofErr w:type="spellEnd"/>
            <w:r w:rsidRPr="00806EFC">
              <w:rPr>
                <w:rFonts w:ascii="Arial" w:hAnsi="Arial" w:cs="Arial"/>
              </w:rPr>
              <w:t xml:space="preserve">: </w:t>
            </w:r>
            <w:proofErr w:type="spellStart"/>
            <w:r w:rsidRPr="00806EFC">
              <w:rPr>
                <w:rFonts w:ascii="Arial" w:hAnsi="Arial" w:cs="Arial"/>
              </w:rPr>
              <w:t>bozza</w:t>
            </w:r>
            <w:proofErr w:type="spellEnd"/>
            <w:r w:rsidRPr="00806EFC">
              <w:rPr>
                <w:rFonts w:ascii="Arial" w:hAnsi="Arial" w:cs="Arial"/>
              </w:rPr>
              <w:t xml:space="preserve"> / </w:t>
            </w:r>
            <w:proofErr w:type="spellStart"/>
            <w:r w:rsidRPr="00806EFC">
              <w:rPr>
                <w:rFonts w:ascii="Arial" w:hAnsi="Arial" w:cs="Arial"/>
              </w:rPr>
              <w:t>revisione</w:t>
            </w:r>
            <w:proofErr w:type="spellEnd"/>
            <w:r w:rsidRPr="00806EFC">
              <w:rPr>
                <w:rFonts w:ascii="Arial" w:hAnsi="Arial" w:cs="Arial"/>
              </w:rPr>
              <w:t xml:space="preserve"> / app</w:t>
            </w:r>
          </w:p>
          <w:p w14:paraId="333A950A" w14:textId="396C3720" w:rsidR="00163904" w:rsidRPr="00806EFC" w:rsidRDefault="00163904">
            <w:pPr>
              <w:rPr>
                <w:rFonts w:ascii="Arial" w:hAnsi="Arial" w:cs="Arial"/>
              </w:rPr>
            </w:pPr>
          </w:p>
        </w:tc>
      </w:tr>
    </w:tbl>
    <w:p w14:paraId="2151D567" w14:textId="77777777" w:rsidR="00300D7F" w:rsidRPr="00806EFC" w:rsidRDefault="00300D7F">
      <w:pPr>
        <w:rPr>
          <w:rFonts w:ascii="Arial" w:hAnsi="Arial" w:cs="Arial"/>
        </w:rPr>
      </w:pPr>
    </w:p>
    <w:p w14:paraId="76FDF78E" w14:textId="77777777" w:rsidR="00830127" w:rsidRDefault="00830127">
      <w:pPr>
        <w:pStyle w:val="Titolo2"/>
        <w:rPr>
          <w:rFonts w:ascii="Arial" w:hAnsi="Arial" w:cs="Arial"/>
        </w:rPr>
      </w:pPr>
    </w:p>
    <w:p w14:paraId="78F24596" w14:textId="77777777" w:rsidR="00830127" w:rsidRDefault="00830127">
      <w:pPr>
        <w:pStyle w:val="Titolo2"/>
        <w:rPr>
          <w:rFonts w:ascii="Arial" w:hAnsi="Arial" w:cs="Arial"/>
        </w:rPr>
      </w:pPr>
    </w:p>
    <w:p w14:paraId="09E296E5" w14:textId="77777777" w:rsidR="00830127" w:rsidRDefault="00830127" w:rsidP="00830127"/>
    <w:p w14:paraId="6ABDDFB3" w14:textId="77777777" w:rsidR="00830127" w:rsidRPr="00830127" w:rsidRDefault="00830127" w:rsidP="00830127"/>
    <w:p w14:paraId="5B749E31" w14:textId="588B741C" w:rsidR="00300D7F" w:rsidRDefault="00652B0C">
      <w:pPr>
        <w:pStyle w:val="Titolo2"/>
        <w:rPr>
          <w:rFonts w:ascii="Arial" w:hAnsi="Arial" w:cs="Arial"/>
        </w:rPr>
      </w:pPr>
      <w:r w:rsidRPr="00806EFC">
        <w:rPr>
          <w:rFonts w:ascii="Arial" w:hAnsi="Arial" w:cs="Arial"/>
        </w:rPr>
        <w:t xml:space="preserve">Cosa fare in </w:t>
      </w:r>
      <w:proofErr w:type="spellStart"/>
      <w:r w:rsidRPr="00806EFC">
        <w:rPr>
          <w:rFonts w:ascii="Arial" w:hAnsi="Arial" w:cs="Arial"/>
        </w:rPr>
        <w:t>caso</w:t>
      </w:r>
      <w:proofErr w:type="spellEnd"/>
      <w:r w:rsidRPr="00806EFC">
        <w:rPr>
          <w:rFonts w:ascii="Arial" w:hAnsi="Arial" w:cs="Arial"/>
        </w:rPr>
        <w:t xml:space="preserve"> di </w:t>
      </w:r>
      <w:proofErr w:type="spellStart"/>
      <w:r w:rsidRPr="00806EFC">
        <w:rPr>
          <w:rFonts w:ascii="Arial" w:hAnsi="Arial" w:cs="Arial"/>
        </w:rPr>
        <w:t>errore</w:t>
      </w:r>
      <w:proofErr w:type="spellEnd"/>
      <w:r w:rsidRPr="00806EFC">
        <w:rPr>
          <w:rFonts w:ascii="Arial" w:hAnsi="Arial" w:cs="Arial"/>
        </w:rPr>
        <w:t xml:space="preserve"> (es. </w:t>
      </w:r>
      <w:proofErr w:type="spellStart"/>
      <w:r w:rsidRPr="00806EFC">
        <w:rPr>
          <w:rFonts w:ascii="Arial" w:hAnsi="Arial" w:cs="Arial"/>
        </w:rPr>
        <w:t>dato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personale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nel</w:t>
      </w:r>
      <w:proofErr w:type="spellEnd"/>
      <w:r w:rsidRPr="00806EFC">
        <w:rPr>
          <w:rFonts w:ascii="Arial" w:hAnsi="Arial" w:cs="Arial"/>
        </w:rPr>
        <w:t xml:space="preserve"> prompt)</w:t>
      </w:r>
    </w:p>
    <w:p w14:paraId="4C8ADA5D" w14:textId="77777777" w:rsidR="00163904" w:rsidRPr="00163904" w:rsidRDefault="00163904" w:rsidP="00163904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076"/>
      </w:tblGrid>
      <w:tr w:rsidR="00163904" w:rsidRPr="00806EFC" w14:paraId="08CA6FD4" w14:textId="77777777" w:rsidTr="00163904">
        <w:trPr>
          <w:jc w:val="center"/>
        </w:trPr>
        <w:tc>
          <w:tcPr>
            <w:tcW w:w="6076" w:type="dxa"/>
            <w:shd w:val="clear" w:color="auto" w:fill="FDE9D9"/>
          </w:tcPr>
          <w:p w14:paraId="0FD38647" w14:textId="77777777" w:rsidR="00163904" w:rsidRDefault="00163904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Interrompi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l’attività</w:t>
            </w:r>
            <w:proofErr w:type="spellEnd"/>
            <w:r w:rsidRPr="00806EFC">
              <w:rPr>
                <w:rFonts w:ascii="Arial" w:hAnsi="Arial" w:cs="Arial"/>
              </w:rPr>
              <w:t xml:space="preserve"> e non </w:t>
            </w:r>
            <w:proofErr w:type="spellStart"/>
            <w:r w:rsidRPr="00806EFC">
              <w:rPr>
                <w:rFonts w:ascii="Arial" w:hAnsi="Arial" w:cs="Arial"/>
              </w:rPr>
              <w:t>riutilizzare</w:t>
            </w:r>
            <w:proofErr w:type="spellEnd"/>
            <w:r w:rsidRPr="00806EFC">
              <w:rPr>
                <w:rFonts w:ascii="Arial" w:hAnsi="Arial" w:cs="Arial"/>
              </w:rPr>
              <w:t xml:space="preserve"> la conversazione.</w:t>
            </w:r>
          </w:p>
          <w:p w14:paraId="27F1F82C" w14:textId="77777777" w:rsidR="00163904" w:rsidRPr="00806EFC" w:rsidRDefault="00163904">
            <w:pPr>
              <w:rPr>
                <w:rFonts w:ascii="Arial" w:hAnsi="Arial" w:cs="Arial"/>
              </w:rPr>
            </w:pPr>
          </w:p>
        </w:tc>
      </w:tr>
      <w:tr w:rsidR="00163904" w:rsidRPr="00806EFC" w14:paraId="42470E5D" w14:textId="77777777" w:rsidTr="00163904">
        <w:trPr>
          <w:jc w:val="center"/>
        </w:trPr>
        <w:tc>
          <w:tcPr>
            <w:tcW w:w="6076" w:type="dxa"/>
            <w:shd w:val="clear" w:color="auto" w:fill="FDE9D9"/>
          </w:tcPr>
          <w:p w14:paraId="79D7413C" w14:textId="77777777" w:rsidR="00163904" w:rsidRDefault="00163904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Avvisa</w:t>
            </w:r>
            <w:proofErr w:type="spellEnd"/>
            <w:r w:rsidRPr="00806EFC">
              <w:rPr>
                <w:rFonts w:ascii="Arial" w:hAnsi="Arial" w:cs="Arial"/>
              </w:rPr>
              <w:t xml:space="preserve"> subito DS/DSGA e DPO secondo </w:t>
            </w:r>
            <w:proofErr w:type="spellStart"/>
            <w:r w:rsidRPr="00806EFC">
              <w:rPr>
                <w:rFonts w:ascii="Arial" w:hAnsi="Arial" w:cs="Arial"/>
              </w:rPr>
              <w:t>canale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interno</w:t>
            </w:r>
            <w:proofErr w:type="spellEnd"/>
            <w:r w:rsidRPr="00806EFC">
              <w:rPr>
                <w:rFonts w:ascii="Arial" w:hAnsi="Arial" w:cs="Arial"/>
              </w:rPr>
              <w:t xml:space="preserve"> (email/ticket/</w:t>
            </w:r>
            <w:proofErr w:type="spellStart"/>
            <w:r w:rsidRPr="00806EFC">
              <w:rPr>
                <w:rFonts w:ascii="Arial" w:hAnsi="Arial" w:cs="Arial"/>
              </w:rPr>
              <w:t>telefono</w:t>
            </w:r>
            <w:proofErr w:type="spellEnd"/>
            <w:r w:rsidRPr="00806EFC">
              <w:rPr>
                <w:rFonts w:ascii="Arial" w:hAnsi="Arial" w:cs="Arial"/>
              </w:rPr>
              <w:t>).</w:t>
            </w:r>
          </w:p>
          <w:p w14:paraId="3E97027B" w14:textId="77777777" w:rsidR="00163904" w:rsidRPr="00806EFC" w:rsidRDefault="00163904">
            <w:pPr>
              <w:rPr>
                <w:rFonts w:ascii="Arial" w:hAnsi="Arial" w:cs="Arial"/>
              </w:rPr>
            </w:pPr>
          </w:p>
        </w:tc>
      </w:tr>
      <w:tr w:rsidR="00163904" w:rsidRPr="00806EFC" w14:paraId="01147842" w14:textId="77777777" w:rsidTr="00163904">
        <w:trPr>
          <w:jc w:val="center"/>
        </w:trPr>
        <w:tc>
          <w:tcPr>
            <w:tcW w:w="6076" w:type="dxa"/>
            <w:shd w:val="clear" w:color="auto" w:fill="FDE9D9"/>
          </w:tcPr>
          <w:p w14:paraId="4AFF1243" w14:textId="77777777" w:rsidR="00163904" w:rsidRDefault="00163904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 xml:space="preserve">Indica: </w:t>
            </w:r>
            <w:proofErr w:type="spellStart"/>
            <w:r w:rsidRPr="00806EFC">
              <w:rPr>
                <w:rFonts w:ascii="Arial" w:hAnsi="Arial" w:cs="Arial"/>
              </w:rPr>
              <w:t>strumento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usato</w:t>
            </w:r>
            <w:proofErr w:type="spellEnd"/>
            <w:r w:rsidRPr="00806EFC">
              <w:rPr>
                <w:rFonts w:ascii="Arial" w:hAnsi="Arial" w:cs="Arial"/>
              </w:rPr>
              <w:t>, data/</w:t>
            </w:r>
            <w:proofErr w:type="spellStart"/>
            <w:r w:rsidRPr="00806EFC">
              <w:rPr>
                <w:rFonts w:ascii="Arial" w:hAnsi="Arial" w:cs="Arial"/>
              </w:rPr>
              <w:t>ora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tipo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dato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inserito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eventuale</w:t>
            </w:r>
            <w:proofErr w:type="spellEnd"/>
            <w:r w:rsidRPr="00806EFC">
              <w:rPr>
                <w:rFonts w:ascii="Arial" w:hAnsi="Arial" w:cs="Arial"/>
              </w:rPr>
              <w:t xml:space="preserve"> output </w:t>
            </w:r>
            <w:proofErr w:type="spellStart"/>
            <w:r w:rsidRPr="00806EFC">
              <w:rPr>
                <w:rFonts w:ascii="Arial" w:hAnsi="Arial" w:cs="Arial"/>
              </w:rPr>
              <w:t>generato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azioni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già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fatte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  <w:p w14:paraId="5BE1D0CF" w14:textId="77777777" w:rsidR="00163904" w:rsidRPr="00806EFC" w:rsidRDefault="00163904">
            <w:pPr>
              <w:rPr>
                <w:rFonts w:ascii="Arial" w:hAnsi="Arial" w:cs="Arial"/>
              </w:rPr>
            </w:pPr>
          </w:p>
        </w:tc>
      </w:tr>
      <w:tr w:rsidR="00163904" w:rsidRPr="00806EFC" w14:paraId="653BCB3C" w14:textId="77777777" w:rsidTr="00163904">
        <w:trPr>
          <w:jc w:val="center"/>
        </w:trPr>
        <w:tc>
          <w:tcPr>
            <w:tcW w:w="6076" w:type="dxa"/>
            <w:shd w:val="clear" w:color="auto" w:fill="FDE9D9"/>
          </w:tcPr>
          <w:p w14:paraId="7997C333" w14:textId="77777777" w:rsidR="00163904" w:rsidRDefault="00163904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Segui</w:t>
            </w:r>
            <w:proofErr w:type="spellEnd"/>
            <w:r w:rsidRPr="00806EFC">
              <w:rPr>
                <w:rFonts w:ascii="Arial" w:hAnsi="Arial" w:cs="Arial"/>
              </w:rPr>
              <w:t xml:space="preserve"> le </w:t>
            </w:r>
            <w:proofErr w:type="spellStart"/>
            <w:r w:rsidRPr="00806EFC">
              <w:rPr>
                <w:rFonts w:ascii="Arial" w:hAnsi="Arial" w:cs="Arial"/>
              </w:rPr>
              <w:t>istruzioni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ricevute</w:t>
            </w:r>
            <w:proofErr w:type="spellEnd"/>
            <w:r w:rsidRPr="00806EFC">
              <w:rPr>
                <w:rFonts w:ascii="Arial" w:hAnsi="Arial" w:cs="Arial"/>
              </w:rPr>
              <w:t xml:space="preserve"> (</w:t>
            </w:r>
            <w:proofErr w:type="spellStart"/>
            <w:r w:rsidRPr="00806EFC">
              <w:rPr>
                <w:rFonts w:ascii="Arial" w:hAnsi="Arial" w:cs="Arial"/>
              </w:rPr>
              <w:t>contenimento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eventuale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richiesta</w:t>
            </w:r>
            <w:proofErr w:type="spellEnd"/>
            <w:r w:rsidRPr="00806EFC">
              <w:rPr>
                <w:rFonts w:ascii="Arial" w:hAnsi="Arial" w:cs="Arial"/>
              </w:rPr>
              <w:t xml:space="preserve"> log, </w:t>
            </w:r>
            <w:proofErr w:type="spellStart"/>
            <w:r w:rsidRPr="00806EFC">
              <w:rPr>
                <w:rFonts w:ascii="Arial" w:hAnsi="Arial" w:cs="Arial"/>
              </w:rPr>
              <w:t>comunicazioni</w:t>
            </w:r>
            <w:proofErr w:type="spellEnd"/>
            <w:r w:rsidRPr="00806EFC">
              <w:rPr>
                <w:rFonts w:ascii="Arial" w:hAnsi="Arial" w:cs="Arial"/>
              </w:rPr>
              <w:t>).</w:t>
            </w:r>
          </w:p>
          <w:p w14:paraId="4B24FE47" w14:textId="77777777" w:rsidR="00163904" w:rsidRPr="00806EFC" w:rsidRDefault="00163904">
            <w:pPr>
              <w:rPr>
                <w:rFonts w:ascii="Arial" w:hAnsi="Arial" w:cs="Arial"/>
              </w:rPr>
            </w:pPr>
          </w:p>
        </w:tc>
      </w:tr>
    </w:tbl>
    <w:p w14:paraId="49FA2CE8" w14:textId="77777777" w:rsidR="00300D7F" w:rsidRPr="00806EFC" w:rsidRDefault="00300D7F">
      <w:pPr>
        <w:rPr>
          <w:rFonts w:ascii="Arial" w:hAnsi="Arial" w:cs="Arial"/>
        </w:rPr>
      </w:pPr>
    </w:p>
    <w:p w14:paraId="1D999F4B" w14:textId="77777777" w:rsidR="00E33D50" w:rsidRPr="00806EFC" w:rsidRDefault="00E33D50">
      <w:pPr>
        <w:rPr>
          <w:rFonts w:ascii="Arial" w:hAnsi="Arial" w:cs="Arial"/>
        </w:rPr>
      </w:pPr>
    </w:p>
    <w:p w14:paraId="1C77A778" w14:textId="4E28633A" w:rsidR="00300D7F" w:rsidRPr="00163904" w:rsidRDefault="00652B0C">
      <w:pPr>
        <w:pStyle w:val="Titolo2"/>
        <w:rPr>
          <w:rFonts w:ascii="Arial" w:hAnsi="Arial" w:cs="Arial"/>
          <w:color w:val="auto"/>
          <w:sz w:val="32"/>
          <w:szCs w:val="32"/>
        </w:rPr>
      </w:pPr>
      <w:proofErr w:type="spellStart"/>
      <w:r w:rsidRPr="00163904">
        <w:rPr>
          <w:rFonts w:ascii="Arial" w:hAnsi="Arial" w:cs="Arial"/>
          <w:sz w:val="32"/>
          <w:szCs w:val="32"/>
        </w:rPr>
        <w:t>Esempi</w:t>
      </w:r>
      <w:proofErr w:type="spellEnd"/>
      <w:r w:rsidRPr="0016390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63904">
        <w:rPr>
          <w:rFonts w:ascii="Arial" w:hAnsi="Arial" w:cs="Arial"/>
          <w:sz w:val="32"/>
          <w:szCs w:val="32"/>
        </w:rPr>
        <w:t>pratici</w:t>
      </w:r>
      <w:proofErr w:type="spellEnd"/>
      <w:r w:rsidRPr="00163904">
        <w:rPr>
          <w:rFonts w:ascii="Arial" w:hAnsi="Arial" w:cs="Arial"/>
          <w:sz w:val="32"/>
          <w:szCs w:val="32"/>
        </w:rPr>
        <w:t xml:space="preserve"> (</w:t>
      </w:r>
      <w:proofErr w:type="spellStart"/>
      <w:r w:rsidRPr="00163904">
        <w:rPr>
          <w:rFonts w:ascii="Arial" w:hAnsi="Arial" w:cs="Arial"/>
          <w:sz w:val="32"/>
          <w:szCs w:val="32"/>
        </w:rPr>
        <w:t>casi</w:t>
      </w:r>
      <w:proofErr w:type="spellEnd"/>
      <w:r w:rsidRPr="0016390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63904">
        <w:rPr>
          <w:rFonts w:ascii="Arial" w:hAnsi="Arial" w:cs="Arial"/>
          <w:sz w:val="32"/>
          <w:szCs w:val="32"/>
        </w:rPr>
        <w:t>tipici</w:t>
      </w:r>
      <w:proofErr w:type="spellEnd"/>
      <w:r w:rsidRPr="00163904">
        <w:rPr>
          <w:rFonts w:ascii="Arial" w:hAnsi="Arial" w:cs="Arial"/>
          <w:sz w:val="32"/>
          <w:szCs w:val="32"/>
        </w:rPr>
        <w:t xml:space="preserve">) e </w:t>
      </w:r>
      <w:proofErr w:type="spellStart"/>
      <w:r w:rsidRPr="00163904">
        <w:rPr>
          <w:rFonts w:ascii="Arial" w:hAnsi="Arial" w:cs="Arial"/>
          <w:sz w:val="32"/>
          <w:szCs w:val="32"/>
        </w:rPr>
        <w:t>cosa</w:t>
      </w:r>
      <w:proofErr w:type="spellEnd"/>
      <w:r w:rsidRPr="00163904">
        <w:rPr>
          <w:rFonts w:ascii="Arial" w:hAnsi="Arial" w:cs="Arial"/>
          <w:sz w:val="32"/>
          <w:szCs w:val="32"/>
        </w:rPr>
        <w:t xml:space="preserve"> fare</w:t>
      </w:r>
    </w:p>
    <w:p w14:paraId="35607040" w14:textId="5DF6F19F" w:rsidR="00300D7F" w:rsidRDefault="00652B0C">
      <w:pPr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Gli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esempi</w:t>
      </w:r>
      <w:proofErr w:type="spellEnd"/>
      <w:r w:rsidRPr="00806EFC">
        <w:rPr>
          <w:rFonts w:ascii="Arial" w:hAnsi="Arial" w:cs="Arial"/>
        </w:rPr>
        <w:t xml:space="preserve"> </w:t>
      </w:r>
      <w:r w:rsidR="00163904">
        <w:rPr>
          <w:rFonts w:ascii="Arial" w:hAnsi="Arial" w:cs="Arial"/>
        </w:rPr>
        <w:t xml:space="preserve">di </w:t>
      </w:r>
      <w:proofErr w:type="spellStart"/>
      <w:r w:rsidR="00163904">
        <w:rPr>
          <w:rFonts w:ascii="Arial" w:hAnsi="Arial" w:cs="Arial"/>
        </w:rPr>
        <w:t>seguito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aiutano</w:t>
      </w:r>
      <w:proofErr w:type="spellEnd"/>
      <w:r w:rsidRPr="00806EFC">
        <w:rPr>
          <w:rFonts w:ascii="Arial" w:hAnsi="Arial" w:cs="Arial"/>
        </w:rPr>
        <w:t xml:space="preserve"> a </w:t>
      </w:r>
      <w:proofErr w:type="spellStart"/>
      <w:r w:rsidRPr="00806EFC">
        <w:rPr>
          <w:rFonts w:ascii="Arial" w:hAnsi="Arial" w:cs="Arial"/>
        </w:rPr>
        <w:t>riconoscere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situazioni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rischiose</w:t>
      </w:r>
      <w:proofErr w:type="spellEnd"/>
      <w:r w:rsidRPr="00806EFC">
        <w:rPr>
          <w:rFonts w:ascii="Arial" w:hAnsi="Arial" w:cs="Arial"/>
        </w:rPr>
        <w:t xml:space="preserve"> (specie </w:t>
      </w:r>
      <w:proofErr w:type="spellStart"/>
      <w:r w:rsidRPr="00806EFC">
        <w:rPr>
          <w:rFonts w:ascii="Arial" w:hAnsi="Arial" w:cs="Arial"/>
        </w:rPr>
        <w:t>quando</w:t>
      </w:r>
      <w:proofErr w:type="spellEnd"/>
      <w:r w:rsidRPr="00806EFC">
        <w:rPr>
          <w:rFonts w:ascii="Arial" w:hAnsi="Arial" w:cs="Arial"/>
        </w:rPr>
        <w:t xml:space="preserve"> un </w:t>
      </w:r>
      <w:proofErr w:type="spellStart"/>
      <w:r w:rsidRPr="00806EFC">
        <w:rPr>
          <w:rFonts w:ascii="Arial" w:hAnsi="Arial" w:cs="Arial"/>
        </w:rPr>
        <w:t>servizio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può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usare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contenuti</w:t>
      </w:r>
      <w:proofErr w:type="spellEnd"/>
      <w:r w:rsidRPr="00806EFC">
        <w:rPr>
          <w:rFonts w:ascii="Arial" w:hAnsi="Arial" w:cs="Arial"/>
        </w:rPr>
        <w:t xml:space="preserve"> per </w:t>
      </w:r>
      <w:proofErr w:type="spellStart"/>
      <w:r w:rsidRPr="00806EFC">
        <w:rPr>
          <w:rFonts w:ascii="Arial" w:hAnsi="Arial" w:cs="Arial"/>
        </w:rPr>
        <w:t>finalità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proprie</w:t>
      </w:r>
      <w:proofErr w:type="spellEnd"/>
      <w:r w:rsidRPr="00806EFC">
        <w:rPr>
          <w:rFonts w:ascii="Arial" w:hAnsi="Arial" w:cs="Arial"/>
        </w:rPr>
        <w:t xml:space="preserve">, es. </w:t>
      </w:r>
      <w:proofErr w:type="spellStart"/>
      <w:r w:rsidRPr="00806EFC">
        <w:rPr>
          <w:rFonts w:ascii="Arial" w:hAnsi="Arial" w:cs="Arial"/>
        </w:rPr>
        <w:t>addestramento</w:t>
      </w:r>
      <w:proofErr w:type="spellEnd"/>
      <w:r w:rsidRPr="00806EFC">
        <w:rPr>
          <w:rFonts w:ascii="Arial" w:hAnsi="Arial" w:cs="Arial"/>
        </w:rPr>
        <w:t xml:space="preserve">/training) e </w:t>
      </w:r>
      <w:proofErr w:type="spellStart"/>
      <w:r w:rsidRPr="00806EFC">
        <w:rPr>
          <w:rFonts w:ascii="Arial" w:hAnsi="Arial" w:cs="Arial"/>
        </w:rPr>
        <w:t>indicano</w:t>
      </w:r>
      <w:proofErr w:type="spellEnd"/>
      <w:r w:rsidRPr="00806EFC">
        <w:rPr>
          <w:rFonts w:ascii="Arial" w:hAnsi="Arial" w:cs="Arial"/>
        </w:rPr>
        <w:t xml:space="preserve"> le </w:t>
      </w:r>
      <w:proofErr w:type="spellStart"/>
      <w:r w:rsidRPr="00806EFC">
        <w:rPr>
          <w:rFonts w:ascii="Arial" w:hAnsi="Arial" w:cs="Arial"/>
        </w:rPr>
        <w:t>azioni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corrette</w:t>
      </w:r>
      <w:proofErr w:type="spellEnd"/>
      <w:r w:rsidRPr="00806EFC">
        <w:rPr>
          <w:rFonts w:ascii="Arial" w:hAnsi="Arial" w:cs="Arial"/>
        </w:rPr>
        <w:t>.</w:t>
      </w:r>
    </w:p>
    <w:p w14:paraId="328A7F74" w14:textId="77777777" w:rsidR="00163904" w:rsidRPr="00806EFC" w:rsidRDefault="00163904">
      <w:pPr>
        <w:rPr>
          <w:rFonts w:ascii="Arial" w:hAnsi="Arial" w:cs="Arial"/>
        </w:rPr>
      </w:pPr>
    </w:p>
    <w:p w14:paraId="6FD2FEA4" w14:textId="77777777" w:rsidR="00300D7F" w:rsidRDefault="00652B0C">
      <w:pPr>
        <w:pStyle w:val="Titolo3"/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Esempio</w:t>
      </w:r>
      <w:proofErr w:type="spellEnd"/>
      <w:r w:rsidRPr="00806EFC">
        <w:rPr>
          <w:rFonts w:ascii="Arial" w:hAnsi="Arial" w:cs="Arial"/>
        </w:rPr>
        <w:t xml:space="preserve"> A – </w:t>
      </w:r>
      <w:proofErr w:type="spellStart"/>
      <w:r w:rsidRPr="00806EFC">
        <w:rPr>
          <w:rFonts w:ascii="Arial" w:hAnsi="Arial" w:cs="Arial"/>
        </w:rPr>
        <w:t>Docente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incolla</w:t>
      </w:r>
      <w:proofErr w:type="spellEnd"/>
      <w:r w:rsidRPr="00806EFC">
        <w:rPr>
          <w:rFonts w:ascii="Arial" w:hAnsi="Arial" w:cs="Arial"/>
        </w:rPr>
        <w:t xml:space="preserve"> </w:t>
      </w:r>
      <w:proofErr w:type="gramStart"/>
      <w:r w:rsidRPr="00806EFC">
        <w:rPr>
          <w:rFonts w:ascii="Arial" w:hAnsi="Arial" w:cs="Arial"/>
        </w:rPr>
        <w:t>un PEI</w:t>
      </w:r>
      <w:proofErr w:type="gramEnd"/>
      <w:r w:rsidRPr="00806EFC">
        <w:rPr>
          <w:rFonts w:ascii="Arial" w:hAnsi="Arial" w:cs="Arial"/>
        </w:rPr>
        <w:t xml:space="preserve">/PDP o </w:t>
      </w:r>
      <w:proofErr w:type="spellStart"/>
      <w:r w:rsidRPr="00806EFC">
        <w:rPr>
          <w:rFonts w:ascii="Arial" w:hAnsi="Arial" w:cs="Arial"/>
        </w:rPr>
        <w:t>una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relazione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nominativa</w:t>
      </w:r>
      <w:proofErr w:type="spellEnd"/>
      <w:r w:rsidRPr="00806EFC">
        <w:rPr>
          <w:rFonts w:ascii="Arial" w:hAnsi="Arial" w:cs="Arial"/>
        </w:rPr>
        <w:t xml:space="preserve"> in </w:t>
      </w:r>
      <w:proofErr w:type="spellStart"/>
      <w:r w:rsidRPr="00806EFC">
        <w:rPr>
          <w:rFonts w:ascii="Arial" w:hAnsi="Arial" w:cs="Arial"/>
        </w:rPr>
        <w:t>un’IA</w:t>
      </w:r>
      <w:proofErr w:type="spellEnd"/>
      <w:r w:rsidRPr="00806EFC">
        <w:rPr>
          <w:rFonts w:ascii="Arial" w:hAnsi="Arial" w:cs="Arial"/>
        </w:rPr>
        <w:t xml:space="preserve"> “</w:t>
      </w:r>
      <w:proofErr w:type="spellStart"/>
      <w:r w:rsidRPr="00806EFC">
        <w:rPr>
          <w:rFonts w:ascii="Arial" w:hAnsi="Arial" w:cs="Arial"/>
        </w:rPr>
        <w:t>gratuita</w:t>
      </w:r>
      <w:proofErr w:type="spellEnd"/>
      <w:r w:rsidRPr="00806EFC">
        <w:rPr>
          <w:rFonts w:ascii="Arial" w:hAnsi="Arial" w:cs="Arial"/>
        </w:rPr>
        <w:t>/consumer”</w:t>
      </w:r>
    </w:p>
    <w:p w14:paraId="1FA5F37D" w14:textId="77777777" w:rsidR="00ED34BC" w:rsidRPr="00ED34BC" w:rsidRDefault="00ED34BC" w:rsidP="00ED34BC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14"/>
      </w:tblGrid>
      <w:tr w:rsidR="00405058" w:rsidRPr="00806EFC" w14:paraId="0A2DEBFB" w14:textId="77777777">
        <w:trPr>
          <w:jc w:val="center"/>
        </w:trPr>
        <w:tc>
          <w:tcPr>
            <w:tcW w:w="4252" w:type="dxa"/>
            <w:shd w:val="clear" w:color="auto" w:fill="FDE9D9"/>
          </w:tcPr>
          <w:p w14:paraId="0C7FC9F9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  <w:b/>
                <w:color w:val="F79646"/>
              </w:rPr>
              <w:t>Rischio</w:t>
            </w:r>
            <w:proofErr w:type="spellEnd"/>
          </w:p>
        </w:tc>
        <w:tc>
          <w:tcPr>
            <w:tcW w:w="4819" w:type="dxa"/>
            <w:shd w:val="clear" w:color="auto" w:fill="FDE9D9"/>
          </w:tcPr>
          <w:p w14:paraId="1D741A9E" w14:textId="77777777" w:rsidR="0078045C" w:rsidRPr="00806EFC" w:rsidRDefault="00806EF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  <w:b/>
                <w:color w:val="F79646"/>
              </w:rPr>
              <w:t>Cosa fare</w:t>
            </w:r>
          </w:p>
        </w:tc>
      </w:tr>
      <w:tr w:rsidR="00405058" w:rsidRPr="00806EFC" w14:paraId="754E4DE6" w14:textId="77777777">
        <w:trPr>
          <w:jc w:val="center"/>
        </w:trPr>
        <w:tc>
          <w:tcPr>
            <w:tcW w:w="4819" w:type="dxa"/>
            <w:shd w:val="clear" w:color="auto" w:fill="FDE9D9"/>
          </w:tcPr>
          <w:p w14:paraId="1EC2A1BA" w14:textId="77777777" w:rsidR="00300D7F" w:rsidRPr="00806EFC" w:rsidRDefault="00652B0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 xml:space="preserve">a) </w:t>
            </w:r>
            <w:proofErr w:type="spellStart"/>
            <w:r w:rsidRPr="00806EFC">
              <w:rPr>
                <w:rFonts w:ascii="Arial" w:hAnsi="Arial" w:cs="Arial"/>
              </w:rPr>
              <w:t>Rischio</w:t>
            </w:r>
            <w:proofErr w:type="spellEnd"/>
            <w:r w:rsidRPr="00806EFC">
              <w:rPr>
                <w:rFonts w:ascii="Arial" w:hAnsi="Arial" w:cs="Arial"/>
              </w:rPr>
              <w:t xml:space="preserve">: </w:t>
            </w:r>
            <w:proofErr w:type="spellStart"/>
            <w:r w:rsidRPr="00806EFC">
              <w:rPr>
                <w:rFonts w:ascii="Arial" w:hAnsi="Arial" w:cs="Arial"/>
              </w:rPr>
              <w:t>dati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particolari</w:t>
            </w:r>
            <w:proofErr w:type="spellEnd"/>
            <w:r w:rsidRPr="00806EFC">
              <w:rPr>
                <w:rFonts w:ascii="Arial" w:hAnsi="Arial" w:cs="Arial"/>
              </w:rPr>
              <w:t xml:space="preserve"> (salute/BES/DSA/PEI) e </w:t>
            </w:r>
            <w:proofErr w:type="spellStart"/>
            <w:r w:rsidRPr="00806EFC">
              <w:rPr>
                <w:rFonts w:ascii="Arial" w:hAnsi="Arial" w:cs="Arial"/>
              </w:rPr>
              <w:t>dati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minori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inseriti</w:t>
            </w:r>
            <w:proofErr w:type="spellEnd"/>
            <w:r w:rsidRPr="00806EFC">
              <w:rPr>
                <w:rFonts w:ascii="Arial" w:hAnsi="Arial" w:cs="Arial"/>
              </w:rPr>
              <w:t xml:space="preserve"> in un </w:t>
            </w:r>
            <w:proofErr w:type="spellStart"/>
            <w:r w:rsidRPr="00806EFC">
              <w:rPr>
                <w:rFonts w:ascii="Arial" w:hAnsi="Arial" w:cs="Arial"/>
              </w:rPr>
              <w:t>servizio</w:t>
            </w:r>
            <w:proofErr w:type="spellEnd"/>
            <w:r w:rsidRPr="00806EFC">
              <w:rPr>
                <w:rFonts w:ascii="Arial" w:hAnsi="Arial" w:cs="Arial"/>
              </w:rPr>
              <w:t xml:space="preserve"> non </w:t>
            </w:r>
            <w:proofErr w:type="spellStart"/>
            <w:r w:rsidRPr="00806EFC">
              <w:rPr>
                <w:rFonts w:ascii="Arial" w:hAnsi="Arial" w:cs="Arial"/>
              </w:rPr>
              <w:t>governato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dall’Istituto</w:t>
            </w:r>
            <w:proofErr w:type="spellEnd"/>
            <w:r w:rsidRPr="00806EFC">
              <w:rPr>
                <w:rFonts w:ascii="Arial" w:hAnsi="Arial" w:cs="Arial"/>
              </w:rPr>
              <w:t xml:space="preserve">; </w:t>
            </w:r>
            <w:proofErr w:type="spellStart"/>
            <w:r w:rsidRPr="00806EFC">
              <w:rPr>
                <w:rFonts w:ascii="Arial" w:hAnsi="Arial" w:cs="Arial"/>
              </w:rPr>
              <w:t>possibile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conservazione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della</w:t>
            </w:r>
            <w:proofErr w:type="spellEnd"/>
            <w:r w:rsidRPr="00806EFC">
              <w:rPr>
                <w:rFonts w:ascii="Arial" w:hAnsi="Arial" w:cs="Arial"/>
              </w:rPr>
              <w:t xml:space="preserve"> chat e/o </w:t>
            </w:r>
            <w:proofErr w:type="spellStart"/>
            <w:r w:rsidRPr="00806EFC">
              <w:rPr>
                <w:rFonts w:ascii="Arial" w:hAnsi="Arial" w:cs="Arial"/>
              </w:rPr>
              <w:t>riuso</w:t>
            </w:r>
            <w:proofErr w:type="spellEnd"/>
            <w:r w:rsidRPr="00806EFC">
              <w:rPr>
                <w:rFonts w:ascii="Arial" w:hAnsi="Arial" w:cs="Arial"/>
              </w:rPr>
              <w:t xml:space="preserve"> per </w:t>
            </w:r>
            <w:proofErr w:type="spellStart"/>
            <w:r w:rsidRPr="00806EFC">
              <w:rPr>
                <w:rFonts w:ascii="Arial" w:hAnsi="Arial" w:cs="Arial"/>
              </w:rPr>
              <w:t>finalità</w:t>
            </w:r>
            <w:proofErr w:type="spellEnd"/>
            <w:r w:rsidRPr="00806EFC">
              <w:rPr>
                <w:rFonts w:ascii="Arial" w:hAnsi="Arial" w:cs="Arial"/>
              </w:rPr>
              <w:t xml:space="preserve"> del </w:t>
            </w:r>
            <w:proofErr w:type="spellStart"/>
            <w:r w:rsidRPr="00806EFC">
              <w:rPr>
                <w:rFonts w:ascii="Arial" w:hAnsi="Arial" w:cs="Arial"/>
              </w:rPr>
              <w:t>fornitore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  <w:tc>
          <w:tcPr>
            <w:tcW w:w="4819" w:type="dxa"/>
            <w:shd w:val="clear" w:color="auto" w:fill="FDE9D9"/>
          </w:tcPr>
          <w:p w14:paraId="2BC3101F" w14:textId="77777777" w:rsidR="00300D7F" w:rsidRPr="00806EFC" w:rsidRDefault="00652B0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>b) Cosa fare subito:</w:t>
            </w:r>
            <w:r w:rsidRPr="00806EFC">
              <w:rPr>
                <w:rFonts w:ascii="Arial" w:hAnsi="Arial" w:cs="Arial"/>
              </w:rPr>
              <w:br/>
              <w:t xml:space="preserve">a) </w:t>
            </w:r>
            <w:proofErr w:type="spellStart"/>
            <w:r w:rsidRPr="00806EFC">
              <w:rPr>
                <w:rFonts w:ascii="Arial" w:hAnsi="Arial" w:cs="Arial"/>
              </w:rPr>
              <w:t>interrompere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l’attività</w:t>
            </w:r>
            <w:proofErr w:type="spellEnd"/>
            <w:r w:rsidRPr="00806EFC">
              <w:rPr>
                <w:rFonts w:ascii="Arial" w:hAnsi="Arial" w:cs="Arial"/>
              </w:rPr>
              <w:t xml:space="preserve"> e non </w:t>
            </w:r>
            <w:proofErr w:type="spellStart"/>
            <w:r w:rsidRPr="00806EFC">
              <w:rPr>
                <w:rFonts w:ascii="Arial" w:hAnsi="Arial" w:cs="Arial"/>
              </w:rPr>
              <w:t>proseguire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nella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stessa</w:t>
            </w:r>
            <w:proofErr w:type="spellEnd"/>
            <w:r w:rsidRPr="00806EFC">
              <w:rPr>
                <w:rFonts w:ascii="Arial" w:hAnsi="Arial" w:cs="Arial"/>
              </w:rPr>
              <w:t xml:space="preserve"> conversazione;</w:t>
            </w:r>
            <w:r w:rsidRPr="00806EFC">
              <w:rPr>
                <w:rFonts w:ascii="Arial" w:hAnsi="Arial" w:cs="Arial"/>
              </w:rPr>
              <w:br/>
              <w:t xml:space="preserve">b) non </w:t>
            </w:r>
            <w:proofErr w:type="spellStart"/>
            <w:r w:rsidRPr="00806EFC">
              <w:rPr>
                <w:rFonts w:ascii="Arial" w:hAnsi="Arial" w:cs="Arial"/>
              </w:rPr>
              <w:t>copiare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ulteriormente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dati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nel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servizio</w:t>
            </w:r>
            <w:proofErr w:type="spellEnd"/>
            <w:r w:rsidRPr="00806EFC">
              <w:rPr>
                <w:rFonts w:ascii="Arial" w:hAnsi="Arial" w:cs="Arial"/>
              </w:rPr>
              <w:t>;</w:t>
            </w:r>
            <w:r w:rsidRPr="00806EFC">
              <w:rPr>
                <w:rFonts w:ascii="Arial" w:hAnsi="Arial" w:cs="Arial"/>
              </w:rPr>
              <w:br/>
              <w:t xml:space="preserve">c) </w:t>
            </w:r>
            <w:proofErr w:type="spellStart"/>
            <w:r w:rsidRPr="00806EFC">
              <w:rPr>
                <w:rFonts w:ascii="Arial" w:hAnsi="Arial" w:cs="Arial"/>
              </w:rPr>
              <w:t>segnalare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immediatamente</w:t>
            </w:r>
            <w:proofErr w:type="spellEnd"/>
            <w:r w:rsidRPr="00806EFC">
              <w:rPr>
                <w:rFonts w:ascii="Arial" w:hAnsi="Arial" w:cs="Arial"/>
              </w:rPr>
              <w:t xml:space="preserve"> a DS/DSGA e DPO, </w:t>
            </w:r>
            <w:proofErr w:type="spellStart"/>
            <w:r w:rsidRPr="00806EFC">
              <w:rPr>
                <w:rFonts w:ascii="Arial" w:hAnsi="Arial" w:cs="Arial"/>
              </w:rPr>
              <w:t>indicando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strumento</w:t>
            </w:r>
            <w:proofErr w:type="spellEnd"/>
            <w:r w:rsidRPr="00806EFC">
              <w:rPr>
                <w:rFonts w:ascii="Arial" w:hAnsi="Arial" w:cs="Arial"/>
              </w:rPr>
              <w:t>, data/</w:t>
            </w:r>
            <w:proofErr w:type="spellStart"/>
            <w:r w:rsidRPr="00806EFC">
              <w:rPr>
                <w:rFonts w:ascii="Arial" w:hAnsi="Arial" w:cs="Arial"/>
              </w:rPr>
              <w:t>ora</w:t>
            </w:r>
            <w:proofErr w:type="spellEnd"/>
            <w:r w:rsidRPr="00806EFC">
              <w:rPr>
                <w:rFonts w:ascii="Arial" w:hAnsi="Arial" w:cs="Arial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</w:rPr>
              <w:t>tipo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dato</w:t>
            </w:r>
            <w:proofErr w:type="spellEnd"/>
            <w:r w:rsidRPr="00806EFC">
              <w:rPr>
                <w:rFonts w:ascii="Arial" w:hAnsi="Arial" w:cs="Arial"/>
              </w:rPr>
              <w:t>;</w:t>
            </w:r>
            <w:r w:rsidRPr="00806EFC">
              <w:rPr>
                <w:rFonts w:ascii="Arial" w:hAnsi="Arial" w:cs="Arial"/>
              </w:rPr>
              <w:br/>
              <w:t xml:space="preserve">d) </w:t>
            </w:r>
            <w:proofErr w:type="spellStart"/>
            <w:r w:rsidRPr="00806EFC">
              <w:rPr>
                <w:rFonts w:ascii="Arial" w:hAnsi="Arial" w:cs="Arial"/>
              </w:rPr>
              <w:t>seguire</w:t>
            </w:r>
            <w:proofErr w:type="spellEnd"/>
            <w:r w:rsidRPr="00806EFC">
              <w:rPr>
                <w:rFonts w:ascii="Arial" w:hAnsi="Arial" w:cs="Arial"/>
              </w:rPr>
              <w:t xml:space="preserve"> le </w:t>
            </w:r>
            <w:proofErr w:type="spellStart"/>
            <w:r w:rsidRPr="00806EFC">
              <w:rPr>
                <w:rFonts w:ascii="Arial" w:hAnsi="Arial" w:cs="Arial"/>
              </w:rPr>
              <w:t>istruzioni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contenimento</w:t>
            </w:r>
            <w:proofErr w:type="spellEnd"/>
            <w:r w:rsidRPr="00806EFC">
              <w:rPr>
                <w:rFonts w:ascii="Arial" w:hAnsi="Arial" w:cs="Arial"/>
              </w:rPr>
              <w:t xml:space="preserve"> (es. </w:t>
            </w:r>
            <w:proofErr w:type="spellStart"/>
            <w:r w:rsidRPr="00806EFC">
              <w:rPr>
                <w:rFonts w:ascii="Arial" w:hAnsi="Arial" w:cs="Arial"/>
              </w:rPr>
              <w:t>chiusura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sessione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raccolta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evidenze</w:t>
            </w:r>
            <w:proofErr w:type="spellEnd"/>
            <w:r w:rsidRPr="00806EFC">
              <w:rPr>
                <w:rFonts w:ascii="Arial" w:hAnsi="Arial" w:cs="Arial"/>
              </w:rPr>
              <w:t>).</w:t>
            </w:r>
            <w:r w:rsidRPr="00806EFC">
              <w:rPr>
                <w:rFonts w:ascii="Arial" w:hAnsi="Arial" w:cs="Arial"/>
              </w:rPr>
              <w:br/>
              <w:t xml:space="preserve">c) Cosa fare per </w:t>
            </w:r>
            <w:proofErr w:type="spellStart"/>
            <w:r w:rsidRPr="00806EFC">
              <w:rPr>
                <w:rFonts w:ascii="Arial" w:hAnsi="Arial" w:cs="Arial"/>
              </w:rPr>
              <w:t>lavorare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correttamente</w:t>
            </w:r>
            <w:proofErr w:type="spellEnd"/>
            <w:r w:rsidRPr="00806EFC">
              <w:rPr>
                <w:rFonts w:ascii="Arial" w:hAnsi="Arial" w:cs="Arial"/>
              </w:rPr>
              <w:t xml:space="preserve">: </w:t>
            </w:r>
            <w:proofErr w:type="spellStart"/>
            <w:r w:rsidRPr="00806EFC">
              <w:rPr>
                <w:rFonts w:ascii="Arial" w:hAnsi="Arial" w:cs="Arial"/>
              </w:rPr>
              <w:t>usare</w:t>
            </w:r>
            <w:proofErr w:type="spellEnd"/>
            <w:r w:rsidRPr="00806EFC">
              <w:rPr>
                <w:rFonts w:ascii="Arial" w:hAnsi="Arial" w:cs="Arial"/>
              </w:rPr>
              <w:t xml:space="preserve"> solo </w:t>
            </w:r>
            <w:proofErr w:type="spellStart"/>
            <w:r w:rsidRPr="00806EFC">
              <w:rPr>
                <w:rFonts w:ascii="Arial" w:hAnsi="Arial" w:cs="Arial"/>
              </w:rPr>
              <w:t>strumenti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autorizzati</w:t>
            </w:r>
            <w:proofErr w:type="spellEnd"/>
            <w:r w:rsidRPr="00806EFC">
              <w:rPr>
                <w:rFonts w:ascii="Arial" w:hAnsi="Arial" w:cs="Arial"/>
              </w:rPr>
              <w:t xml:space="preserve"> e, </w:t>
            </w:r>
            <w:proofErr w:type="spellStart"/>
            <w:r w:rsidRPr="00806EFC">
              <w:rPr>
                <w:rFonts w:ascii="Arial" w:hAnsi="Arial" w:cs="Arial"/>
              </w:rPr>
              <w:t>comunque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operare</w:t>
            </w:r>
            <w:proofErr w:type="spellEnd"/>
            <w:r w:rsidRPr="00806EFC">
              <w:rPr>
                <w:rFonts w:ascii="Arial" w:hAnsi="Arial" w:cs="Arial"/>
              </w:rPr>
              <w:t xml:space="preserve"> sempre </w:t>
            </w:r>
            <w:proofErr w:type="spellStart"/>
            <w:r w:rsidRPr="00806EFC">
              <w:rPr>
                <w:rFonts w:ascii="Arial" w:hAnsi="Arial" w:cs="Arial"/>
              </w:rPr>
              <w:t>su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contenuti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anonimizzati</w:t>
            </w:r>
            <w:proofErr w:type="spellEnd"/>
            <w:r w:rsidRPr="00806EFC">
              <w:rPr>
                <w:rFonts w:ascii="Arial" w:hAnsi="Arial" w:cs="Arial"/>
              </w:rPr>
              <w:t xml:space="preserve"> (es. “</w:t>
            </w:r>
            <w:proofErr w:type="spellStart"/>
            <w:r w:rsidRPr="00806EFC">
              <w:rPr>
                <w:rFonts w:ascii="Arial" w:hAnsi="Arial" w:cs="Arial"/>
              </w:rPr>
              <w:t>Studente</w:t>
            </w:r>
            <w:proofErr w:type="spellEnd"/>
            <w:r w:rsidRPr="00806EFC">
              <w:rPr>
                <w:rFonts w:ascii="Arial" w:hAnsi="Arial" w:cs="Arial"/>
              </w:rPr>
              <w:t xml:space="preserve"> S1”) e senza </w:t>
            </w:r>
            <w:proofErr w:type="spellStart"/>
            <w:r w:rsidRPr="00806EFC">
              <w:rPr>
                <w:rFonts w:ascii="Arial" w:hAnsi="Arial" w:cs="Arial"/>
              </w:rPr>
              <w:t>dati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particolari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</w:tr>
    </w:tbl>
    <w:p w14:paraId="62B63C2F" w14:textId="77777777" w:rsidR="00300D7F" w:rsidRPr="00806EFC" w:rsidRDefault="00300D7F">
      <w:pPr>
        <w:rPr>
          <w:rFonts w:ascii="Arial" w:hAnsi="Arial" w:cs="Arial"/>
        </w:rPr>
      </w:pPr>
    </w:p>
    <w:p w14:paraId="3BDEF1EA" w14:textId="77777777" w:rsidR="00830127" w:rsidRDefault="00830127">
      <w:pPr>
        <w:pStyle w:val="Titolo3"/>
        <w:rPr>
          <w:rFonts w:ascii="Arial" w:hAnsi="Arial" w:cs="Arial"/>
        </w:rPr>
      </w:pPr>
    </w:p>
    <w:p w14:paraId="7EABCFA2" w14:textId="77777777" w:rsidR="00830127" w:rsidRDefault="00830127">
      <w:pPr>
        <w:pStyle w:val="Titolo3"/>
        <w:rPr>
          <w:rFonts w:ascii="Arial" w:hAnsi="Arial" w:cs="Arial"/>
        </w:rPr>
      </w:pPr>
    </w:p>
    <w:p w14:paraId="3DF8FB8A" w14:textId="77777777" w:rsidR="00830127" w:rsidRDefault="00830127">
      <w:pPr>
        <w:pStyle w:val="Titolo3"/>
        <w:rPr>
          <w:rFonts w:ascii="Arial" w:hAnsi="Arial" w:cs="Arial"/>
        </w:rPr>
      </w:pPr>
    </w:p>
    <w:p w14:paraId="1527B067" w14:textId="77777777" w:rsidR="00830127" w:rsidRDefault="00830127">
      <w:pPr>
        <w:pStyle w:val="Titolo3"/>
        <w:rPr>
          <w:rFonts w:ascii="Arial" w:hAnsi="Arial" w:cs="Arial"/>
        </w:rPr>
      </w:pPr>
    </w:p>
    <w:p w14:paraId="5B5303F0" w14:textId="77777777" w:rsidR="00830127" w:rsidRPr="00830127" w:rsidRDefault="00830127" w:rsidP="00830127"/>
    <w:p w14:paraId="042FD39C" w14:textId="6AC15005" w:rsidR="00300D7F" w:rsidRDefault="00652B0C">
      <w:pPr>
        <w:pStyle w:val="Titolo3"/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Esempio</w:t>
      </w:r>
      <w:proofErr w:type="spellEnd"/>
      <w:r w:rsidRPr="00806EFC">
        <w:rPr>
          <w:rFonts w:ascii="Arial" w:hAnsi="Arial" w:cs="Arial"/>
        </w:rPr>
        <w:t xml:space="preserve"> B – </w:t>
      </w:r>
      <w:proofErr w:type="spellStart"/>
      <w:r w:rsidRPr="00806EFC">
        <w:rPr>
          <w:rFonts w:ascii="Arial" w:hAnsi="Arial" w:cs="Arial"/>
        </w:rPr>
        <w:t>Strumento</w:t>
      </w:r>
      <w:proofErr w:type="spellEnd"/>
      <w:r w:rsidRPr="00806EFC">
        <w:rPr>
          <w:rFonts w:ascii="Arial" w:hAnsi="Arial" w:cs="Arial"/>
        </w:rPr>
        <w:t xml:space="preserve"> di “</w:t>
      </w:r>
      <w:proofErr w:type="spellStart"/>
      <w:r w:rsidRPr="00806EFC">
        <w:rPr>
          <w:rFonts w:ascii="Arial" w:hAnsi="Arial" w:cs="Arial"/>
        </w:rPr>
        <w:t>correzione</w:t>
      </w:r>
      <w:proofErr w:type="spellEnd"/>
      <w:r w:rsidRPr="00806EFC">
        <w:rPr>
          <w:rFonts w:ascii="Arial" w:hAnsi="Arial" w:cs="Arial"/>
        </w:rPr>
        <w:t>/</w:t>
      </w:r>
      <w:proofErr w:type="spellStart"/>
      <w:r w:rsidRPr="00806EFC">
        <w:rPr>
          <w:rFonts w:ascii="Arial" w:hAnsi="Arial" w:cs="Arial"/>
        </w:rPr>
        <w:t>scrittura</w:t>
      </w:r>
      <w:proofErr w:type="spellEnd"/>
      <w:r w:rsidRPr="00806EFC">
        <w:rPr>
          <w:rFonts w:ascii="Arial" w:hAnsi="Arial" w:cs="Arial"/>
        </w:rPr>
        <w:t xml:space="preserve">” </w:t>
      </w:r>
      <w:proofErr w:type="spellStart"/>
      <w:r w:rsidRPr="00806EFC">
        <w:rPr>
          <w:rFonts w:ascii="Arial" w:hAnsi="Arial" w:cs="Arial"/>
        </w:rPr>
        <w:t>che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dichiara</w:t>
      </w:r>
      <w:proofErr w:type="spellEnd"/>
      <w:r w:rsidRPr="00806EFC">
        <w:rPr>
          <w:rFonts w:ascii="Arial" w:hAnsi="Arial" w:cs="Arial"/>
        </w:rPr>
        <w:t xml:space="preserve"> di </w:t>
      </w:r>
      <w:proofErr w:type="spellStart"/>
      <w:r w:rsidRPr="00806EFC">
        <w:rPr>
          <w:rFonts w:ascii="Arial" w:hAnsi="Arial" w:cs="Arial"/>
        </w:rPr>
        <w:t>usare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testi</w:t>
      </w:r>
      <w:proofErr w:type="spellEnd"/>
      <w:r w:rsidRPr="00806EFC">
        <w:rPr>
          <w:rFonts w:ascii="Arial" w:hAnsi="Arial" w:cs="Arial"/>
        </w:rPr>
        <w:t xml:space="preserve"> per </w:t>
      </w:r>
      <w:proofErr w:type="spellStart"/>
      <w:r w:rsidRPr="00806EFC">
        <w:rPr>
          <w:rFonts w:ascii="Arial" w:hAnsi="Arial" w:cs="Arial"/>
        </w:rPr>
        <w:t>migliorare</w:t>
      </w:r>
      <w:proofErr w:type="spellEnd"/>
      <w:r w:rsidRPr="00806EFC">
        <w:rPr>
          <w:rFonts w:ascii="Arial" w:hAnsi="Arial" w:cs="Arial"/>
        </w:rPr>
        <w:t xml:space="preserve"> il </w:t>
      </w:r>
      <w:proofErr w:type="spellStart"/>
      <w:r w:rsidRPr="00806EFC">
        <w:rPr>
          <w:rFonts w:ascii="Arial" w:hAnsi="Arial" w:cs="Arial"/>
        </w:rPr>
        <w:t>servizio</w:t>
      </w:r>
      <w:proofErr w:type="spellEnd"/>
      <w:r w:rsidRPr="00806EFC">
        <w:rPr>
          <w:rFonts w:ascii="Arial" w:hAnsi="Arial" w:cs="Arial"/>
        </w:rPr>
        <w:t>/</w:t>
      </w:r>
      <w:proofErr w:type="spellStart"/>
      <w:r w:rsidRPr="00806EFC">
        <w:rPr>
          <w:rFonts w:ascii="Arial" w:hAnsi="Arial" w:cs="Arial"/>
        </w:rPr>
        <w:t>modello</w:t>
      </w:r>
      <w:proofErr w:type="spellEnd"/>
    </w:p>
    <w:p w14:paraId="03985905" w14:textId="77777777" w:rsidR="00ED34BC" w:rsidRPr="00ED34BC" w:rsidRDefault="00ED34BC" w:rsidP="00ED34BC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14"/>
      </w:tblGrid>
      <w:tr w:rsidR="00405058" w:rsidRPr="00806EFC" w14:paraId="6D358E0D" w14:textId="77777777">
        <w:trPr>
          <w:jc w:val="center"/>
        </w:trPr>
        <w:tc>
          <w:tcPr>
            <w:tcW w:w="4252" w:type="dxa"/>
            <w:shd w:val="clear" w:color="auto" w:fill="FDE9D9"/>
          </w:tcPr>
          <w:p w14:paraId="39D5B6CD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  <w:b/>
                <w:color w:val="F79646"/>
              </w:rPr>
              <w:t>Rischio</w:t>
            </w:r>
            <w:proofErr w:type="spellEnd"/>
          </w:p>
        </w:tc>
        <w:tc>
          <w:tcPr>
            <w:tcW w:w="4819" w:type="dxa"/>
            <w:shd w:val="clear" w:color="auto" w:fill="FDE9D9"/>
          </w:tcPr>
          <w:p w14:paraId="56D2B9FA" w14:textId="77777777" w:rsidR="0078045C" w:rsidRPr="00806EFC" w:rsidRDefault="00806EF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  <w:b/>
                <w:color w:val="F79646"/>
              </w:rPr>
              <w:t>Cosa fare</w:t>
            </w:r>
          </w:p>
        </w:tc>
      </w:tr>
      <w:tr w:rsidR="00405058" w:rsidRPr="00806EFC" w14:paraId="5058B65A" w14:textId="77777777">
        <w:trPr>
          <w:jc w:val="center"/>
        </w:trPr>
        <w:tc>
          <w:tcPr>
            <w:tcW w:w="4819" w:type="dxa"/>
            <w:shd w:val="clear" w:color="auto" w:fill="FDE9D9"/>
          </w:tcPr>
          <w:p w14:paraId="3A976795" w14:textId="77777777" w:rsidR="00300D7F" w:rsidRPr="00806EFC" w:rsidRDefault="00652B0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 xml:space="preserve">a) </w:t>
            </w:r>
            <w:proofErr w:type="spellStart"/>
            <w:r w:rsidRPr="00806EFC">
              <w:rPr>
                <w:rFonts w:ascii="Arial" w:hAnsi="Arial" w:cs="Arial"/>
              </w:rPr>
              <w:t>Rischio</w:t>
            </w:r>
            <w:proofErr w:type="spellEnd"/>
            <w:r w:rsidRPr="00806EFC">
              <w:rPr>
                <w:rFonts w:ascii="Arial" w:hAnsi="Arial" w:cs="Arial"/>
              </w:rPr>
              <w:t xml:space="preserve">: </w:t>
            </w:r>
            <w:proofErr w:type="spellStart"/>
            <w:r w:rsidRPr="00806EFC">
              <w:rPr>
                <w:rFonts w:ascii="Arial" w:hAnsi="Arial" w:cs="Arial"/>
              </w:rPr>
              <w:t>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temi</w:t>
            </w:r>
            <w:proofErr w:type="spellEnd"/>
            <w:r w:rsidRPr="00806EFC">
              <w:rPr>
                <w:rFonts w:ascii="Arial" w:hAnsi="Arial" w:cs="Arial"/>
              </w:rPr>
              <w:t>/</w:t>
            </w:r>
            <w:proofErr w:type="spellStart"/>
            <w:r w:rsidRPr="00806EFC">
              <w:rPr>
                <w:rFonts w:ascii="Arial" w:hAnsi="Arial" w:cs="Arial"/>
              </w:rPr>
              <w:t>elaborati</w:t>
            </w:r>
            <w:proofErr w:type="spellEnd"/>
            <w:r w:rsidRPr="00806EFC">
              <w:rPr>
                <w:rFonts w:ascii="Arial" w:hAnsi="Arial" w:cs="Arial"/>
              </w:rPr>
              <w:t xml:space="preserve"> o </w:t>
            </w:r>
            <w:proofErr w:type="spellStart"/>
            <w:r w:rsidRPr="00806EFC">
              <w:rPr>
                <w:rFonts w:ascii="Arial" w:hAnsi="Arial" w:cs="Arial"/>
              </w:rPr>
              <w:t>documenti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lavoro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possono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essere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riutilizzati</w:t>
            </w:r>
            <w:proofErr w:type="spellEnd"/>
            <w:r w:rsidRPr="00806EFC">
              <w:rPr>
                <w:rFonts w:ascii="Arial" w:hAnsi="Arial" w:cs="Arial"/>
              </w:rPr>
              <w:t xml:space="preserve"> dal </w:t>
            </w:r>
            <w:proofErr w:type="spellStart"/>
            <w:r w:rsidRPr="00806EFC">
              <w:rPr>
                <w:rFonts w:ascii="Arial" w:hAnsi="Arial" w:cs="Arial"/>
              </w:rPr>
              <w:t>fornitore</w:t>
            </w:r>
            <w:proofErr w:type="spellEnd"/>
            <w:r w:rsidRPr="00806EFC">
              <w:rPr>
                <w:rFonts w:ascii="Arial" w:hAnsi="Arial" w:cs="Arial"/>
              </w:rPr>
              <w:t xml:space="preserve"> (</w:t>
            </w:r>
            <w:proofErr w:type="spellStart"/>
            <w:r w:rsidRPr="00806EFC">
              <w:rPr>
                <w:rFonts w:ascii="Arial" w:hAnsi="Arial" w:cs="Arial"/>
              </w:rPr>
              <w:t>finalità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proprie</w:t>
            </w:r>
            <w:proofErr w:type="spellEnd"/>
            <w:r w:rsidRPr="00806EFC">
              <w:rPr>
                <w:rFonts w:ascii="Arial" w:hAnsi="Arial" w:cs="Arial"/>
              </w:rPr>
              <w:t xml:space="preserve">). In </w:t>
            </w:r>
            <w:proofErr w:type="spellStart"/>
            <w:r w:rsidRPr="00806EFC">
              <w:rPr>
                <w:rFonts w:ascii="Arial" w:hAnsi="Arial" w:cs="Arial"/>
              </w:rPr>
              <w:t>questo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caso</w:t>
            </w:r>
            <w:proofErr w:type="spellEnd"/>
            <w:r w:rsidRPr="00806EFC">
              <w:rPr>
                <w:rFonts w:ascii="Arial" w:hAnsi="Arial" w:cs="Arial"/>
              </w:rPr>
              <w:t xml:space="preserve"> lo </w:t>
            </w:r>
            <w:proofErr w:type="spellStart"/>
            <w:r w:rsidRPr="00806EFC">
              <w:rPr>
                <w:rFonts w:ascii="Arial" w:hAnsi="Arial" w:cs="Arial"/>
              </w:rPr>
              <w:t>strumento</w:t>
            </w:r>
            <w:proofErr w:type="spellEnd"/>
            <w:r w:rsidRPr="00806EFC">
              <w:rPr>
                <w:rFonts w:ascii="Arial" w:hAnsi="Arial" w:cs="Arial"/>
              </w:rPr>
              <w:t xml:space="preserve"> non è </w:t>
            </w:r>
            <w:proofErr w:type="spellStart"/>
            <w:r w:rsidRPr="00806EFC">
              <w:rPr>
                <w:rFonts w:ascii="Arial" w:hAnsi="Arial" w:cs="Arial"/>
              </w:rPr>
              <w:t>idoneo</w:t>
            </w:r>
            <w:proofErr w:type="spellEnd"/>
            <w:r w:rsidRPr="00806EFC">
              <w:rPr>
                <w:rFonts w:ascii="Arial" w:hAnsi="Arial" w:cs="Arial"/>
              </w:rPr>
              <w:t xml:space="preserve"> per </w:t>
            </w:r>
            <w:proofErr w:type="spellStart"/>
            <w:r w:rsidRPr="00806EFC">
              <w:rPr>
                <w:rFonts w:ascii="Arial" w:hAnsi="Arial" w:cs="Arial"/>
              </w:rPr>
              <w:t>dati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della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scuola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  <w:tc>
          <w:tcPr>
            <w:tcW w:w="4819" w:type="dxa"/>
            <w:shd w:val="clear" w:color="auto" w:fill="FDE9D9"/>
          </w:tcPr>
          <w:p w14:paraId="5D6D9778" w14:textId="77777777" w:rsidR="00300D7F" w:rsidRPr="00806EFC" w:rsidRDefault="00652B0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>b) Cosa fare:</w:t>
            </w:r>
            <w:r w:rsidRPr="00806EFC">
              <w:rPr>
                <w:rFonts w:ascii="Arial" w:hAnsi="Arial" w:cs="Arial"/>
              </w:rPr>
              <w:br/>
              <w:t xml:space="preserve">a) non </w:t>
            </w:r>
            <w:proofErr w:type="spellStart"/>
            <w:r w:rsidRPr="00806EFC">
              <w:rPr>
                <w:rFonts w:ascii="Arial" w:hAnsi="Arial" w:cs="Arial"/>
              </w:rPr>
              <w:t>utilizzare</w:t>
            </w:r>
            <w:proofErr w:type="spellEnd"/>
            <w:r w:rsidRPr="00806EFC">
              <w:rPr>
                <w:rFonts w:ascii="Arial" w:hAnsi="Arial" w:cs="Arial"/>
              </w:rPr>
              <w:t xml:space="preserve"> lo </w:t>
            </w:r>
            <w:proofErr w:type="spellStart"/>
            <w:r w:rsidRPr="00806EFC">
              <w:rPr>
                <w:rFonts w:ascii="Arial" w:hAnsi="Arial" w:cs="Arial"/>
              </w:rPr>
              <w:t>strumento</w:t>
            </w:r>
            <w:proofErr w:type="spellEnd"/>
            <w:r w:rsidRPr="00806EFC">
              <w:rPr>
                <w:rFonts w:ascii="Arial" w:hAnsi="Arial" w:cs="Arial"/>
              </w:rPr>
              <w:t xml:space="preserve"> con </w:t>
            </w:r>
            <w:proofErr w:type="spellStart"/>
            <w:r w:rsidRPr="00806EFC">
              <w:rPr>
                <w:rFonts w:ascii="Arial" w:hAnsi="Arial" w:cs="Arial"/>
              </w:rPr>
              <w:t>elaborati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reali</w:t>
            </w:r>
            <w:proofErr w:type="spellEnd"/>
            <w:r w:rsidRPr="00806EFC">
              <w:rPr>
                <w:rFonts w:ascii="Arial" w:hAnsi="Arial" w:cs="Arial"/>
              </w:rPr>
              <w:t xml:space="preserve"> o </w:t>
            </w:r>
            <w:proofErr w:type="spellStart"/>
            <w:r w:rsidRPr="00806EFC">
              <w:rPr>
                <w:rFonts w:ascii="Arial" w:hAnsi="Arial" w:cs="Arial"/>
              </w:rPr>
              <w:t>documenti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scolastici</w:t>
            </w:r>
            <w:proofErr w:type="spellEnd"/>
            <w:r w:rsidRPr="00806EFC">
              <w:rPr>
                <w:rFonts w:ascii="Arial" w:hAnsi="Arial" w:cs="Arial"/>
              </w:rPr>
              <w:t>;</w:t>
            </w:r>
            <w:r w:rsidRPr="00806EFC">
              <w:rPr>
                <w:rFonts w:ascii="Arial" w:hAnsi="Arial" w:cs="Arial"/>
              </w:rPr>
              <w:br/>
              <w:t xml:space="preserve">b) </w:t>
            </w:r>
            <w:proofErr w:type="spellStart"/>
            <w:r w:rsidRPr="00806EFC">
              <w:rPr>
                <w:rFonts w:ascii="Arial" w:hAnsi="Arial" w:cs="Arial"/>
              </w:rPr>
              <w:t>richiedere</w:t>
            </w:r>
            <w:proofErr w:type="spellEnd"/>
            <w:r w:rsidRPr="00806EFC">
              <w:rPr>
                <w:rFonts w:ascii="Arial" w:hAnsi="Arial" w:cs="Arial"/>
              </w:rPr>
              <w:t>/</w:t>
            </w:r>
            <w:proofErr w:type="spellStart"/>
            <w:r w:rsidRPr="00806EFC">
              <w:rPr>
                <w:rFonts w:ascii="Arial" w:hAnsi="Arial" w:cs="Arial"/>
              </w:rPr>
              <w:t>valutare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una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versione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istituzionale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che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preveda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controllo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amministrativo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opzioni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esclusione</w:t>
            </w:r>
            <w:proofErr w:type="spellEnd"/>
            <w:r w:rsidRPr="00806EFC">
              <w:rPr>
                <w:rFonts w:ascii="Arial" w:hAnsi="Arial" w:cs="Arial"/>
              </w:rPr>
              <w:t xml:space="preserve"> dal training e </w:t>
            </w:r>
            <w:proofErr w:type="spellStart"/>
            <w:r w:rsidRPr="00806EFC">
              <w:rPr>
                <w:rFonts w:ascii="Arial" w:hAnsi="Arial" w:cs="Arial"/>
              </w:rPr>
              <w:t>accordi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adeguati</w:t>
            </w:r>
            <w:proofErr w:type="spellEnd"/>
            <w:r w:rsidRPr="00806EFC">
              <w:rPr>
                <w:rFonts w:ascii="Arial" w:hAnsi="Arial" w:cs="Arial"/>
              </w:rPr>
              <w:t>;</w:t>
            </w:r>
            <w:r w:rsidRPr="00806EFC">
              <w:rPr>
                <w:rFonts w:ascii="Arial" w:hAnsi="Arial" w:cs="Arial"/>
              </w:rPr>
              <w:br/>
              <w:t xml:space="preserve">c) in </w:t>
            </w:r>
            <w:proofErr w:type="spellStart"/>
            <w:r w:rsidRPr="00806EFC">
              <w:rPr>
                <w:rFonts w:ascii="Arial" w:hAnsi="Arial" w:cs="Arial"/>
              </w:rPr>
              <w:t>assenza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tali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garanzie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consentire</w:t>
            </w:r>
            <w:proofErr w:type="spellEnd"/>
            <w:r w:rsidRPr="00806EFC">
              <w:rPr>
                <w:rFonts w:ascii="Arial" w:hAnsi="Arial" w:cs="Arial"/>
              </w:rPr>
              <w:t xml:space="preserve"> solo </w:t>
            </w:r>
            <w:proofErr w:type="spellStart"/>
            <w:r w:rsidRPr="00806EFC">
              <w:rPr>
                <w:rFonts w:ascii="Arial" w:hAnsi="Arial" w:cs="Arial"/>
              </w:rPr>
              <w:t>uso</w:t>
            </w:r>
            <w:proofErr w:type="spellEnd"/>
            <w:r w:rsidRPr="00806EFC">
              <w:rPr>
                <w:rFonts w:ascii="Arial" w:hAnsi="Arial" w:cs="Arial"/>
              </w:rPr>
              <w:t xml:space="preserve"> con </w:t>
            </w:r>
            <w:proofErr w:type="spellStart"/>
            <w:r w:rsidRPr="00806EFC">
              <w:rPr>
                <w:rFonts w:ascii="Arial" w:hAnsi="Arial" w:cs="Arial"/>
              </w:rPr>
              <w:t>testi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generici</w:t>
            </w:r>
            <w:proofErr w:type="spellEnd"/>
            <w:r w:rsidRPr="00806EFC">
              <w:rPr>
                <w:rFonts w:ascii="Arial" w:hAnsi="Arial" w:cs="Arial"/>
              </w:rPr>
              <w:t xml:space="preserve"> o </w:t>
            </w:r>
            <w:proofErr w:type="spellStart"/>
            <w:r w:rsidRPr="00806EFC">
              <w:rPr>
                <w:rFonts w:ascii="Arial" w:hAnsi="Arial" w:cs="Arial"/>
              </w:rPr>
              <w:t>completamente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anonimi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</w:tr>
    </w:tbl>
    <w:p w14:paraId="3B44B464" w14:textId="77777777" w:rsidR="00300D7F" w:rsidRPr="00806EFC" w:rsidRDefault="00300D7F">
      <w:pPr>
        <w:rPr>
          <w:rFonts w:ascii="Arial" w:hAnsi="Arial" w:cs="Arial"/>
        </w:rPr>
      </w:pPr>
    </w:p>
    <w:p w14:paraId="55C925C9" w14:textId="77777777" w:rsidR="00300D7F" w:rsidRDefault="00652B0C">
      <w:pPr>
        <w:pStyle w:val="Titolo3"/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Esempio</w:t>
      </w:r>
      <w:proofErr w:type="spellEnd"/>
      <w:r w:rsidRPr="00806EFC">
        <w:rPr>
          <w:rFonts w:ascii="Arial" w:hAnsi="Arial" w:cs="Arial"/>
        </w:rPr>
        <w:t xml:space="preserve"> C – </w:t>
      </w:r>
      <w:proofErr w:type="spellStart"/>
      <w:r w:rsidRPr="00806EFC">
        <w:rPr>
          <w:rFonts w:ascii="Arial" w:hAnsi="Arial" w:cs="Arial"/>
        </w:rPr>
        <w:t>Attività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didattica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che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richiede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l’accesso</w:t>
      </w:r>
      <w:proofErr w:type="spellEnd"/>
      <w:r w:rsidRPr="00806EFC">
        <w:rPr>
          <w:rFonts w:ascii="Arial" w:hAnsi="Arial" w:cs="Arial"/>
        </w:rPr>
        <w:t xml:space="preserve"> a YouTube/Maps/Search con account </w:t>
      </w:r>
      <w:proofErr w:type="spellStart"/>
      <w:r w:rsidRPr="00806EFC">
        <w:rPr>
          <w:rFonts w:ascii="Arial" w:hAnsi="Arial" w:cs="Arial"/>
        </w:rPr>
        <w:t>personale</w:t>
      </w:r>
      <w:proofErr w:type="spellEnd"/>
    </w:p>
    <w:p w14:paraId="21A4B3D1" w14:textId="77777777" w:rsidR="00ED34BC" w:rsidRPr="00ED34BC" w:rsidRDefault="00ED34BC" w:rsidP="00ED34BC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13"/>
        <w:gridCol w:w="4815"/>
      </w:tblGrid>
      <w:tr w:rsidR="00405058" w:rsidRPr="00806EFC" w14:paraId="2CE8BF4A" w14:textId="77777777">
        <w:trPr>
          <w:jc w:val="center"/>
        </w:trPr>
        <w:tc>
          <w:tcPr>
            <w:tcW w:w="4252" w:type="dxa"/>
            <w:shd w:val="clear" w:color="auto" w:fill="FDE9D9"/>
          </w:tcPr>
          <w:p w14:paraId="20BB7879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  <w:b/>
                <w:color w:val="F79646"/>
              </w:rPr>
              <w:t>Rischio</w:t>
            </w:r>
            <w:proofErr w:type="spellEnd"/>
          </w:p>
        </w:tc>
        <w:tc>
          <w:tcPr>
            <w:tcW w:w="4819" w:type="dxa"/>
            <w:shd w:val="clear" w:color="auto" w:fill="FDE9D9"/>
          </w:tcPr>
          <w:p w14:paraId="53097560" w14:textId="77777777" w:rsidR="0078045C" w:rsidRPr="00806EFC" w:rsidRDefault="00806EF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  <w:b/>
                <w:color w:val="F79646"/>
              </w:rPr>
              <w:t>Cosa fare</w:t>
            </w:r>
          </w:p>
        </w:tc>
      </w:tr>
      <w:tr w:rsidR="00405058" w:rsidRPr="00806EFC" w14:paraId="42077C95" w14:textId="77777777">
        <w:trPr>
          <w:jc w:val="center"/>
        </w:trPr>
        <w:tc>
          <w:tcPr>
            <w:tcW w:w="4819" w:type="dxa"/>
            <w:shd w:val="clear" w:color="auto" w:fill="FDE9D9"/>
          </w:tcPr>
          <w:p w14:paraId="77FF446F" w14:textId="77777777" w:rsidR="00300D7F" w:rsidRPr="00806EFC" w:rsidRDefault="00652B0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 xml:space="preserve">a) </w:t>
            </w:r>
            <w:proofErr w:type="spellStart"/>
            <w:r w:rsidRPr="00806EFC">
              <w:rPr>
                <w:rFonts w:ascii="Arial" w:hAnsi="Arial" w:cs="Arial"/>
              </w:rPr>
              <w:t>Rischio</w:t>
            </w:r>
            <w:proofErr w:type="spellEnd"/>
            <w:r w:rsidRPr="00806EFC">
              <w:rPr>
                <w:rFonts w:ascii="Arial" w:hAnsi="Arial" w:cs="Arial"/>
              </w:rPr>
              <w:t xml:space="preserve">: </w:t>
            </w:r>
            <w:proofErr w:type="spellStart"/>
            <w:r w:rsidRPr="00806EFC">
              <w:rPr>
                <w:rFonts w:ascii="Arial" w:hAnsi="Arial" w:cs="Arial"/>
              </w:rPr>
              <w:t>tracciamento</w:t>
            </w:r>
            <w:proofErr w:type="spellEnd"/>
            <w:r w:rsidRPr="00806EFC">
              <w:rPr>
                <w:rFonts w:ascii="Arial" w:hAnsi="Arial" w:cs="Arial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</w:rPr>
              <w:t>raccolta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dati</w:t>
            </w:r>
            <w:proofErr w:type="spellEnd"/>
            <w:r w:rsidRPr="00806EFC">
              <w:rPr>
                <w:rFonts w:ascii="Arial" w:hAnsi="Arial" w:cs="Arial"/>
              </w:rPr>
              <w:t xml:space="preserve"> in </w:t>
            </w:r>
            <w:proofErr w:type="spellStart"/>
            <w:r w:rsidRPr="00806EFC">
              <w:rPr>
                <w:rFonts w:ascii="Arial" w:hAnsi="Arial" w:cs="Arial"/>
              </w:rPr>
              <w:t>ambito</w:t>
            </w:r>
            <w:proofErr w:type="spellEnd"/>
            <w:r w:rsidRPr="00806EFC">
              <w:rPr>
                <w:rFonts w:ascii="Arial" w:hAnsi="Arial" w:cs="Arial"/>
              </w:rPr>
              <w:t xml:space="preserve"> “consumer”, </w:t>
            </w:r>
            <w:proofErr w:type="spellStart"/>
            <w:r w:rsidRPr="00806EFC">
              <w:rPr>
                <w:rFonts w:ascii="Arial" w:hAnsi="Arial" w:cs="Arial"/>
              </w:rPr>
              <w:t>mancanza</w:t>
            </w:r>
            <w:proofErr w:type="spellEnd"/>
            <w:r w:rsidRPr="00806EFC">
              <w:rPr>
                <w:rFonts w:ascii="Arial" w:hAnsi="Arial" w:cs="Arial"/>
              </w:rPr>
              <w:t xml:space="preserve"> di governance </w:t>
            </w:r>
            <w:proofErr w:type="spellStart"/>
            <w:r w:rsidRPr="00806EFC">
              <w:rPr>
                <w:rFonts w:ascii="Arial" w:hAnsi="Arial" w:cs="Arial"/>
              </w:rPr>
              <w:t>dell’Istituto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  <w:tc>
          <w:tcPr>
            <w:tcW w:w="4819" w:type="dxa"/>
            <w:shd w:val="clear" w:color="auto" w:fill="FDE9D9"/>
          </w:tcPr>
          <w:p w14:paraId="16F14C44" w14:textId="77777777" w:rsidR="00300D7F" w:rsidRPr="00806EFC" w:rsidRDefault="00652B0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>b) Cosa fare:</w:t>
            </w:r>
            <w:r w:rsidRPr="00806EFC">
              <w:rPr>
                <w:rFonts w:ascii="Arial" w:hAnsi="Arial" w:cs="Arial"/>
              </w:rPr>
              <w:br/>
              <w:t xml:space="preserve">a) </w:t>
            </w:r>
            <w:proofErr w:type="spellStart"/>
            <w:r w:rsidRPr="00806EFC">
              <w:rPr>
                <w:rFonts w:ascii="Arial" w:hAnsi="Arial" w:cs="Arial"/>
              </w:rPr>
              <w:t>evitare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richiedere</w:t>
            </w:r>
            <w:proofErr w:type="spellEnd"/>
            <w:r w:rsidRPr="00806EFC">
              <w:rPr>
                <w:rFonts w:ascii="Arial" w:hAnsi="Arial" w:cs="Arial"/>
              </w:rPr>
              <w:t>/</w:t>
            </w:r>
            <w:proofErr w:type="spellStart"/>
            <w:r w:rsidRPr="00806EFC">
              <w:rPr>
                <w:rFonts w:ascii="Arial" w:hAnsi="Arial" w:cs="Arial"/>
              </w:rPr>
              <w:t>condizionare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l’attività</w:t>
            </w:r>
            <w:proofErr w:type="spellEnd"/>
            <w:r w:rsidRPr="00806EFC">
              <w:rPr>
                <w:rFonts w:ascii="Arial" w:hAnsi="Arial" w:cs="Arial"/>
              </w:rPr>
              <w:t xml:space="preserve"> al login con account </w:t>
            </w:r>
            <w:proofErr w:type="spellStart"/>
            <w:r w:rsidRPr="00806EFC">
              <w:rPr>
                <w:rFonts w:ascii="Arial" w:hAnsi="Arial" w:cs="Arial"/>
              </w:rPr>
              <w:t>personale</w:t>
            </w:r>
            <w:proofErr w:type="spellEnd"/>
            <w:r w:rsidRPr="00806EFC">
              <w:rPr>
                <w:rFonts w:ascii="Arial" w:hAnsi="Arial" w:cs="Arial"/>
              </w:rPr>
              <w:t>;</w:t>
            </w:r>
            <w:r w:rsidRPr="00806EFC">
              <w:rPr>
                <w:rFonts w:ascii="Arial" w:hAnsi="Arial" w:cs="Arial"/>
              </w:rPr>
              <w:br/>
              <w:t xml:space="preserve">b) </w:t>
            </w:r>
            <w:proofErr w:type="spellStart"/>
            <w:r w:rsidRPr="00806EFC">
              <w:rPr>
                <w:rFonts w:ascii="Arial" w:hAnsi="Arial" w:cs="Arial"/>
              </w:rPr>
              <w:t>preferire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fruizione</w:t>
            </w:r>
            <w:proofErr w:type="spellEnd"/>
            <w:r w:rsidRPr="00806EFC">
              <w:rPr>
                <w:rFonts w:ascii="Arial" w:hAnsi="Arial" w:cs="Arial"/>
              </w:rPr>
              <w:t xml:space="preserve"> senza account (</w:t>
            </w:r>
            <w:proofErr w:type="spellStart"/>
            <w:r w:rsidRPr="00806EFC">
              <w:rPr>
                <w:rFonts w:ascii="Arial" w:hAnsi="Arial" w:cs="Arial"/>
              </w:rPr>
              <w:t>quando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possibile</w:t>
            </w:r>
            <w:proofErr w:type="spellEnd"/>
            <w:r w:rsidRPr="00806EFC">
              <w:rPr>
                <w:rFonts w:ascii="Arial" w:hAnsi="Arial" w:cs="Arial"/>
              </w:rPr>
              <w:t xml:space="preserve">) e con </w:t>
            </w:r>
            <w:proofErr w:type="spellStart"/>
            <w:r w:rsidRPr="00806EFC">
              <w:rPr>
                <w:rFonts w:ascii="Arial" w:hAnsi="Arial" w:cs="Arial"/>
              </w:rPr>
              <w:t>impostazioni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che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minimizzano</w:t>
            </w:r>
            <w:proofErr w:type="spellEnd"/>
            <w:r w:rsidRPr="00806EFC">
              <w:rPr>
                <w:rFonts w:ascii="Arial" w:hAnsi="Arial" w:cs="Arial"/>
              </w:rPr>
              <w:t xml:space="preserve"> la </w:t>
            </w:r>
            <w:proofErr w:type="spellStart"/>
            <w:r w:rsidRPr="00806EFC">
              <w:rPr>
                <w:rFonts w:ascii="Arial" w:hAnsi="Arial" w:cs="Arial"/>
              </w:rPr>
              <w:t>personalizzazione</w:t>
            </w:r>
            <w:proofErr w:type="spellEnd"/>
            <w:r w:rsidRPr="00806EFC">
              <w:rPr>
                <w:rFonts w:ascii="Arial" w:hAnsi="Arial" w:cs="Arial"/>
              </w:rPr>
              <w:t>;</w:t>
            </w:r>
            <w:r w:rsidRPr="00806EFC">
              <w:rPr>
                <w:rFonts w:ascii="Arial" w:hAnsi="Arial" w:cs="Arial"/>
              </w:rPr>
              <w:br/>
              <w:t xml:space="preserve">c) </w:t>
            </w:r>
            <w:proofErr w:type="spellStart"/>
            <w:r w:rsidRPr="00806EFC">
              <w:rPr>
                <w:rFonts w:ascii="Arial" w:hAnsi="Arial" w:cs="Arial"/>
              </w:rPr>
              <w:t>prevedere</w:t>
            </w:r>
            <w:proofErr w:type="spellEnd"/>
            <w:r w:rsidRPr="00806EFC">
              <w:rPr>
                <w:rFonts w:ascii="Arial" w:hAnsi="Arial" w:cs="Arial"/>
              </w:rPr>
              <w:t xml:space="preserve"> alternative </w:t>
            </w:r>
            <w:proofErr w:type="spellStart"/>
            <w:r w:rsidRPr="00806EFC">
              <w:rPr>
                <w:rFonts w:ascii="Arial" w:hAnsi="Arial" w:cs="Arial"/>
              </w:rPr>
              <w:t>equivalenti</w:t>
            </w:r>
            <w:proofErr w:type="spellEnd"/>
            <w:r w:rsidRPr="00806EFC">
              <w:rPr>
                <w:rFonts w:ascii="Arial" w:hAnsi="Arial" w:cs="Arial"/>
              </w:rPr>
              <w:t xml:space="preserve"> per chi non </w:t>
            </w:r>
            <w:proofErr w:type="spellStart"/>
            <w:r w:rsidRPr="00806EFC">
              <w:rPr>
                <w:rFonts w:ascii="Arial" w:hAnsi="Arial" w:cs="Arial"/>
              </w:rPr>
              <w:t>intende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usare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servizi</w:t>
            </w:r>
            <w:proofErr w:type="spellEnd"/>
            <w:r w:rsidRPr="00806EFC">
              <w:rPr>
                <w:rFonts w:ascii="Arial" w:hAnsi="Arial" w:cs="Arial"/>
              </w:rPr>
              <w:t xml:space="preserve"> consumer.</w:t>
            </w:r>
          </w:p>
        </w:tc>
      </w:tr>
    </w:tbl>
    <w:p w14:paraId="12784C3E" w14:textId="77777777" w:rsidR="00300D7F" w:rsidRPr="00806EFC" w:rsidRDefault="00300D7F">
      <w:pPr>
        <w:rPr>
          <w:rFonts w:ascii="Arial" w:hAnsi="Arial" w:cs="Arial"/>
        </w:rPr>
      </w:pPr>
    </w:p>
    <w:p w14:paraId="2C11A2C4" w14:textId="77777777" w:rsidR="00300D7F" w:rsidRDefault="00652B0C">
      <w:pPr>
        <w:pStyle w:val="Titolo3"/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Esempio</w:t>
      </w:r>
      <w:proofErr w:type="spellEnd"/>
      <w:r w:rsidRPr="00806EFC">
        <w:rPr>
          <w:rFonts w:ascii="Arial" w:hAnsi="Arial" w:cs="Arial"/>
        </w:rPr>
        <w:t xml:space="preserve"> D – </w:t>
      </w:r>
      <w:proofErr w:type="spellStart"/>
      <w:r w:rsidRPr="00806EFC">
        <w:rPr>
          <w:rFonts w:ascii="Arial" w:hAnsi="Arial" w:cs="Arial"/>
        </w:rPr>
        <w:t>Piattaforma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che</w:t>
      </w:r>
      <w:proofErr w:type="spellEnd"/>
      <w:r w:rsidRPr="00806EFC">
        <w:rPr>
          <w:rFonts w:ascii="Arial" w:hAnsi="Arial" w:cs="Arial"/>
        </w:rPr>
        <w:t xml:space="preserve"> propone “analytics/benchmark” e </w:t>
      </w:r>
      <w:proofErr w:type="spellStart"/>
      <w:r w:rsidRPr="00806EFC">
        <w:rPr>
          <w:rFonts w:ascii="Arial" w:hAnsi="Arial" w:cs="Arial"/>
        </w:rPr>
        <w:t>chiede</w:t>
      </w:r>
      <w:proofErr w:type="spellEnd"/>
      <w:r w:rsidRPr="00806EFC">
        <w:rPr>
          <w:rFonts w:ascii="Arial" w:hAnsi="Arial" w:cs="Arial"/>
        </w:rPr>
        <w:t xml:space="preserve"> di </w:t>
      </w:r>
      <w:proofErr w:type="spellStart"/>
      <w:r w:rsidRPr="00806EFC">
        <w:rPr>
          <w:rFonts w:ascii="Arial" w:hAnsi="Arial" w:cs="Arial"/>
        </w:rPr>
        <w:t>riusare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dati</w:t>
      </w:r>
      <w:proofErr w:type="spellEnd"/>
      <w:r w:rsidRPr="00806EFC">
        <w:rPr>
          <w:rFonts w:ascii="Arial" w:hAnsi="Arial" w:cs="Arial"/>
        </w:rPr>
        <w:t xml:space="preserve"> (</w:t>
      </w:r>
      <w:proofErr w:type="spellStart"/>
      <w:r w:rsidRPr="00806EFC">
        <w:rPr>
          <w:rFonts w:ascii="Arial" w:hAnsi="Arial" w:cs="Arial"/>
        </w:rPr>
        <w:t>anche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aggregati</w:t>
      </w:r>
      <w:proofErr w:type="spellEnd"/>
      <w:r w:rsidRPr="00806EFC">
        <w:rPr>
          <w:rFonts w:ascii="Arial" w:hAnsi="Arial" w:cs="Arial"/>
        </w:rPr>
        <w:t xml:space="preserve">) per </w:t>
      </w:r>
      <w:proofErr w:type="spellStart"/>
      <w:r w:rsidRPr="00806EFC">
        <w:rPr>
          <w:rFonts w:ascii="Arial" w:hAnsi="Arial" w:cs="Arial"/>
        </w:rPr>
        <w:t>proprie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analisi</w:t>
      </w:r>
      <w:proofErr w:type="spellEnd"/>
    </w:p>
    <w:p w14:paraId="4E9D093A" w14:textId="77777777" w:rsidR="00ED34BC" w:rsidRPr="00ED34BC" w:rsidRDefault="00ED34BC" w:rsidP="00ED34BC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14"/>
      </w:tblGrid>
      <w:tr w:rsidR="00405058" w:rsidRPr="00806EFC" w14:paraId="62B5E552" w14:textId="77777777">
        <w:trPr>
          <w:jc w:val="center"/>
        </w:trPr>
        <w:tc>
          <w:tcPr>
            <w:tcW w:w="4252" w:type="dxa"/>
            <w:shd w:val="clear" w:color="auto" w:fill="FDE9D9"/>
          </w:tcPr>
          <w:p w14:paraId="3B9E148B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  <w:b/>
                <w:color w:val="F79646"/>
              </w:rPr>
              <w:t>Rischio</w:t>
            </w:r>
            <w:proofErr w:type="spellEnd"/>
          </w:p>
        </w:tc>
        <w:tc>
          <w:tcPr>
            <w:tcW w:w="4819" w:type="dxa"/>
            <w:shd w:val="clear" w:color="auto" w:fill="FDE9D9"/>
          </w:tcPr>
          <w:p w14:paraId="3A86DC15" w14:textId="77777777" w:rsidR="0078045C" w:rsidRPr="00806EFC" w:rsidRDefault="00806EF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  <w:b/>
                <w:color w:val="F79646"/>
              </w:rPr>
              <w:t>Cosa fare</w:t>
            </w:r>
          </w:p>
        </w:tc>
      </w:tr>
      <w:tr w:rsidR="00405058" w:rsidRPr="00806EFC" w14:paraId="0926E465" w14:textId="77777777">
        <w:trPr>
          <w:jc w:val="center"/>
        </w:trPr>
        <w:tc>
          <w:tcPr>
            <w:tcW w:w="4819" w:type="dxa"/>
            <w:shd w:val="clear" w:color="auto" w:fill="FDE9D9"/>
          </w:tcPr>
          <w:p w14:paraId="772B76DE" w14:textId="77777777" w:rsidR="00300D7F" w:rsidRPr="00806EFC" w:rsidRDefault="00652B0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 xml:space="preserve">a) </w:t>
            </w:r>
            <w:proofErr w:type="spellStart"/>
            <w:r w:rsidRPr="00806EFC">
              <w:rPr>
                <w:rFonts w:ascii="Arial" w:hAnsi="Arial" w:cs="Arial"/>
              </w:rPr>
              <w:t>Rischio</w:t>
            </w:r>
            <w:proofErr w:type="spellEnd"/>
            <w:r w:rsidRPr="00806EFC">
              <w:rPr>
                <w:rFonts w:ascii="Arial" w:hAnsi="Arial" w:cs="Arial"/>
              </w:rPr>
              <w:t xml:space="preserve">: </w:t>
            </w:r>
            <w:proofErr w:type="spellStart"/>
            <w:r w:rsidRPr="00806EFC">
              <w:rPr>
                <w:rFonts w:ascii="Arial" w:hAnsi="Arial" w:cs="Arial"/>
              </w:rPr>
              <w:t>comunicazione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dati</w:t>
            </w:r>
            <w:proofErr w:type="spellEnd"/>
            <w:r w:rsidRPr="00806EFC">
              <w:rPr>
                <w:rFonts w:ascii="Arial" w:hAnsi="Arial" w:cs="Arial"/>
              </w:rPr>
              <w:t xml:space="preserve"> a un </w:t>
            </w:r>
            <w:proofErr w:type="spellStart"/>
            <w:r w:rsidRPr="00806EFC">
              <w:rPr>
                <w:rFonts w:ascii="Arial" w:hAnsi="Arial" w:cs="Arial"/>
              </w:rPr>
              <w:t>soggetto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che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può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agire</w:t>
            </w:r>
            <w:proofErr w:type="spellEnd"/>
            <w:r w:rsidRPr="00806EFC">
              <w:rPr>
                <w:rFonts w:ascii="Arial" w:hAnsi="Arial" w:cs="Arial"/>
              </w:rPr>
              <w:t xml:space="preserve"> come </w:t>
            </w:r>
            <w:proofErr w:type="spellStart"/>
            <w:r w:rsidRPr="00806EFC">
              <w:rPr>
                <w:rFonts w:ascii="Arial" w:hAnsi="Arial" w:cs="Arial"/>
              </w:rPr>
              <w:t>titolare</w:t>
            </w:r>
            <w:proofErr w:type="spellEnd"/>
            <w:r w:rsidRPr="00806EFC">
              <w:rPr>
                <w:rFonts w:ascii="Arial" w:hAnsi="Arial" w:cs="Arial"/>
              </w:rPr>
              <w:t xml:space="preserve"> (o </w:t>
            </w:r>
            <w:proofErr w:type="spellStart"/>
            <w:r w:rsidRPr="00806EFC">
              <w:rPr>
                <w:rFonts w:ascii="Arial" w:hAnsi="Arial" w:cs="Arial"/>
              </w:rPr>
              <w:t>contitolare</w:t>
            </w:r>
            <w:proofErr w:type="spellEnd"/>
            <w:r w:rsidRPr="00806EFC">
              <w:rPr>
                <w:rFonts w:ascii="Arial" w:hAnsi="Arial" w:cs="Arial"/>
              </w:rPr>
              <w:t xml:space="preserve">) per </w:t>
            </w:r>
            <w:proofErr w:type="spellStart"/>
            <w:r w:rsidRPr="00806EFC">
              <w:rPr>
                <w:rFonts w:ascii="Arial" w:hAnsi="Arial" w:cs="Arial"/>
              </w:rPr>
              <w:t>finalità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proprie</w:t>
            </w:r>
            <w:proofErr w:type="spellEnd"/>
            <w:r w:rsidRPr="00806EFC">
              <w:rPr>
                <w:rFonts w:ascii="Arial" w:hAnsi="Arial" w:cs="Arial"/>
              </w:rPr>
              <w:t xml:space="preserve">; </w:t>
            </w:r>
            <w:proofErr w:type="spellStart"/>
            <w:r w:rsidRPr="00806EFC">
              <w:rPr>
                <w:rFonts w:ascii="Arial" w:hAnsi="Arial" w:cs="Arial"/>
              </w:rPr>
              <w:t>possibili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ulteriori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valutazioni</w:t>
            </w:r>
            <w:proofErr w:type="spellEnd"/>
            <w:r w:rsidRPr="00806EFC">
              <w:rPr>
                <w:rFonts w:ascii="Arial" w:hAnsi="Arial" w:cs="Arial"/>
              </w:rPr>
              <w:t xml:space="preserve"> (base </w:t>
            </w:r>
            <w:proofErr w:type="spellStart"/>
            <w:r w:rsidRPr="00806EFC">
              <w:rPr>
                <w:rFonts w:ascii="Arial" w:hAnsi="Arial" w:cs="Arial"/>
              </w:rPr>
              <w:t>giuridica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trasparenza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trasferimenti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rischio</w:t>
            </w:r>
            <w:proofErr w:type="spellEnd"/>
            <w:r w:rsidRPr="00806EFC">
              <w:rPr>
                <w:rFonts w:ascii="Arial" w:hAnsi="Arial" w:cs="Arial"/>
              </w:rPr>
              <w:t>).</w:t>
            </w:r>
          </w:p>
        </w:tc>
        <w:tc>
          <w:tcPr>
            <w:tcW w:w="4819" w:type="dxa"/>
            <w:shd w:val="clear" w:color="auto" w:fill="FDE9D9"/>
          </w:tcPr>
          <w:p w14:paraId="597C1B0F" w14:textId="77777777" w:rsidR="00300D7F" w:rsidRPr="00806EFC" w:rsidRDefault="00652B0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>b) Cosa fare:</w:t>
            </w:r>
            <w:r w:rsidRPr="00806EFC">
              <w:rPr>
                <w:rFonts w:ascii="Arial" w:hAnsi="Arial" w:cs="Arial"/>
              </w:rPr>
              <w:br/>
              <w:t xml:space="preserve">a) non </w:t>
            </w:r>
            <w:proofErr w:type="spellStart"/>
            <w:r w:rsidRPr="00806EFC">
              <w:rPr>
                <w:rFonts w:ascii="Arial" w:hAnsi="Arial" w:cs="Arial"/>
              </w:rPr>
              <w:t>attivare</w:t>
            </w:r>
            <w:proofErr w:type="spellEnd"/>
            <w:r w:rsidRPr="00806EFC">
              <w:rPr>
                <w:rFonts w:ascii="Arial" w:hAnsi="Arial" w:cs="Arial"/>
              </w:rPr>
              <w:t>/</w:t>
            </w:r>
            <w:proofErr w:type="spellStart"/>
            <w:r w:rsidRPr="00806EFC">
              <w:rPr>
                <w:rFonts w:ascii="Arial" w:hAnsi="Arial" w:cs="Arial"/>
              </w:rPr>
              <w:t>aderire</w:t>
            </w:r>
            <w:proofErr w:type="spellEnd"/>
            <w:r w:rsidRPr="00806EFC">
              <w:rPr>
                <w:rFonts w:ascii="Arial" w:hAnsi="Arial" w:cs="Arial"/>
              </w:rPr>
              <w:t xml:space="preserve"> senza </w:t>
            </w:r>
            <w:proofErr w:type="spellStart"/>
            <w:r w:rsidRPr="00806EFC">
              <w:rPr>
                <w:rFonts w:ascii="Arial" w:hAnsi="Arial" w:cs="Arial"/>
              </w:rPr>
              <w:t>valutazione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preliminare</w:t>
            </w:r>
            <w:proofErr w:type="spellEnd"/>
            <w:r w:rsidRPr="00806EFC">
              <w:rPr>
                <w:rFonts w:ascii="Arial" w:hAnsi="Arial" w:cs="Arial"/>
              </w:rPr>
              <w:t xml:space="preserve"> (Sez. 6) e senza </w:t>
            </w:r>
            <w:proofErr w:type="spellStart"/>
            <w:r w:rsidRPr="00806EFC">
              <w:rPr>
                <w:rFonts w:ascii="Arial" w:hAnsi="Arial" w:cs="Arial"/>
              </w:rPr>
              <w:t>autorizzazione</w:t>
            </w:r>
            <w:proofErr w:type="spellEnd"/>
            <w:r w:rsidRPr="00806EFC">
              <w:rPr>
                <w:rFonts w:ascii="Arial" w:hAnsi="Arial" w:cs="Arial"/>
              </w:rPr>
              <w:t>;</w:t>
            </w:r>
            <w:r w:rsidRPr="00806EFC">
              <w:rPr>
                <w:rFonts w:ascii="Arial" w:hAnsi="Arial" w:cs="Arial"/>
              </w:rPr>
              <w:br/>
              <w:t xml:space="preserve">b) </w:t>
            </w:r>
            <w:proofErr w:type="spellStart"/>
            <w:r w:rsidRPr="00806EFC">
              <w:rPr>
                <w:rFonts w:ascii="Arial" w:hAnsi="Arial" w:cs="Arial"/>
              </w:rPr>
              <w:t>chiedere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chiarimenti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sul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ruolo</w:t>
            </w:r>
            <w:proofErr w:type="spellEnd"/>
            <w:r w:rsidRPr="00806EFC">
              <w:rPr>
                <w:rFonts w:ascii="Arial" w:hAnsi="Arial" w:cs="Arial"/>
              </w:rPr>
              <w:t xml:space="preserve"> del </w:t>
            </w:r>
            <w:proofErr w:type="spellStart"/>
            <w:r w:rsidRPr="00806EFC">
              <w:rPr>
                <w:rFonts w:ascii="Arial" w:hAnsi="Arial" w:cs="Arial"/>
              </w:rPr>
              <w:t>fornitore</w:t>
            </w:r>
            <w:proofErr w:type="spellEnd"/>
            <w:r w:rsidRPr="00806EFC">
              <w:rPr>
                <w:rFonts w:ascii="Arial" w:hAnsi="Arial" w:cs="Arial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</w:rPr>
              <w:t>sulle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finalità</w:t>
            </w:r>
            <w:proofErr w:type="spellEnd"/>
            <w:r w:rsidRPr="00806EFC">
              <w:rPr>
                <w:rFonts w:ascii="Arial" w:hAnsi="Arial" w:cs="Arial"/>
              </w:rPr>
              <w:t xml:space="preserve">; se non è “per </w:t>
            </w:r>
            <w:proofErr w:type="spellStart"/>
            <w:r w:rsidRPr="00806EFC">
              <w:rPr>
                <w:rFonts w:ascii="Arial" w:hAnsi="Arial" w:cs="Arial"/>
              </w:rPr>
              <w:t>conto</w:t>
            </w:r>
            <w:proofErr w:type="spellEnd"/>
            <w:r w:rsidRPr="00806EFC">
              <w:rPr>
                <w:rFonts w:ascii="Arial" w:hAnsi="Arial" w:cs="Arial"/>
              </w:rPr>
              <w:t xml:space="preserve">” </w:t>
            </w:r>
            <w:proofErr w:type="spellStart"/>
            <w:r w:rsidRPr="00806EFC">
              <w:rPr>
                <w:rFonts w:ascii="Arial" w:hAnsi="Arial" w:cs="Arial"/>
              </w:rPr>
              <w:t>della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scuola</w:t>
            </w:r>
            <w:proofErr w:type="spellEnd"/>
            <w:r w:rsidRPr="00806EFC">
              <w:rPr>
                <w:rFonts w:ascii="Arial" w:hAnsi="Arial" w:cs="Arial"/>
              </w:rPr>
              <w:t xml:space="preserve">, lo </w:t>
            </w:r>
            <w:proofErr w:type="spellStart"/>
            <w:r w:rsidRPr="00806EFC">
              <w:rPr>
                <w:rFonts w:ascii="Arial" w:hAnsi="Arial" w:cs="Arial"/>
              </w:rPr>
              <w:t>strumento</w:t>
            </w:r>
            <w:proofErr w:type="spellEnd"/>
            <w:r w:rsidRPr="00806EFC">
              <w:rPr>
                <w:rFonts w:ascii="Arial" w:hAnsi="Arial" w:cs="Arial"/>
              </w:rPr>
              <w:t xml:space="preserve"> è in </w:t>
            </w:r>
            <w:proofErr w:type="spellStart"/>
            <w:r w:rsidRPr="00806EFC">
              <w:rPr>
                <w:rFonts w:ascii="Arial" w:hAnsi="Arial" w:cs="Arial"/>
              </w:rPr>
              <w:t>genere</w:t>
            </w:r>
            <w:proofErr w:type="spellEnd"/>
            <w:r w:rsidRPr="00806EFC">
              <w:rPr>
                <w:rFonts w:ascii="Arial" w:hAnsi="Arial" w:cs="Arial"/>
              </w:rPr>
              <w:t xml:space="preserve"> non </w:t>
            </w:r>
            <w:proofErr w:type="spellStart"/>
            <w:r w:rsidRPr="00806EFC">
              <w:rPr>
                <w:rFonts w:ascii="Arial" w:hAnsi="Arial" w:cs="Arial"/>
              </w:rPr>
              <w:t>ammesso</w:t>
            </w:r>
            <w:proofErr w:type="spellEnd"/>
            <w:r w:rsidRPr="00806EFC">
              <w:rPr>
                <w:rFonts w:ascii="Arial" w:hAnsi="Arial" w:cs="Arial"/>
              </w:rPr>
              <w:t xml:space="preserve"> per </w:t>
            </w:r>
            <w:proofErr w:type="spellStart"/>
            <w:r w:rsidRPr="00806EFC">
              <w:rPr>
                <w:rFonts w:ascii="Arial" w:hAnsi="Arial" w:cs="Arial"/>
              </w:rPr>
              <w:t>dati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studenti</w:t>
            </w:r>
            <w:proofErr w:type="spellEnd"/>
            <w:r w:rsidRPr="00806EFC">
              <w:rPr>
                <w:rFonts w:ascii="Arial" w:hAnsi="Arial" w:cs="Arial"/>
              </w:rPr>
              <w:t>;</w:t>
            </w:r>
            <w:r w:rsidRPr="00806EFC">
              <w:rPr>
                <w:rFonts w:ascii="Arial" w:hAnsi="Arial" w:cs="Arial"/>
              </w:rPr>
              <w:br/>
              <w:t xml:space="preserve">c) se </w:t>
            </w:r>
            <w:proofErr w:type="spellStart"/>
            <w:r w:rsidRPr="00806EFC">
              <w:rPr>
                <w:rFonts w:ascii="Arial" w:hAnsi="Arial" w:cs="Arial"/>
              </w:rPr>
              <w:t>l’uso</w:t>
            </w:r>
            <w:proofErr w:type="spellEnd"/>
            <w:r w:rsidRPr="00806EFC">
              <w:rPr>
                <w:rFonts w:ascii="Arial" w:hAnsi="Arial" w:cs="Arial"/>
              </w:rPr>
              <w:t xml:space="preserve"> è ritenuto </w:t>
            </w:r>
            <w:proofErr w:type="spellStart"/>
            <w:r w:rsidRPr="00806EFC">
              <w:rPr>
                <w:rFonts w:ascii="Arial" w:hAnsi="Arial" w:cs="Arial"/>
              </w:rPr>
              <w:t>necessario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attivare</w:t>
            </w:r>
            <w:proofErr w:type="spellEnd"/>
            <w:r w:rsidRPr="00806EFC">
              <w:rPr>
                <w:rFonts w:ascii="Arial" w:hAnsi="Arial" w:cs="Arial"/>
              </w:rPr>
              <w:t xml:space="preserve"> le </w:t>
            </w:r>
            <w:proofErr w:type="spellStart"/>
            <w:r w:rsidRPr="00806EFC">
              <w:rPr>
                <w:rFonts w:ascii="Arial" w:hAnsi="Arial" w:cs="Arial"/>
              </w:rPr>
              <w:t>tutele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contrattuali</w:t>
            </w:r>
            <w:proofErr w:type="spellEnd"/>
            <w:r w:rsidRPr="00806EFC">
              <w:rPr>
                <w:rFonts w:ascii="Arial" w:hAnsi="Arial" w:cs="Arial"/>
              </w:rPr>
              <w:t xml:space="preserve"> e informative appropriate e </w:t>
            </w:r>
            <w:proofErr w:type="spellStart"/>
            <w:r w:rsidRPr="00806EFC">
              <w:rPr>
                <w:rFonts w:ascii="Arial" w:hAnsi="Arial" w:cs="Arial"/>
              </w:rPr>
              <w:t>documentare</w:t>
            </w:r>
            <w:proofErr w:type="spellEnd"/>
            <w:r w:rsidRPr="00806EFC">
              <w:rPr>
                <w:rFonts w:ascii="Arial" w:hAnsi="Arial" w:cs="Arial"/>
              </w:rPr>
              <w:t xml:space="preserve"> le </w:t>
            </w:r>
            <w:proofErr w:type="spellStart"/>
            <w:r w:rsidRPr="00806EFC">
              <w:rPr>
                <w:rFonts w:ascii="Arial" w:hAnsi="Arial" w:cs="Arial"/>
              </w:rPr>
              <w:t>valutazioni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</w:tr>
    </w:tbl>
    <w:p w14:paraId="19C80EAA" w14:textId="77777777" w:rsidR="00300D7F" w:rsidRPr="00806EFC" w:rsidRDefault="00300D7F">
      <w:pPr>
        <w:rPr>
          <w:rFonts w:ascii="Arial" w:hAnsi="Arial" w:cs="Arial"/>
        </w:rPr>
      </w:pPr>
    </w:p>
    <w:p w14:paraId="2AE74A81" w14:textId="77777777" w:rsidR="00300D7F" w:rsidRDefault="00652B0C">
      <w:pPr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Regola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pratica</w:t>
      </w:r>
      <w:proofErr w:type="spellEnd"/>
      <w:r w:rsidRPr="00806EFC">
        <w:rPr>
          <w:rFonts w:ascii="Arial" w:hAnsi="Arial" w:cs="Arial"/>
        </w:rPr>
        <w:t xml:space="preserve">: se un </w:t>
      </w:r>
      <w:proofErr w:type="spellStart"/>
      <w:r w:rsidRPr="00806EFC">
        <w:rPr>
          <w:rFonts w:ascii="Arial" w:hAnsi="Arial" w:cs="Arial"/>
        </w:rPr>
        <w:t>servizio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dichiara</w:t>
      </w:r>
      <w:proofErr w:type="spellEnd"/>
      <w:r w:rsidRPr="00806EFC">
        <w:rPr>
          <w:rFonts w:ascii="Arial" w:hAnsi="Arial" w:cs="Arial"/>
        </w:rPr>
        <w:t xml:space="preserve"> (</w:t>
      </w:r>
      <w:proofErr w:type="spellStart"/>
      <w:r w:rsidRPr="00806EFC">
        <w:rPr>
          <w:rFonts w:ascii="Arial" w:hAnsi="Arial" w:cs="Arial"/>
        </w:rPr>
        <w:t>nei</w:t>
      </w:r>
      <w:proofErr w:type="spellEnd"/>
      <w:r w:rsidRPr="00806EFC">
        <w:rPr>
          <w:rFonts w:ascii="Arial" w:hAnsi="Arial" w:cs="Arial"/>
        </w:rPr>
        <w:t xml:space="preserve"> termini o </w:t>
      </w:r>
      <w:proofErr w:type="spellStart"/>
      <w:r w:rsidRPr="00806EFC">
        <w:rPr>
          <w:rFonts w:ascii="Arial" w:hAnsi="Arial" w:cs="Arial"/>
        </w:rPr>
        <w:t>nelle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impostazioni</w:t>
      </w:r>
      <w:proofErr w:type="spellEnd"/>
      <w:r w:rsidRPr="00806EFC">
        <w:rPr>
          <w:rFonts w:ascii="Arial" w:hAnsi="Arial" w:cs="Arial"/>
        </w:rPr>
        <w:t xml:space="preserve">) </w:t>
      </w:r>
      <w:proofErr w:type="spellStart"/>
      <w:r w:rsidRPr="00806EFC">
        <w:rPr>
          <w:rFonts w:ascii="Arial" w:hAnsi="Arial" w:cs="Arial"/>
        </w:rPr>
        <w:t>che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contenuti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inseriti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possono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essere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conservati</w:t>
      </w:r>
      <w:proofErr w:type="spellEnd"/>
      <w:r w:rsidRPr="00806EFC">
        <w:rPr>
          <w:rFonts w:ascii="Arial" w:hAnsi="Arial" w:cs="Arial"/>
        </w:rPr>
        <w:t xml:space="preserve"> e/o </w:t>
      </w:r>
      <w:proofErr w:type="spellStart"/>
      <w:r w:rsidRPr="00806EFC">
        <w:rPr>
          <w:rFonts w:ascii="Arial" w:hAnsi="Arial" w:cs="Arial"/>
        </w:rPr>
        <w:t>usati</w:t>
      </w:r>
      <w:proofErr w:type="spellEnd"/>
      <w:r w:rsidRPr="00806EFC">
        <w:rPr>
          <w:rFonts w:ascii="Arial" w:hAnsi="Arial" w:cs="Arial"/>
        </w:rPr>
        <w:t xml:space="preserve"> per training o </w:t>
      </w:r>
      <w:proofErr w:type="spellStart"/>
      <w:r w:rsidRPr="00806EFC">
        <w:rPr>
          <w:rFonts w:ascii="Arial" w:hAnsi="Arial" w:cs="Arial"/>
        </w:rPr>
        <w:t>altre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finalità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proprie</w:t>
      </w:r>
      <w:proofErr w:type="spellEnd"/>
      <w:r w:rsidRPr="00806EFC">
        <w:rPr>
          <w:rFonts w:ascii="Arial" w:hAnsi="Arial" w:cs="Arial"/>
        </w:rPr>
        <w:t xml:space="preserve">, </w:t>
      </w:r>
      <w:proofErr w:type="spellStart"/>
      <w:r w:rsidRPr="00806EFC">
        <w:rPr>
          <w:rFonts w:ascii="Arial" w:hAnsi="Arial" w:cs="Arial"/>
        </w:rPr>
        <w:t>non deve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essere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utilizzato</w:t>
      </w:r>
      <w:proofErr w:type="spellEnd"/>
      <w:r w:rsidRPr="00806EFC">
        <w:rPr>
          <w:rFonts w:ascii="Arial" w:hAnsi="Arial" w:cs="Arial"/>
        </w:rPr>
        <w:t xml:space="preserve"> con </w:t>
      </w:r>
      <w:proofErr w:type="spellStart"/>
      <w:r w:rsidRPr="00806EFC">
        <w:rPr>
          <w:rFonts w:ascii="Arial" w:hAnsi="Arial" w:cs="Arial"/>
        </w:rPr>
        <w:t>dati</w:t>
      </w:r>
      <w:proofErr w:type="spellEnd"/>
      <w:r w:rsidRPr="00806EFC">
        <w:rPr>
          <w:rFonts w:ascii="Arial" w:hAnsi="Arial" w:cs="Arial"/>
        </w:rPr>
        <w:t xml:space="preserve"> o </w:t>
      </w:r>
      <w:proofErr w:type="spellStart"/>
      <w:r w:rsidRPr="00806EFC">
        <w:rPr>
          <w:rFonts w:ascii="Arial" w:hAnsi="Arial" w:cs="Arial"/>
        </w:rPr>
        <w:t>documenti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della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scuola</w:t>
      </w:r>
      <w:proofErr w:type="spellEnd"/>
      <w:r w:rsidRPr="00806EFC">
        <w:rPr>
          <w:rFonts w:ascii="Arial" w:hAnsi="Arial" w:cs="Arial"/>
        </w:rPr>
        <w:t xml:space="preserve">; è </w:t>
      </w:r>
      <w:proofErr w:type="spellStart"/>
      <w:r w:rsidRPr="00806EFC">
        <w:rPr>
          <w:rFonts w:ascii="Arial" w:hAnsi="Arial" w:cs="Arial"/>
        </w:rPr>
        <w:t>ammesso</w:t>
      </w:r>
      <w:proofErr w:type="spellEnd"/>
      <w:r w:rsidRPr="00806EFC">
        <w:rPr>
          <w:rFonts w:ascii="Arial" w:hAnsi="Arial" w:cs="Arial"/>
        </w:rPr>
        <w:t xml:space="preserve"> solo con </w:t>
      </w:r>
      <w:proofErr w:type="spellStart"/>
      <w:r w:rsidRPr="00806EFC">
        <w:rPr>
          <w:rFonts w:ascii="Arial" w:hAnsi="Arial" w:cs="Arial"/>
        </w:rPr>
        <w:t>contenuti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anonimi</w:t>
      </w:r>
      <w:proofErr w:type="spellEnd"/>
      <w:r w:rsidRPr="00806EFC">
        <w:rPr>
          <w:rFonts w:ascii="Arial" w:hAnsi="Arial" w:cs="Arial"/>
        </w:rPr>
        <w:t xml:space="preserve"> o con </w:t>
      </w:r>
      <w:proofErr w:type="spellStart"/>
      <w:r w:rsidRPr="00806EFC">
        <w:rPr>
          <w:rFonts w:ascii="Arial" w:hAnsi="Arial" w:cs="Arial"/>
        </w:rPr>
        <w:t>una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versione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istituzionale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autorizzata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dall’Istituto</w:t>
      </w:r>
      <w:proofErr w:type="spellEnd"/>
      <w:r w:rsidRPr="00806EFC">
        <w:rPr>
          <w:rFonts w:ascii="Arial" w:hAnsi="Arial" w:cs="Arial"/>
        </w:rPr>
        <w:t>.</w:t>
      </w:r>
    </w:p>
    <w:p w14:paraId="1A089078" w14:textId="77777777" w:rsidR="00ED34BC" w:rsidRPr="00806EFC" w:rsidRDefault="00ED34BC">
      <w:pPr>
        <w:rPr>
          <w:rFonts w:ascii="Arial" w:hAnsi="Arial" w:cs="Arial"/>
        </w:rPr>
      </w:pPr>
    </w:p>
    <w:p w14:paraId="135C0470" w14:textId="5681C3B4" w:rsidR="00300D7F" w:rsidRPr="00ED34BC" w:rsidRDefault="00652B0C" w:rsidP="00ED34BC">
      <w:pPr>
        <w:rPr>
          <w:rFonts w:ascii="Arial" w:hAnsi="Arial" w:cs="Arial"/>
          <w:b/>
          <w:bCs/>
          <w:color w:val="F79646" w:themeColor="accent6"/>
          <w:sz w:val="32"/>
          <w:szCs w:val="32"/>
        </w:rPr>
      </w:pPr>
      <w:r w:rsidRPr="00ED34BC">
        <w:rPr>
          <w:rFonts w:ascii="Arial" w:hAnsi="Arial" w:cs="Arial"/>
          <w:b/>
          <w:bCs/>
          <w:color w:val="F79646" w:themeColor="accent6"/>
          <w:sz w:val="32"/>
          <w:szCs w:val="32"/>
        </w:rPr>
        <w:t>INTEGRAZIONI PER COERENZA CON REGOLAMENTO D’ISTITUTO (AI)</w:t>
      </w:r>
    </w:p>
    <w:p w14:paraId="7433439E" w14:textId="3C7DE023" w:rsidR="00300D7F" w:rsidRDefault="00652B0C">
      <w:pPr>
        <w:pStyle w:val="Titolo2"/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Uso</w:t>
      </w:r>
      <w:proofErr w:type="spellEnd"/>
      <w:r w:rsidRPr="00806EFC">
        <w:rPr>
          <w:rFonts w:ascii="Arial" w:hAnsi="Arial" w:cs="Arial"/>
        </w:rPr>
        <w:t xml:space="preserve"> di </w:t>
      </w:r>
      <w:proofErr w:type="spellStart"/>
      <w:r w:rsidRPr="00806EFC">
        <w:rPr>
          <w:rFonts w:ascii="Arial" w:hAnsi="Arial" w:cs="Arial"/>
        </w:rPr>
        <w:t>dispositivi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personali</w:t>
      </w:r>
      <w:proofErr w:type="spellEnd"/>
      <w:r w:rsidRPr="00806EFC">
        <w:rPr>
          <w:rFonts w:ascii="Arial" w:hAnsi="Arial" w:cs="Arial"/>
        </w:rPr>
        <w:t xml:space="preserve"> (BYOD): </w:t>
      </w:r>
      <w:proofErr w:type="spellStart"/>
      <w:r w:rsidRPr="00806EFC">
        <w:rPr>
          <w:rFonts w:ascii="Arial" w:hAnsi="Arial" w:cs="Arial"/>
        </w:rPr>
        <w:t>condizioni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minime</w:t>
      </w:r>
      <w:proofErr w:type="spellEnd"/>
    </w:p>
    <w:p w14:paraId="35693086" w14:textId="77777777" w:rsidR="00ED34BC" w:rsidRPr="00ED34BC" w:rsidRDefault="00ED34BC" w:rsidP="00ED34B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05058" w:rsidRPr="00806EFC" w14:paraId="3EFAB980" w14:textId="77777777">
        <w:tc>
          <w:tcPr>
            <w:tcW w:w="4819" w:type="dxa"/>
            <w:shd w:val="clear" w:color="auto" w:fill="FDE9D9"/>
          </w:tcPr>
          <w:p w14:paraId="6DB5E7FA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  <w:b/>
                <w:color w:val="F79646"/>
              </w:rPr>
              <w:t>Condizione</w:t>
            </w:r>
            <w:proofErr w:type="spellEnd"/>
          </w:p>
        </w:tc>
        <w:tc>
          <w:tcPr>
            <w:tcW w:w="4819" w:type="dxa"/>
            <w:shd w:val="clear" w:color="auto" w:fill="FDE9D9"/>
          </w:tcPr>
          <w:p w14:paraId="76914B17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  <w:b/>
                <w:color w:val="F79646"/>
              </w:rPr>
              <w:t>Indicazione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</w:rPr>
              <w:t>operativa</w:t>
            </w:r>
            <w:proofErr w:type="spellEnd"/>
          </w:p>
        </w:tc>
      </w:tr>
      <w:tr w:rsidR="00405058" w:rsidRPr="00806EFC" w14:paraId="44870AC7" w14:textId="77777777">
        <w:tc>
          <w:tcPr>
            <w:tcW w:w="4819" w:type="dxa"/>
            <w:shd w:val="clear" w:color="auto" w:fill="FDE9D9"/>
          </w:tcPr>
          <w:p w14:paraId="33AB3EFD" w14:textId="77777777" w:rsidR="00300D7F" w:rsidRPr="00806EFC" w:rsidRDefault="00652B0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 xml:space="preserve">Account </w:t>
            </w:r>
            <w:proofErr w:type="spellStart"/>
            <w:r w:rsidRPr="00806EFC">
              <w:rPr>
                <w:rFonts w:ascii="Arial" w:hAnsi="Arial" w:cs="Arial"/>
              </w:rPr>
              <w:t>istituzionale</w:t>
            </w:r>
            <w:proofErr w:type="spellEnd"/>
          </w:p>
        </w:tc>
        <w:tc>
          <w:tcPr>
            <w:tcW w:w="4819" w:type="dxa"/>
            <w:shd w:val="clear" w:color="auto" w:fill="FDE9D9"/>
          </w:tcPr>
          <w:p w14:paraId="4B9C416F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Accedere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allo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strumento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esclusivamente</w:t>
            </w:r>
            <w:proofErr w:type="spellEnd"/>
            <w:r w:rsidRPr="00806EFC">
              <w:rPr>
                <w:rFonts w:ascii="Arial" w:hAnsi="Arial" w:cs="Arial"/>
              </w:rPr>
              <w:t xml:space="preserve"> con account/</w:t>
            </w:r>
            <w:proofErr w:type="spellStart"/>
            <w:r w:rsidRPr="00806EFC">
              <w:rPr>
                <w:rFonts w:ascii="Arial" w:hAnsi="Arial" w:cs="Arial"/>
              </w:rPr>
              <w:t>canali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autorizzati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dall’Istituto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</w:tr>
      <w:tr w:rsidR="00405058" w:rsidRPr="00806EFC" w14:paraId="74DB627D" w14:textId="77777777">
        <w:tc>
          <w:tcPr>
            <w:tcW w:w="4819" w:type="dxa"/>
            <w:shd w:val="clear" w:color="auto" w:fill="FDE9D9"/>
          </w:tcPr>
          <w:p w14:paraId="0BB54AC4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Dispositivo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protetto</w:t>
            </w:r>
            <w:proofErr w:type="spellEnd"/>
            <w:r w:rsidRPr="00806EFC">
              <w:rPr>
                <w:rFonts w:ascii="Arial" w:hAnsi="Arial" w:cs="Arial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</w:rPr>
              <w:t>aggiornato</w:t>
            </w:r>
            <w:proofErr w:type="spellEnd"/>
          </w:p>
        </w:tc>
        <w:tc>
          <w:tcPr>
            <w:tcW w:w="4819" w:type="dxa"/>
            <w:shd w:val="clear" w:color="auto" w:fill="FDE9D9"/>
          </w:tcPr>
          <w:p w14:paraId="4501E5D8" w14:textId="77777777" w:rsidR="00300D7F" w:rsidRPr="00806EFC" w:rsidRDefault="00652B0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 xml:space="preserve">Sistema </w:t>
            </w:r>
            <w:proofErr w:type="spellStart"/>
            <w:r w:rsidRPr="00806EFC">
              <w:rPr>
                <w:rFonts w:ascii="Arial" w:hAnsi="Arial" w:cs="Arial"/>
              </w:rPr>
              <w:t>operativo</w:t>
            </w:r>
            <w:proofErr w:type="spellEnd"/>
            <w:r w:rsidRPr="00806EFC">
              <w:rPr>
                <w:rFonts w:ascii="Arial" w:hAnsi="Arial" w:cs="Arial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</w:rPr>
              <w:t>applicazioni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aggiornati</w:t>
            </w:r>
            <w:proofErr w:type="spellEnd"/>
            <w:r w:rsidRPr="00806EFC">
              <w:rPr>
                <w:rFonts w:ascii="Arial" w:hAnsi="Arial" w:cs="Arial"/>
              </w:rPr>
              <w:t xml:space="preserve">; </w:t>
            </w:r>
            <w:proofErr w:type="spellStart"/>
            <w:r w:rsidRPr="00806EFC">
              <w:rPr>
                <w:rFonts w:ascii="Arial" w:hAnsi="Arial" w:cs="Arial"/>
              </w:rPr>
              <w:t>protezioni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attive</w:t>
            </w:r>
            <w:proofErr w:type="spellEnd"/>
            <w:r w:rsidRPr="00806EFC">
              <w:rPr>
                <w:rFonts w:ascii="Arial" w:hAnsi="Arial" w:cs="Arial"/>
              </w:rPr>
              <w:t xml:space="preserve"> (es. </w:t>
            </w:r>
            <w:proofErr w:type="spellStart"/>
            <w:r w:rsidRPr="00806EFC">
              <w:rPr>
                <w:rFonts w:ascii="Arial" w:hAnsi="Arial" w:cs="Arial"/>
              </w:rPr>
              <w:t>blocco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schermo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r w:rsidR="009F56D0" w:rsidRPr="00806EFC">
              <w:rPr>
                <w:rFonts w:ascii="Arial" w:hAnsi="Arial" w:cs="Arial"/>
              </w:rPr>
              <w:t xml:space="preserve">forte </w:t>
            </w:r>
            <w:proofErr w:type="spellStart"/>
            <w:r w:rsidR="009F56D0" w:rsidRPr="00806EFC">
              <w:rPr>
                <w:rFonts w:ascii="Arial" w:hAnsi="Arial" w:cs="Arial"/>
              </w:rPr>
              <w:t>raccomandazione</w:t>
            </w:r>
            <w:proofErr w:type="spellEnd"/>
            <w:r w:rsidR="009F56D0" w:rsidRPr="00806EFC">
              <w:rPr>
                <w:rFonts w:ascii="Arial" w:hAnsi="Arial" w:cs="Arial"/>
              </w:rPr>
              <w:t xml:space="preserve"> </w:t>
            </w:r>
            <w:r w:rsidRPr="00806EFC">
              <w:rPr>
                <w:rFonts w:ascii="Arial" w:hAnsi="Arial" w:cs="Arial"/>
              </w:rPr>
              <w:t xml:space="preserve">antivirus/EDR se </w:t>
            </w:r>
            <w:proofErr w:type="spellStart"/>
            <w:r w:rsidRPr="00806EFC">
              <w:rPr>
                <w:rFonts w:ascii="Arial" w:hAnsi="Arial" w:cs="Arial"/>
              </w:rPr>
              <w:t>previsto</w:t>
            </w:r>
            <w:proofErr w:type="spellEnd"/>
            <w:r w:rsidRPr="00806EFC">
              <w:rPr>
                <w:rFonts w:ascii="Arial" w:hAnsi="Arial" w:cs="Arial"/>
              </w:rPr>
              <w:t>).</w:t>
            </w:r>
          </w:p>
        </w:tc>
      </w:tr>
      <w:tr w:rsidR="00405058" w:rsidRPr="00806EFC" w14:paraId="5CBB5F90" w14:textId="77777777">
        <w:tc>
          <w:tcPr>
            <w:tcW w:w="4819" w:type="dxa"/>
            <w:shd w:val="clear" w:color="auto" w:fill="FDE9D9"/>
          </w:tcPr>
          <w:p w14:paraId="1F5E3924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Divieto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salvataggio</w:t>
            </w:r>
            <w:proofErr w:type="spellEnd"/>
            <w:r w:rsidRPr="00806EFC">
              <w:rPr>
                <w:rFonts w:ascii="Arial" w:hAnsi="Arial" w:cs="Arial"/>
              </w:rPr>
              <w:t xml:space="preserve"> locale di </w:t>
            </w:r>
            <w:proofErr w:type="spellStart"/>
            <w:r w:rsidRPr="00806EFC">
              <w:rPr>
                <w:rFonts w:ascii="Arial" w:hAnsi="Arial" w:cs="Arial"/>
              </w:rPr>
              <w:t>contenuti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riservati</w:t>
            </w:r>
            <w:proofErr w:type="spellEnd"/>
          </w:p>
        </w:tc>
        <w:tc>
          <w:tcPr>
            <w:tcW w:w="4819" w:type="dxa"/>
            <w:shd w:val="clear" w:color="auto" w:fill="FDE9D9"/>
          </w:tcPr>
          <w:p w14:paraId="7CC2EAEC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Evitare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scaricare</w:t>
            </w:r>
            <w:proofErr w:type="spellEnd"/>
            <w:r w:rsidRPr="00806EFC">
              <w:rPr>
                <w:rFonts w:ascii="Arial" w:hAnsi="Arial" w:cs="Arial"/>
              </w:rPr>
              <w:t>/</w:t>
            </w:r>
            <w:proofErr w:type="spellStart"/>
            <w:r w:rsidRPr="00806EFC">
              <w:rPr>
                <w:rFonts w:ascii="Arial" w:hAnsi="Arial" w:cs="Arial"/>
              </w:rPr>
              <w:t>salvare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su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dispositivo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personale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documenti</w:t>
            </w:r>
            <w:proofErr w:type="spellEnd"/>
            <w:r w:rsidRPr="00806EFC">
              <w:rPr>
                <w:rFonts w:ascii="Arial" w:hAnsi="Arial" w:cs="Arial"/>
              </w:rPr>
              <w:t xml:space="preserve">/output con </w:t>
            </w:r>
            <w:proofErr w:type="spellStart"/>
            <w:r w:rsidRPr="00806EFC">
              <w:rPr>
                <w:rFonts w:ascii="Arial" w:hAnsi="Arial" w:cs="Arial"/>
              </w:rPr>
              <w:t>informazioni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riservate</w:t>
            </w:r>
            <w:proofErr w:type="spellEnd"/>
            <w:r w:rsidRPr="00806EFC">
              <w:rPr>
                <w:rFonts w:ascii="Arial" w:hAnsi="Arial" w:cs="Arial"/>
              </w:rPr>
              <w:t xml:space="preserve"> o non </w:t>
            </w:r>
            <w:proofErr w:type="spellStart"/>
            <w:r w:rsidRPr="00806EFC">
              <w:rPr>
                <w:rFonts w:ascii="Arial" w:hAnsi="Arial" w:cs="Arial"/>
              </w:rPr>
              <w:t>pubbliche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</w:tr>
      <w:tr w:rsidR="00405058" w:rsidRPr="00806EFC" w14:paraId="27A8DE0F" w14:textId="77777777">
        <w:tc>
          <w:tcPr>
            <w:tcW w:w="4819" w:type="dxa"/>
            <w:shd w:val="clear" w:color="auto" w:fill="FDE9D9"/>
          </w:tcPr>
          <w:p w14:paraId="1B4DECA9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Divieto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inserire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dati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personali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nei</w:t>
            </w:r>
            <w:proofErr w:type="spellEnd"/>
            <w:r w:rsidRPr="00806EFC">
              <w:rPr>
                <w:rFonts w:ascii="Arial" w:hAnsi="Arial" w:cs="Arial"/>
              </w:rPr>
              <w:t xml:space="preserve"> prompt</w:t>
            </w:r>
          </w:p>
        </w:tc>
        <w:tc>
          <w:tcPr>
            <w:tcW w:w="4819" w:type="dxa"/>
            <w:shd w:val="clear" w:color="auto" w:fill="FDE9D9"/>
          </w:tcPr>
          <w:p w14:paraId="177CBE9A" w14:textId="77777777" w:rsidR="00300D7F" w:rsidRPr="00806EFC" w:rsidRDefault="00652B0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 xml:space="preserve">Non </w:t>
            </w:r>
            <w:proofErr w:type="spellStart"/>
            <w:r w:rsidRPr="00806EFC">
              <w:rPr>
                <w:rFonts w:ascii="Arial" w:hAnsi="Arial" w:cs="Arial"/>
              </w:rPr>
              <w:t>inserire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nei</w:t>
            </w:r>
            <w:proofErr w:type="spellEnd"/>
            <w:r w:rsidRPr="00806EFC">
              <w:rPr>
                <w:rFonts w:ascii="Arial" w:hAnsi="Arial" w:cs="Arial"/>
              </w:rPr>
              <w:t xml:space="preserve"> prompt </w:t>
            </w:r>
            <w:proofErr w:type="spellStart"/>
            <w:r w:rsidRPr="00806EFC">
              <w:rPr>
                <w:rFonts w:ascii="Arial" w:hAnsi="Arial" w:cs="Arial"/>
              </w:rPr>
              <w:t>dati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personali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dati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sensibili</w:t>
            </w:r>
            <w:proofErr w:type="spellEnd"/>
            <w:r w:rsidRPr="00806EFC">
              <w:rPr>
                <w:rFonts w:ascii="Arial" w:hAnsi="Arial" w:cs="Arial"/>
              </w:rPr>
              <w:t xml:space="preserve"> o </w:t>
            </w:r>
            <w:proofErr w:type="spellStart"/>
            <w:r w:rsidRPr="00806EFC">
              <w:rPr>
                <w:rFonts w:ascii="Arial" w:hAnsi="Arial" w:cs="Arial"/>
              </w:rPr>
              <w:t>documenti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contenenti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tali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informazioni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</w:tr>
    </w:tbl>
    <w:p w14:paraId="145B9D33" w14:textId="77777777" w:rsidR="00300D7F" w:rsidRPr="00806EFC" w:rsidRDefault="00652B0C">
      <w:pPr>
        <w:rPr>
          <w:rFonts w:ascii="Arial" w:hAnsi="Arial" w:cs="Arial"/>
        </w:rPr>
      </w:pPr>
      <w:r w:rsidRPr="00806EFC">
        <w:rPr>
          <w:rFonts w:ascii="Arial" w:hAnsi="Arial" w:cs="Arial"/>
        </w:rPr>
        <w:t xml:space="preserve">In </w:t>
      </w:r>
      <w:proofErr w:type="spellStart"/>
      <w:r w:rsidRPr="00806EFC">
        <w:rPr>
          <w:rFonts w:ascii="Arial" w:hAnsi="Arial" w:cs="Arial"/>
        </w:rPr>
        <w:t>mancanza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anche</w:t>
      </w:r>
      <w:proofErr w:type="spellEnd"/>
      <w:r w:rsidRPr="00806EFC">
        <w:rPr>
          <w:rFonts w:ascii="Arial" w:hAnsi="Arial" w:cs="Arial"/>
        </w:rPr>
        <w:t xml:space="preserve"> di </w:t>
      </w:r>
      <w:proofErr w:type="spellStart"/>
      <w:r w:rsidRPr="00806EFC">
        <w:rPr>
          <w:rFonts w:ascii="Arial" w:hAnsi="Arial" w:cs="Arial"/>
        </w:rPr>
        <w:t>una</w:t>
      </w:r>
      <w:proofErr w:type="spellEnd"/>
      <w:r w:rsidRPr="00806EFC">
        <w:rPr>
          <w:rFonts w:ascii="Arial" w:hAnsi="Arial" w:cs="Arial"/>
        </w:rPr>
        <w:t xml:space="preserve"> sola </w:t>
      </w:r>
      <w:proofErr w:type="spellStart"/>
      <w:r w:rsidRPr="00806EFC">
        <w:rPr>
          <w:rFonts w:ascii="Arial" w:hAnsi="Arial" w:cs="Arial"/>
        </w:rPr>
        <w:t>condizione</w:t>
      </w:r>
      <w:proofErr w:type="spellEnd"/>
      <w:r w:rsidRPr="00806EFC">
        <w:rPr>
          <w:rFonts w:ascii="Arial" w:hAnsi="Arial" w:cs="Arial"/>
        </w:rPr>
        <w:t xml:space="preserve">, </w:t>
      </w:r>
      <w:proofErr w:type="spellStart"/>
      <w:r w:rsidRPr="00806EFC">
        <w:rPr>
          <w:rFonts w:ascii="Arial" w:hAnsi="Arial" w:cs="Arial"/>
        </w:rPr>
        <w:t>l’uso</w:t>
      </w:r>
      <w:proofErr w:type="spellEnd"/>
      <w:r w:rsidRPr="00806EFC">
        <w:rPr>
          <w:rFonts w:ascii="Arial" w:hAnsi="Arial" w:cs="Arial"/>
        </w:rPr>
        <w:t xml:space="preserve"> BYOD per </w:t>
      </w:r>
      <w:proofErr w:type="spellStart"/>
      <w:r w:rsidRPr="00806EFC">
        <w:rPr>
          <w:rFonts w:ascii="Arial" w:hAnsi="Arial" w:cs="Arial"/>
        </w:rPr>
        <w:t>attività</w:t>
      </w:r>
      <w:proofErr w:type="spellEnd"/>
      <w:r w:rsidRPr="00806EFC">
        <w:rPr>
          <w:rFonts w:ascii="Arial" w:hAnsi="Arial" w:cs="Arial"/>
        </w:rPr>
        <w:t xml:space="preserve"> con IA non è </w:t>
      </w:r>
      <w:proofErr w:type="spellStart"/>
      <w:r w:rsidRPr="00806EFC">
        <w:rPr>
          <w:rFonts w:ascii="Arial" w:hAnsi="Arial" w:cs="Arial"/>
        </w:rPr>
        <w:t>autorizzato</w:t>
      </w:r>
      <w:proofErr w:type="spellEnd"/>
      <w:r w:rsidRPr="00806EFC">
        <w:rPr>
          <w:rFonts w:ascii="Arial" w:hAnsi="Arial" w:cs="Arial"/>
        </w:rPr>
        <w:t>.</w:t>
      </w:r>
    </w:p>
    <w:p w14:paraId="61C35E3D" w14:textId="77777777" w:rsidR="00ED34BC" w:rsidRDefault="00ED34BC">
      <w:pPr>
        <w:pStyle w:val="Titolo2"/>
        <w:rPr>
          <w:rFonts w:ascii="Arial" w:hAnsi="Arial" w:cs="Arial"/>
        </w:rPr>
      </w:pPr>
    </w:p>
    <w:p w14:paraId="19AA6667" w14:textId="74364A0A" w:rsidR="00300D7F" w:rsidRDefault="00652B0C">
      <w:pPr>
        <w:pStyle w:val="Titolo2"/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Credenziali</w:t>
      </w:r>
      <w:proofErr w:type="spellEnd"/>
      <w:r w:rsidRPr="00806EFC">
        <w:rPr>
          <w:rFonts w:ascii="Arial" w:hAnsi="Arial" w:cs="Arial"/>
        </w:rPr>
        <w:t xml:space="preserve"> e </w:t>
      </w:r>
      <w:proofErr w:type="spellStart"/>
      <w:r w:rsidRPr="00806EFC">
        <w:rPr>
          <w:rFonts w:ascii="Arial" w:hAnsi="Arial" w:cs="Arial"/>
        </w:rPr>
        <w:t>informazioni</w:t>
      </w:r>
      <w:proofErr w:type="spellEnd"/>
      <w:r w:rsidRPr="00806EFC">
        <w:rPr>
          <w:rFonts w:ascii="Arial" w:hAnsi="Arial" w:cs="Arial"/>
        </w:rPr>
        <w:t xml:space="preserve"> di </w:t>
      </w:r>
      <w:proofErr w:type="spellStart"/>
      <w:r w:rsidRPr="00806EFC">
        <w:rPr>
          <w:rFonts w:ascii="Arial" w:hAnsi="Arial" w:cs="Arial"/>
        </w:rPr>
        <w:t>sicurezza</w:t>
      </w:r>
      <w:proofErr w:type="spellEnd"/>
      <w:r w:rsidRPr="00806EFC">
        <w:rPr>
          <w:rFonts w:ascii="Arial" w:hAnsi="Arial" w:cs="Arial"/>
        </w:rPr>
        <w:t xml:space="preserve">: </w:t>
      </w:r>
      <w:proofErr w:type="spellStart"/>
      <w:r w:rsidRPr="00806EFC">
        <w:rPr>
          <w:rFonts w:ascii="Arial" w:hAnsi="Arial" w:cs="Arial"/>
        </w:rPr>
        <w:t>mai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nei</w:t>
      </w:r>
      <w:proofErr w:type="spellEnd"/>
      <w:r w:rsidRPr="00806EFC">
        <w:rPr>
          <w:rFonts w:ascii="Arial" w:hAnsi="Arial" w:cs="Arial"/>
        </w:rPr>
        <w:t xml:space="preserve"> prompt</w:t>
      </w:r>
    </w:p>
    <w:p w14:paraId="147FD798" w14:textId="77777777" w:rsidR="00ED34BC" w:rsidRPr="00ED34BC" w:rsidRDefault="00ED34BC" w:rsidP="00ED34BC"/>
    <w:p w14:paraId="2EC53BCA" w14:textId="77999C4E" w:rsidR="00300D7F" w:rsidRPr="00806EFC" w:rsidRDefault="00652B0C" w:rsidP="00ED34BC">
      <w:pPr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Divieto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assoluto</w:t>
      </w:r>
      <w:proofErr w:type="spellEnd"/>
      <w:r w:rsidRPr="00806EFC">
        <w:rPr>
          <w:rFonts w:ascii="Arial" w:hAnsi="Arial" w:cs="Arial"/>
        </w:rPr>
        <w:t xml:space="preserve"> di </w:t>
      </w:r>
      <w:proofErr w:type="spellStart"/>
      <w:r w:rsidRPr="00806EFC">
        <w:rPr>
          <w:rFonts w:ascii="Arial" w:hAnsi="Arial" w:cs="Arial"/>
        </w:rPr>
        <w:t>inserire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nei</w:t>
      </w:r>
      <w:proofErr w:type="spellEnd"/>
      <w:r w:rsidRPr="00806EFC">
        <w:rPr>
          <w:rFonts w:ascii="Arial" w:hAnsi="Arial" w:cs="Arial"/>
        </w:rPr>
        <w:t xml:space="preserve"> prompt o </w:t>
      </w:r>
      <w:proofErr w:type="spellStart"/>
      <w:r w:rsidRPr="00806EFC">
        <w:rPr>
          <w:rFonts w:ascii="Arial" w:hAnsi="Arial" w:cs="Arial"/>
        </w:rPr>
        <w:t>caricare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su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piattaforme</w:t>
      </w:r>
      <w:proofErr w:type="spellEnd"/>
      <w:r w:rsidRPr="00806EFC">
        <w:rPr>
          <w:rFonts w:ascii="Arial" w:hAnsi="Arial" w:cs="Arial"/>
        </w:rPr>
        <w:t xml:space="preserve"> IA: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05058" w:rsidRPr="00806EFC" w14:paraId="37517A15" w14:textId="77777777">
        <w:tc>
          <w:tcPr>
            <w:tcW w:w="9638" w:type="dxa"/>
            <w:shd w:val="clear" w:color="auto" w:fill="FDE9D9"/>
          </w:tcPr>
          <w:p w14:paraId="5F937738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  <w:b/>
                <w:color w:val="F79646"/>
              </w:rPr>
              <w:t>Esempi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</w:rPr>
              <w:t xml:space="preserve"> (non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</w:rPr>
              <w:t>esaustivi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</w:rPr>
              <w:t>)</w:t>
            </w:r>
          </w:p>
        </w:tc>
      </w:tr>
      <w:tr w:rsidR="00405058" w:rsidRPr="00806EFC" w14:paraId="6BA25C76" w14:textId="77777777">
        <w:tc>
          <w:tcPr>
            <w:tcW w:w="9638" w:type="dxa"/>
            <w:shd w:val="clear" w:color="auto" w:fill="FDE9D9"/>
          </w:tcPr>
          <w:p w14:paraId="4BC55032" w14:textId="77777777" w:rsidR="00300D7F" w:rsidRPr="00806EFC" w:rsidRDefault="00652B0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 xml:space="preserve">Password, PIN, </w:t>
            </w:r>
            <w:proofErr w:type="spellStart"/>
            <w:r w:rsidRPr="00806EFC">
              <w:rPr>
                <w:rFonts w:ascii="Arial" w:hAnsi="Arial" w:cs="Arial"/>
              </w:rPr>
              <w:t>codici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recupero</w:t>
            </w:r>
            <w:proofErr w:type="spellEnd"/>
            <w:r w:rsidRPr="00806EFC">
              <w:rPr>
                <w:rFonts w:ascii="Arial" w:hAnsi="Arial" w:cs="Arial"/>
              </w:rPr>
              <w:t xml:space="preserve">, token, </w:t>
            </w:r>
            <w:proofErr w:type="spellStart"/>
            <w:r w:rsidRPr="00806EFC">
              <w:rPr>
                <w:rFonts w:ascii="Arial" w:hAnsi="Arial" w:cs="Arial"/>
              </w:rPr>
              <w:t>chiavi</w:t>
            </w:r>
            <w:proofErr w:type="spellEnd"/>
            <w:r w:rsidRPr="00806EFC">
              <w:rPr>
                <w:rFonts w:ascii="Arial" w:hAnsi="Arial" w:cs="Arial"/>
              </w:rPr>
              <w:t xml:space="preserve"> API.</w:t>
            </w:r>
          </w:p>
        </w:tc>
      </w:tr>
      <w:tr w:rsidR="00405058" w:rsidRPr="00806EFC" w14:paraId="06843F80" w14:textId="77777777">
        <w:tc>
          <w:tcPr>
            <w:tcW w:w="9638" w:type="dxa"/>
            <w:shd w:val="clear" w:color="auto" w:fill="FDE9D9"/>
          </w:tcPr>
          <w:p w14:paraId="4EC213F3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Credenziali</w:t>
            </w:r>
            <w:proofErr w:type="spellEnd"/>
            <w:r w:rsidRPr="00806EFC">
              <w:rPr>
                <w:rFonts w:ascii="Arial" w:hAnsi="Arial" w:cs="Arial"/>
              </w:rPr>
              <w:t xml:space="preserve"> di accesso a </w:t>
            </w:r>
            <w:proofErr w:type="spellStart"/>
            <w:r w:rsidRPr="00806EFC">
              <w:rPr>
                <w:rFonts w:ascii="Arial" w:hAnsi="Arial" w:cs="Arial"/>
              </w:rPr>
              <w:t>servizi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scolastici</w:t>
            </w:r>
            <w:proofErr w:type="spellEnd"/>
            <w:r w:rsidRPr="00806EFC">
              <w:rPr>
                <w:rFonts w:ascii="Arial" w:hAnsi="Arial" w:cs="Arial"/>
              </w:rPr>
              <w:t xml:space="preserve"> o di </w:t>
            </w:r>
            <w:proofErr w:type="spellStart"/>
            <w:r w:rsidRPr="00806EFC">
              <w:rPr>
                <w:rFonts w:ascii="Arial" w:hAnsi="Arial" w:cs="Arial"/>
              </w:rPr>
              <w:t>terzi</w:t>
            </w:r>
            <w:proofErr w:type="spellEnd"/>
            <w:r w:rsidRPr="00806EFC">
              <w:rPr>
                <w:rFonts w:ascii="Arial" w:hAnsi="Arial" w:cs="Arial"/>
              </w:rPr>
              <w:t xml:space="preserve"> (</w:t>
            </w:r>
            <w:proofErr w:type="spellStart"/>
            <w:r w:rsidRPr="00806EFC">
              <w:rPr>
                <w:rFonts w:ascii="Arial" w:hAnsi="Arial" w:cs="Arial"/>
              </w:rPr>
              <w:t>registro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piattaforme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servizi</w:t>
            </w:r>
            <w:proofErr w:type="spellEnd"/>
            <w:r w:rsidRPr="00806EFC">
              <w:rPr>
                <w:rFonts w:ascii="Arial" w:hAnsi="Arial" w:cs="Arial"/>
              </w:rPr>
              <w:t xml:space="preserve"> cloud).</w:t>
            </w:r>
          </w:p>
        </w:tc>
      </w:tr>
      <w:tr w:rsidR="00405058" w:rsidRPr="00806EFC" w14:paraId="73A20FB0" w14:textId="77777777">
        <w:tc>
          <w:tcPr>
            <w:tcW w:w="9638" w:type="dxa"/>
            <w:shd w:val="clear" w:color="auto" w:fill="FDE9D9"/>
          </w:tcPr>
          <w:p w14:paraId="1A84CC65" w14:textId="77777777" w:rsidR="00300D7F" w:rsidRPr="00806EFC" w:rsidRDefault="00652B0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 xml:space="preserve">Link </w:t>
            </w:r>
            <w:proofErr w:type="spellStart"/>
            <w:r w:rsidRPr="00806EFC">
              <w:rPr>
                <w:rFonts w:ascii="Arial" w:hAnsi="Arial" w:cs="Arial"/>
              </w:rPr>
              <w:t>riservati</w:t>
            </w:r>
            <w:proofErr w:type="spellEnd"/>
            <w:r w:rsidRPr="00806EFC">
              <w:rPr>
                <w:rFonts w:ascii="Arial" w:hAnsi="Arial" w:cs="Arial"/>
              </w:rPr>
              <w:t xml:space="preserve"> (es. URL con </w:t>
            </w:r>
            <w:proofErr w:type="spellStart"/>
            <w:r w:rsidRPr="00806EFC">
              <w:rPr>
                <w:rFonts w:ascii="Arial" w:hAnsi="Arial" w:cs="Arial"/>
              </w:rPr>
              <w:t>parametri</w:t>
            </w:r>
            <w:proofErr w:type="spellEnd"/>
            <w:r w:rsidRPr="00806EFC">
              <w:rPr>
                <w:rFonts w:ascii="Arial" w:hAnsi="Arial" w:cs="Arial"/>
              </w:rPr>
              <w:t xml:space="preserve"> di accesso o </w:t>
            </w:r>
            <w:proofErr w:type="spellStart"/>
            <w:r w:rsidRPr="00806EFC">
              <w:rPr>
                <w:rFonts w:ascii="Arial" w:hAnsi="Arial" w:cs="Arial"/>
              </w:rPr>
              <w:t>condivisioni</w:t>
            </w:r>
            <w:proofErr w:type="spellEnd"/>
            <w:r w:rsidRPr="00806EFC">
              <w:rPr>
                <w:rFonts w:ascii="Arial" w:hAnsi="Arial" w:cs="Arial"/>
              </w:rPr>
              <w:t xml:space="preserve"> non </w:t>
            </w:r>
            <w:proofErr w:type="spellStart"/>
            <w:r w:rsidRPr="00806EFC">
              <w:rPr>
                <w:rFonts w:ascii="Arial" w:hAnsi="Arial" w:cs="Arial"/>
              </w:rPr>
              <w:t>pubbliche</w:t>
            </w:r>
            <w:proofErr w:type="spellEnd"/>
            <w:r w:rsidRPr="00806EFC">
              <w:rPr>
                <w:rFonts w:ascii="Arial" w:hAnsi="Arial" w:cs="Arial"/>
              </w:rPr>
              <w:t>).</w:t>
            </w:r>
          </w:p>
        </w:tc>
      </w:tr>
      <w:tr w:rsidR="00405058" w:rsidRPr="00806EFC" w14:paraId="6D39688E" w14:textId="77777777">
        <w:tc>
          <w:tcPr>
            <w:tcW w:w="9638" w:type="dxa"/>
            <w:shd w:val="clear" w:color="auto" w:fill="FDE9D9"/>
          </w:tcPr>
          <w:p w14:paraId="2B40BA57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Dettagli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tecnici</w:t>
            </w:r>
            <w:proofErr w:type="spellEnd"/>
            <w:r w:rsidRPr="00806EFC">
              <w:rPr>
                <w:rFonts w:ascii="Arial" w:hAnsi="Arial" w:cs="Arial"/>
              </w:rPr>
              <w:t xml:space="preserve"> o procedure di </w:t>
            </w:r>
            <w:proofErr w:type="spellStart"/>
            <w:r w:rsidRPr="00806EFC">
              <w:rPr>
                <w:rFonts w:ascii="Arial" w:hAnsi="Arial" w:cs="Arial"/>
              </w:rPr>
              <w:t>sicurezza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che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possano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compromettere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sistemi</w:t>
            </w:r>
            <w:proofErr w:type="spellEnd"/>
            <w:r w:rsidRPr="00806EFC">
              <w:rPr>
                <w:rFonts w:ascii="Arial" w:hAnsi="Arial" w:cs="Arial"/>
              </w:rPr>
              <w:t xml:space="preserve"> o </w:t>
            </w:r>
            <w:proofErr w:type="spellStart"/>
            <w:r w:rsidRPr="00806EFC">
              <w:rPr>
                <w:rFonts w:ascii="Arial" w:hAnsi="Arial" w:cs="Arial"/>
              </w:rPr>
              <w:t>infrastrutture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</w:tr>
      <w:tr w:rsidR="00405058" w:rsidRPr="00806EFC" w14:paraId="4665C856" w14:textId="77777777">
        <w:tc>
          <w:tcPr>
            <w:tcW w:w="9638" w:type="dxa"/>
            <w:shd w:val="clear" w:color="auto" w:fill="FDE9D9"/>
          </w:tcPr>
          <w:p w14:paraId="4E6CFE54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Qualsiasi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informazione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che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consenta</w:t>
            </w:r>
            <w:proofErr w:type="spellEnd"/>
            <w:r w:rsidRPr="00806EFC">
              <w:rPr>
                <w:rFonts w:ascii="Arial" w:hAnsi="Arial" w:cs="Arial"/>
              </w:rPr>
              <w:t xml:space="preserve"> a </w:t>
            </w:r>
            <w:proofErr w:type="spellStart"/>
            <w:r w:rsidRPr="00806EFC">
              <w:rPr>
                <w:rFonts w:ascii="Arial" w:hAnsi="Arial" w:cs="Arial"/>
              </w:rPr>
              <w:t>terzi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autenticarsi</w:t>
            </w:r>
            <w:proofErr w:type="spellEnd"/>
            <w:r w:rsidRPr="00806EFC">
              <w:rPr>
                <w:rFonts w:ascii="Arial" w:hAnsi="Arial" w:cs="Arial"/>
              </w:rPr>
              <w:t xml:space="preserve"> o </w:t>
            </w:r>
            <w:proofErr w:type="spellStart"/>
            <w:r w:rsidRPr="00806EFC">
              <w:rPr>
                <w:rFonts w:ascii="Arial" w:hAnsi="Arial" w:cs="Arial"/>
              </w:rPr>
              <w:t>ottenere</w:t>
            </w:r>
            <w:proofErr w:type="spellEnd"/>
            <w:r w:rsidRPr="00806EFC">
              <w:rPr>
                <w:rFonts w:ascii="Arial" w:hAnsi="Arial" w:cs="Arial"/>
              </w:rPr>
              <w:t xml:space="preserve"> accesso non </w:t>
            </w:r>
            <w:proofErr w:type="spellStart"/>
            <w:r w:rsidRPr="00806EFC">
              <w:rPr>
                <w:rFonts w:ascii="Arial" w:hAnsi="Arial" w:cs="Arial"/>
              </w:rPr>
              <w:t>autorizzato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</w:tr>
    </w:tbl>
    <w:p w14:paraId="7537AEB5" w14:textId="77777777" w:rsidR="00ED34BC" w:rsidRDefault="00ED34BC">
      <w:pPr>
        <w:pStyle w:val="Titolo2"/>
        <w:rPr>
          <w:rFonts w:ascii="Arial" w:hAnsi="Arial" w:cs="Arial"/>
        </w:rPr>
      </w:pPr>
    </w:p>
    <w:p w14:paraId="49C373B1" w14:textId="4B902DBE" w:rsidR="00300D7F" w:rsidRDefault="00652B0C">
      <w:pPr>
        <w:pStyle w:val="Titolo2"/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Trasparenza</w:t>
      </w:r>
      <w:proofErr w:type="spellEnd"/>
      <w:r w:rsidRPr="00806EFC">
        <w:rPr>
          <w:rFonts w:ascii="Arial" w:hAnsi="Arial" w:cs="Arial"/>
        </w:rPr>
        <w:t xml:space="preserve"> verso </w:t>
      </w:r>
      <w:proofErr w:type="spellStart"/>
      <w:r w:rsidRPr="00806EFC">
        <w:rPr>
          <w:rFonts w:ascii="Arial" w:hAnsi="Arial" w:cs="Arial"/>
        </w:rPr>
        <w:t>famiglie</w:t>
      </w:r>
      <w:proofErr w:type="spellEnd"/>
      <w:r w:rsidRPr="00806EFC">
        <w:rPr>
          <w:rFonts w:ascii="Arial" w:hAnsi="Arial" w:cs="Arial"/>
        </w:rPr>
        <w:t>/</w:t>
      </w:r>
      <w:proofErr w:type="spellStart"/>
      <w:r w:rsidRPr="00806EFC">
        <w:rPr>
          <w:rFonts w:ascii="Arial" w:hAnsi="Arial" w:cs="Arial"/>
        </w:rPr>
        <w:t>studenti</w:t>
      </w:r>
      <w:proofErr w:type="spellEnd"/>
      <w:r w:rsidRPr="00806EFC">
        <w:rPr>
          <w:rFonts w:ascii="Arial" w:hAnsi="Arial" w:cs="Arial"/>
        </w:rPr>
        <w:t xml:space="preserve">: chatbot e </w:t>
      </w:r>
      <w:proofErr w:type="spellStart"/>
      <w:r w:rsidRPr="00806EFC">
        <w:rPr>
          <w:rFonts w:ascii="Arial" w:hAnsi="Arial" w:cs="Arial"/>
        </w:rPr>
        <w:t>canali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esterni</w:t>
      </w:r>
      <w:proofErr w:type="spellEnd"/>
    </w:p>
    <w:p w14:paraId="258850C7" w14:textId="77777777" w:rsidR="00ED34BC" w:rsidRPr="00ED34BC" w:rsidRDefault="00ED34BC" w:rsidP="00ED34BC"/>
    <w:p w14:paraId="6A3A2F14" w14:textId="77777777" w:rsidR="00300D7F" w:rsidRPr="00806EFC" w:rsidRDefault="00652B0C">
      <w:pPr>
        <w:rPr>
          <w:rFonts w:ascii="Arial" w:hAnsi="Arial" w:cs="Arial"/>
        </w:rPr>
      </w:pPr>
      <w:r w:rsidRPr="00806EFC">
        <w:rPr>
          <w:rFonts w:ascii="Arial" w:hAnsi="Arial" w:cs="Arial"/>
        </w:rPr>
        <w:t xml:space="preserve">In </w:t>
      </w:r>
      <w:proofErr w:type="spellStart"/>
      <w:r w:rsidRPr="00806EFC">
        <w:rPr>
          <w:rFonts w:ascii="Arial" w:hAnsi="Arial" w:cs="Arial"/>
        </w:rPr>
        <w:t>caso</w:t>
      </w:r>
      <w:proofErr w:type="spellEnd"/>
      <w:r w:rsidRPr="00806EFC">
        <w:rPr>
          <w:rFonts w:ascii="Arial" w:hAnsi="Arial" w:cs="Arial"/>
        </w:rPr>
        <w:t xml:space="preserve"> di </w:t>
      </w:r>
      <w:proofErr w:type="spellStart"/>
      <w:r w:rsidRPr="00806EFC">
        <w:rPr>
          <w:rFonts w:ascii="Arial" w:hAnsi="Arial" w:cs="Arial"/>
        </w:rPr>
        <w:t>utilizzo</w:t>
      </w:r>
      <w:proofErr w:type="spellEnd"/>
      <w:r w:rsidRPr="00806EFC">
        <w:rPr>
          <w:rFonts w:ascii="Arial" w:hAnsi="Arial" w:cs="Arial"/>
        </w:rPr>
        <w:t xml:space="preserve"> di chatbot o </w:t>
      </w:r>
      <w:proofErr w:type="spellStart"/>
      <w:r w:rsidRPr="00806EFC">
        <w:rPr>
          <w:rFonts w:ascii="Arial" w:hAnsi="Arial" w:cs="Arial"/>
        </w:rPr>
        <w:t>assistenti</w:t>
      </w:r>
      <w:proofErr w:type="spellEnd"/>
      <w:r w:rsidRPr="00806EFC">
        <w:rPr>
          <w:rFonts w:ascii="Arial" w:hAnsi="Arial" w:cs="Arial"/>
        </w:rPr>
        <w:t xml:space="preserve"> IA </w:t>
      </w:r>
      <w:proofErr w:type="spellStart"/>
      <w:r w:rsidRPr="00806EFC">
        <w:rPr>
          <w:rFonts w:ascii="Arial" w:hAnsi="Arial" w:cs="Arial"/>
        </w:rPr>
        <w:t>su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sito</w:t>
      </w:r>
      <w:proofErr w:type="spellEnd"/>
      <w:r w:rsidRPr="00806EFC">
        <w:rPr>
          <w:rFonts w:ascii="Arial" w:hAnsi="Arial" w:cs="Arial"/>
        </w:rPr>
        <w:t xml:space="preserve"> web, </w:t>
      </w:r>
      <w:proofErr w:type="spellStart"/>
      <w:r w:rsidRPr="00806EFC">
        <w:rPr>
          <w:rFonts w:ascii="Arial" w:hAnsi="Arial" w:cs="Arial"/>
        </w:rPr>
        <w:t>canali</w:t>
      </w:r>
      <w:proofErr w:type="spellEnd"/>
      <w:r w:rsidRPr="00806EFC">
        <w:rPr>
          <w:rFonts w:ascii="Arial" w:hAnsi="Arial" w:cs="Arial"/>
        </w:rPr>
        <w:t xml:space="preserve"> di </w:t>
      </w:r>
      <w:proofErr w:type="spellStart"/>
      <w:r w:rsidRPr="00806EFC">
        <w:rPr>
          <w:rFonts w:ascii="Arial" w:hAnsi="Arial" w:cs="Arial"/>
        </w:rPr>
        <w:t>comunicazione</w:t>
      </w:r>
      <w:proofErr w:type="spellEnd"/>
      <w:r w:rsidRPr="00806EFC">
        <w:rPr>
          <w:rFonts w:ascii="Arial" w:hAnsi="Arial" w:cs="Arial"/>
        </w:rPr>
        <w:t xml:space="preserve">, </w:t>
      </w:r>
      <w:proofErr w:type="spellStart"/>
      <w:r w:rsidRPr="00806EFC">
        <w:rPr>
          <w:rFonts w:ascii="Arial" w:hAnsi="Arial" w:cs="Arial"/>
        </w:rPr>
        <w:t>sportelli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digitali</w:t>
      </w:r>
      <w:proofErr w:type="spellEnd"/>
      <w:r w:rsidRPr="00806EFC">
        <w:rPr>
          <w:rFonts w:ascii="Arial" w:hAnsi="Arial" w:cs="Arial"/>
        </w:rPr>
        <w:t xml:space="preserve"> o </w:t>
      </w:r>
      <w:proofErr w:type="spellStart"/>
      <w:r w:rsidRPr="00806EFC">
        <w:rPr>
          <w:rFonts w:ascii="Arial" w:hAnsi="Arial" w:cs="Arial"/>
        </w:rPr>
        <w:t>altri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contesti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rivolti</w:t>
      </w:r>
      <w:proofErr w:type="spellEnd"/>
      <w:r w:rsidRPr="00806EFC">
        <w:rPr>
          <w:rFonts w:ascii="Arial" w:hAnsi="Arial" w:cs="Arial"/>
        </w:rPr>
        <w:t xml:space="preserve"> a </w:t>
      </w:r>
      <w:proofErr w:type="spellStart"/>
      <w:r w:rsidRPr="00806EFC">
        <w:rPr>
          <w:rFonts w:ascii="Arial" w:hAnsi="Arial" w:cs="Arial"/>
        </w:rPr>
        <w:t>utenti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esterni</w:t>
      </w:r>
      <w:proofErr w:type="spellEnd"/>
      <w:r w:rsidRPr="00806EFC">
        <w:rPr>
          <w:rFonts w:ascii="Arial" w:hAnsi="Arial" w:cs="Arial"/>
        </w:rPr>
        <w:t xml:space="preserve">, </w:t>
      </w:r>
      <w:proofErr w:type="spellStart"/>
      <w:r w:rsidRPr="00806EFC">
        <w:rPr>
          <w:rFonts w:ascii="Arial" w:hAnsi="Arial" w:cs="Arial"/>
        </w:rPr>
        <w:t>applicare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almeno</w:t>
      </w:r>
      <w:proofErr w:type="spellEnd"/>
      <w:r w:rsidRPr="00806EFC">
        <w:rPr>
          <w:rFonts w:ascii="Arial" w:hAnsi="Arial" w:cs="Arial"/>
        </w:rPr>
        <w:t xml:space="preserve"> le </w:t>
      </w:r>
      <w:proofErr w:type="spellStart"/>
      <w:r w:rsidRPr="00806EFC">
        <w:rPr>
          <w:rFonts w:ascii="Arial" w:hAnsi="Arial" w:cs="Arial"/>
        </w:rPr>
        <w:t>seguenti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misure</w:t>
      </w:r>
      <w:proofErr w:type="spellEnd"/>
      <w:r w:rsidRPr="00806EFC">
        <w:rPr>
          <w:rFonts w:ascii="Arial" w:hAnsi="Arial" w:cs="Arial"/>
        </w:rPr>
        <w:t>:</w:t>
      </w:r>
    </w:p>
    <w:p w14:paraId="552D140A" w14:textId="1F0326B3" w:rsidR="00300D7F" w:rsidRPr="00806EFC" w:rsidRDefault="00300D7F">
      <w:pPr>
        <w:spacing w:after="120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05058" w:rsidRPr="00806EFC" w14:paraId="54A6EC33" w14:textId="77777777">
        <w:tc>
          <w:tcPr>
            <w:tcW w:w="4819" w:type="dxa"/>
            <w:shd w:val="clear" w:color="auto" w:fill="FDE9D9"/>
          </w:tcPr>
          <w:p w14:paraId="3D66B48D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  <w:b/>
                <w:color w:val="F79646"/>
              </w:rPr>
              <w:t>Requisito</w:t>
            </w:r>
            <w:proofErr w:type="spellEnd"/>
          </w:p>
        </w:tc>
        <w:tc>
          <w:tcPr>
            <w:tcW w:w="4819" w:type="dxa"/>
            <w:shd w:val="clear" w:color="auto" w:fill="FDE9D9"/>
          </w:tcPr>
          <w:p w14:paraId="282954CC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  <w:b/>
                <w:color w:val="F79646"/>
              </w:rPr>
              <w:t>Operatività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</w:rPr>
              <w:t xml:space="preserve"> minima</w:t>
            </w:r>
          </w:p>
        </w:tc>
      </w:tr>
      <w:tr w:rsidR="00405058" w:rsidRPr="00806EFC" w14:paraId="6D471935" w14:textId="77777777">
        <w:tc>
          <w:tcPr>
            <w:tcW w:w="4819" w:type="dxa"/>
            <w:shd w:val="clear" w:color="auto" w:fill="FDE9D9"/>
          </w:tcPr>
          <w:p w14:paraId="22C0556B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Avviso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uso</w:t>
            </w:r>
            <w:proofErr w:type="spellEnd"/>
            <w:r w:rsidRPr="00806EFC">
              <w:rPr>
                <w:rFonts w:ascii="Arial" w:hAnsi="Arial" w:cs="Arial"/>
              </w:rPr>
              <w:t xml:space="preserve"> IA</w:t>
            </w:r>
          </w:p>
        </w:tc>
        <w:tc>
          <w:tcPr>
            <w:tcW w:w="4819" w:type="dxa"/>
            <w:shd w:val="clear" w:color="auto" w:fill="FDE9D9"/>
          </w:tcPr>
          <w:p w14:paraId="4799AB22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Informare</w:t>
            </w:r>
            <w:proofErr w:type="spellEnd"/>
            <w:r w:rsidRPr="00806EFC">
              <w:rPr>
                <w:rFonts w:ascii="Arial" w:hAnsi="Arial" w:cs="Arial"/>
              </w:rPr>
              <w:t xml:space="preserve"> in modo </w:t>
            </w:r>
            <w:proofErr w:type="spellStart"/>
            <w:r w:rsidRPr="00806EFC">
              <w:rPr>
                <w:rFonts w:ascii="Arial" w:hAnsi="Arial" w:cs="Arial"/>
              </w:rPr>
              <w:t>chiaro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che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l’utente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sta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interagendo</w:t>
            </w:r>
            <w:proofErr w:type="spellEnd"/>
            <w:r w:rsidRPr="00806EFC">
              <w:rPr>
                <w:rFonts w:ascii="Arial" w:hAnsi="Arial" w:cs="Arial"/>
              </w:rPr>
              <w:t xml:space="preserve"> con un </w:t>
            </w:r>
            <w:proofErr w:type="spellStart"/>
            <w:r w:rsidRPr="00806EFC">
              <w:rPr>
                <w:rFonts w:ascii="Arial" w:hAnsi="Arial" w:cs="Arial"/>
              </w:rPr>
              <w:t>sistema</w:t>
            </w:r>
            <w:proofErr w:type="spellEnd"/>
            <w:r w:rsidRPr="00806EFC">
              <w:rPr>
                <w:rFonts w:ascii="Arial" w:hAnsi="Arial" w:cs="Arial"/>
              </w:rPr>
              <w:t xml:space="preserve"> di IA.</w:t>
            </w:r>
          </w:p>
        </w:tc>
      </w:tr>
      <w:tr w:rsidR="00405058" w:rsidRPr="00806EFC" w14:paraId="564A3F1F" w14:textId="77777777">
        <w:tc>
          <w:tcPr>
            <w:tcW w:w="4819" w:type="dxa"/>
            <w:shd w:val="clear" w:color="auto" w:fill="FDE9D9"/>
          </w:tcPr>
          <w:p w14:paraId="5B9EE8A2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Canale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umano</w:t>
            </w:r>
            <w:proofErr w:type="spellEnd"/>
            <w:r w:rsidRPr="00806EFC">
              <w:rPr>
                <w:rFonts w:ascii="Arial" w:hAnsi="Arial" w:cs="Arial"/>
              </w:rPr>
              <w:t xml:space="preserve"> alternativo</w:t>
            </w:r>
          </w:p>
        </w:tc>
        <w:tc>
          <w:tcPr>
            <w:tcW w:w="4819" w:type="dxa"/>
            <w:shd w:val="clear" w:color="auto" w:fill="FDE9D9"/>
          </w:tcPr>
          <w:p w14:paraId="7A4F7BB8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Indicare</w:t>
            </w:r>
            <w:proofErr w:type="spellEnd"/>
            <w:r w:rsidRPr="00806EFC">
              <w:rPr>
                <w:rFonts w:ascii="Arial" w:hAnsi="Arial" w:cs="Arial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</w:rPr>
              <w:t>mantenere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disponibile</w:t>
            </w:r>
            <w:proofErr w:type="spellEnd"/>
            <w:r w:rsidRPr="00806EFC">
              <w:rPr>
                <w:rFonts w:ascii="Arial" w:hAnsi="Arial" w:cs="Arial"/>
              </w:rPr>
              <w:t xml:space="preserve"> un </w:t>
            </w:r>
            <w:proofErr w:type="spellStart"/>
            <w:r w:rsidRPr="00806EFC">
              <w:rPr>
                <w:rFonts w:ascii="Arial" w:hAnsi="Arial" w:cs="Arial"/>
              </w:rPr>
              <w:t>canale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contatto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umano</w:t>
            </w:r>
            <w:proofErr w:type="spellEnd"/>
            <w:r w:rsidRPr="00806EFC">
              <w:rPr>
                <w:rFonts w:ascii="Arial" w:hAnsi="Arial" w:cs="Arial"/>
              </w:rPr>
              <w:t xml:space="preserve"> (email/</w:t>
            </w:r>
            <w:proofErr w:type="spellStart"/>
            <w:r w:rsidRPr="00806EFC">
              <w:rPr>
                <w:rFonts w:ascii="Arial" w:hAnsi="Arial" w:cs="Arial"/>
              </w:rPr>
              <w:t>telefono</w:t>
            </w:r>
            <w:proofErr w:type="spellEnd"/>
            <w:r w:rsidRPr="00806EFC">
              <w:rPr>
                <w:rFonts w:ascii="Arial" w:hAnsi="Arial" w:cs="Arial"/>
              </w:rPr>
              <w:t>/</w:t>
            </w:r>
            <w:proofErr w:type="spellStart"/>
            <w:r w:rsidRPr="00806EFC">
              <w:rPr>
                <w:rFonts w:ascii="Arial" w:hAnsi="Arial" w:cs="Arial"/>
              </w:rPr>
              <w:t>sportello</w:t>
            </w:r>
            <w:proofErr w:type="spellEnd"/>
            <w:r w:rsidRPr="00806EFC">
              <w:rPr>
                <w:rFonts w:ascii="Arial" w:hAnsi="Arial" w:cs="Arial"/>
              </w:rPr>
              <w:t>).</w:t>
            </w:r>
          </w:p>
        </w:tc>
      </w:tr>
      <w:tr w:rsidR="00405058" w:rsidRPr="00806EFC" w14:paraId="087DAE15" w14:textId="77777777">
        <w:tc>
          <w:tcPr>
            <w:tcW w:w="4819" w:type="dxa"/>
            <w:shd w:val="clear" w:color="auto" w:fill="FDE9D9"/>
          </w:tcPr>
          <w:p w14:paraId="79647D12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Divieto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dati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sensibili</w:t>
            </w:r>
            <w:proofErr w:type="spellEnd"/>
          </w:p>
        </w:tc>
        <w:tc>
          <w:tcPr>
            <w:tcW w:w="4819" w:type="dxa"/>
            <w:shd w:val="clear" w:color="auto" w:fill="FDE9D9"/>
          </w:tcPr>
          <w:p w14:paraId="1F1F2290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Inserire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messaggi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che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invitano</w:t>
            </w:r>
            <w:proofErr w:type="spellEnd"/>
            <w:r w:rsidRPr="00806EFC">
              <w:rPr>
                <w:rFonts w:ascii="Arial" w:hAnsi="Arial" w:cs="Arial"/>
              </w:rPr>
              <w:t xml:space="preserve"> a non </w:t>
            </w:r>
            <w:proofErr w:type="spellStart"/>
            <w:r w:rsidRPr="00806EFC">
              <w:rPr>
                <w:rFonts w:ascii="Arial" w:hAnsi="Arial" w:cs="Arial"/>
              </w:rPr>
              <w:t>comunicare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dati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sensibili</w:t>
            </w:r>
            <w:proofErr w:type="spellEnd"/>
            <w:r w:rsidRPr="00806EFC">
              <w:rPr>
                <w:rFonts w:ascii="Arial" w:hAnsi="Arial" w:cs="Arial"/>
              </w:rPr>
              <w:t xml:space="preserve">; </w:t>
            </w:r>
            <w:proofErr w:type="spellStart"/>
            <w:r w:rsidRPr="00806EFC">
              <w:rPr>
                <w:rFonts w:ascii="Arial" w:hAnsi="Arial" w:cs="Arial"/>
              </w:rPr>
              <w:t>evitare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campi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che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inducano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l’inserimento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tali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dati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</w:tr>
      <w:tr w:rsidR="00405058" w:rsidRPr="00806EFC" w14:paraId="156895CD" w14:textId="77777777">
        <w:tc>
          <w:tcPr>
            <w:tcW w:w="4819" w:type="dxa"/>
            <w:shd w:val="clear" w:color="auto" w:fill="FDE9D9"/>
          </w:tcPr>
          <w:p w14:paraId="588BFED8" w14:textId="77777777" w:rsidR="00300D7F" w:rsidRPr="00806EFC" w:rsidRDefault="00652B0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>Escalation/</w:t>
            </w:r>
            <w:proofErr w:type="spellStart"/>
            <w:r w:rsidRPr="00806EFC">
              <w:rPr>
                <w:rFonts w:ascii="Arial" w:hAnsi="Arial" w:cs="Arial"/>
              </w:rPr>
              <w:t>istradamento</w:t>
            </w:r>
            <w:proofErr w:type="spellEnd"/>
          </w:p>
        </w:tc>
        <w:tc>
          <w:tcPr>
            <w:tcW w:w="4819" w:type="dxa"/>
            <w:shd w:val="clear" w:color="auto" w:fill="FDE9D9"/>
          </w:tcPr>
          <w:p w14:paraId="0DBC8C8C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Prevedere</w:t>
            </w:r>
            <w:proofErr w:type="spellEnd"/>
            <w:r w:rsidRPr="00806EFC">
              <w:rPr>
                <w:rFonts w:ascii="Arial" w:hAnsi="Arial" w:cs="Arial"/>
              </w:rPr>
              <w:t xml:space="preserve"> il passaggio </w:t>
            </w:r>
            <w:proofErr w:type="gramStart"/>
            <w:r w:rsidRPr="00806EFC">
              <w:rPr>
                <w:rFonts w:ascii="Arial" w:hAnsi="Arial" w:cs="Arial"/>
              </w:rPr>
              <w:t>a</w:t>
            </w:r>
            <w:proofErr w:type="gram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operatore</w:t>
            </w:r>
            <w:proofErr w:type="spellEnd"/>
            <w:r w:rsidRPr="00806EFC">
              <w:rPr>
                <w:rFonts w:ascii="Arial" w:hAnsi="Arial" w:cs="Arial"/>
              </w:rPr>
              <w:t xml:space="preserve"> in </w:t>
            </w:r>
            <w:proofErr w:type="spellStart"/>
            <w:r w:rsidRPr="00806EFC">
              <w:rPr>
                <w:rFonts w:ascii="Arial" w:hAnsi="Arial" w:cs="Arial"/>
              </w:rPr>
              <w:t>caso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richieste</w:t>
            </w:r>
            <w:proofErr w:type="spellEnd"/>
            <w:r w:rsidRPr="00806EFC">
              <w:rPr>
                <w:rFonts w:ascii="Arial" w:hAnsi="Arial" w:cs="Arial"/>
              </w:rPr>
              <w:t xml:space="preserve"> non </w:t>
            </w:r>
            <w:proofErr w:type="spellStart"/>
            <w:r w:rsidRPr="00806EFC">
              <w:rPr>
                <w:rFonts w:ascii="Arial" w:hAnsi="Arial" w:cs="Arial"/>
              </w:rPr>
              <w:t>gestibili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ambigue</w:t>
            </w:r>
            <w:proofErr w:type="spellEnd"/>
            <w:r w:rsidRPr="00806EFC">
              <w:rPr>
                <w:rFonts w:ascii="Arial" w:hAnsi="Arial" w:cs="Arial"/>
              </w:rPr>
              <w:t xml:space="preserve"> o di </w:t>
            </w:r>
            <w:proofErr w:type="spellStart"/>
            <w:r w:rsidRPr="00806EFC">
              <w:rPr>
                <w:rFonts w:ascii="Arial" w:hAnsi="Arial" w:cs="Arial"/>
              </w:rPr>
              <w:t>particolare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delicatezza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</w:tr>
      <w:tr w:rsidR="00405058" w:rsidRPr="00806EFC" w14:paraId="72C90E4D" w14:textId="77777777">
        <w:tc>
          <w:tcPr>
            <w:tcW w:w="4819" w:type="dxa"/>
            <w:shd w:val="clear" w:color="auto" w:fill="FDE9D9"/>
          </w:tcPr>
          <w:p w14:paraId="6847A320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Revisione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periodica</w:t>
            </w:r>
            <w:proofErr w:type="spellEnd"/>
          </w:p>
        </w:tc>
        <w:tc>
          <w:tcPr>
            <w:tcW w:w="4819" w:type="dxa"/>
            <w:shd w:val="clear" w:color="auto" w:fill="FDE9D9"/>
          </w:tcPr>
          <w:p w14:paraId="1F49F1AC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Rivedere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periodicamente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risposte</w:t>
            </w:r>
            <w:proofErr w:type="spellEnd"/>
            <w:r w:rsidRPr="00806EFC">
              <w:rPr>
                <w:rFonts w:ascii="Arial" w:hAnsi="Arial" w:cs="Arial"/>
              </w:rPr>
              <w:t xml:space="preserve">/FAQ e </w:t>
            </w:r>
            <w:proofErr w:type="spellStart"/>
            <w:r w:rsidRPr="00806EFC">
              <w:rPr>
                <w:rFonts w:ascii="Arial" w:hAnsi="Arial" w:cs="Arial"/>
              </w:rPr>
              <w:t>aggiornare</w:t>
            </w:r>
            <w:proofErr w:type="spellEnd"/>
            <w:r w:rsidRPr="00806EFC">
              <w:rPr>
                <w:rFonts w:ascii="Arial" w:hAnsi="Arial" w:cs="Arial"/>
              </w:rPr>
              <w:t xml:space="preserve"> in base </w:t>
            </w:r>
            <w:proofErr w:type="gramStart"/>
            <w:r w:rsidRPr="00806EFC">
              <w:rPr>
                <w:rFonts w:ascii="Arial" w:hAnsi="Arial" w:cs="Arial"/>
              </w:rPr>
              <w:t>a</w:t>
            </w:r>
            <w:proofErr w:type="gram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errori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riscontrati</w:t>
            </w:r>
            <w:proofErr w:type="spellEnd"/>
            <w:r w:rsidRPr="00806EFC">
              <w:rPr>
                <w:rFonts w:ascii="Arial" w:hAnsi="Arial" w:cs="Arial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</w:rPr>
              <w:t>cambiamenti</w:t>
            </w:r>
            <w:proofErr w:type="spellEnd"/>
            <w:r w:rsidRPr="00806EFC">
              <w:rPr>
                <w:rFonts w:ascii="Arial" w:hAnsi="Arial" w:cs="Arial"/>
              </w:rPr>
              <w:t xml:space="preserve"> del </w:t>
            </w:r>
            <w:proofErr w:type="spellStart"/>
            <w:r w:rsidRPr="00806EFC">
              <w:rPr>
                <w:rFonts w:ascii="Arial" w:hAnsi="Arial" w:cs="Arial"/>
              </w:rPr>
              <w:t>servizio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</w:tr>
    </w:tbl>
    <w:p w14:paraId="081836E7" w14:textId="77777777" w:rsidR="00ED34BC" w:rsidRDefault="00ED34BC">
      <w:pPr>
        <w:pStyle w:val="Titolo2"/>
        <w:rPr>
          <w:rFonts w:ascii="Arial" w:hAnsi="Arial" w:cs="Arial"/>
        </w:rPr>
      </w:pPr>
    </w:p>
    <w:p w14:paraId="2636905E" w14:textId="5EC6B4F0" w:rsidR="00300D7F" w:rsidRPr="00806EFC" w:rsidRDefault="00652B0C">
      <w:pPr>
        <w:pStyle w:val="Titolo2"/>
        <w:rPr>
          <w:rFonts w:ascii="Arial" w:hAnsi="Arial" w:cs="Arial"/>
          <w:color w:val="auto"/>
        </w:rPr>
      </w:pPr>
      <w:proofErr w:type="spellStart"/>
      <w:r w:rsidRPr="00806EFC">
        <w:rPr>
          <w:rFonts w:ascii="Arial" w:hAnsi="Arial" w:cs="Arial"/>
        </w:rPr>
        <w:t>Misure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minime</w:t>
      </w:r>
      <w:proofErr w:type="spellEnd"/>
      <w:r w:rsidRPr="00806EFC">
        <w:rPr>
          <w:rFonts w:ascii="Arial" w:hAnsi="Arial" w:cs="Arial"/>
        </w:rPr>
        <w:t xml:space="preserve"> di </w:t>
      </w:r>
      <w:proofErr w:type="spellStart"/>
      <w:r w:rsidRPr="00806EFC">
        <w:rPr>
          <w:rFonts w:ascii="Arial" w:hAnsi="Arial" w:cs="Arial"/>
        </w:rPr>
        <w:t>sicurezza</w:t>
      </w:r>
      <w:proofErr w:type="spellEnd"/>
      <w:r w:rsidRPr="00806EFC">
        <w:rPr>
          <w:rFonts w:ascii="Arial" w:hAnsi="Arial" w:cs="Arial"/>
        </w:rPr>
        <w:t xml:space="preserve"> per il </w:t>
      </w:r>
      <w:proofErr w:type="spellStart"/>
      <w:r w:rsidRPr="00806EFC">
        <w:rPr>
          <w:rFonts w:ascii="Arial" w:hAnsi="Arial" w:cs="Arial"/>
        </w:rPr>
        <w:t>personale</w:t>
      </w:r>
      <w:proofErr w:type="spellEnd"/>
      <w:r w:rsidRPr="00806EFC">
        <w:rPr>
          <w:rFonts w:ascii="Arial" w:hAnsi="Arial" w:cs="Arial"/>
        </w:rPr>
        <w:t xml:space="preserve"> (</w:t>
      </w:r>
      <w:proofErr w:type="spellStart"/>
      <w:r w:rsidRPr="00806EFC">
        <w:rPr>
          <w:rFonts w:ascii="Arial" w:hAnsi="Arial" w:cs="Arial"/>
        </w:rPr>
        <w:t>uso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quotidiano</w:t>
      </w:r>
      <w:proofErr w:type="spellEnd"/>
      <w:r w:rsidRPr="00806EFC">
        <w:rPr>
          <w:rFonts w:ascii="Arial" w:hAnsi="Arial" w:cs="Arial"/>
        </w:rPr>
        <w:t>)</w:t>
      </w:r>
    </w:p>
    <w:p w14:paraId="29834247" w14:textId="23FEFBFC" w:rsidR="00300D7F" w:rsidRPr="00806EFC" w:rsidRDefault="00300D7F">
      <w:pPr>
        <w:spacing w:after="120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05058" w:rsidRPr="00806EFC" w14:paraId="7ADC2567" w14:textId="77777777">
        <w:tc>
          <w:tcPr>
            <w:tcW w:w="4819" w:type="dxa"/>
            <w:shd w:val="clear" w:color="auto" w:fill="FDE9D9"/>
          </w:tcPr>
          <w:p w14:paraId="2B9269B2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  <w:b/>
                <w:color w:val="F79646"/>
              </w:rPr>
              <w:t>Misura</w:t>
            </w:r>
            <w:proofErr w:type="spellEnd"/>
          </w:p>
        </w:tc>
        <w:tc>
          <w:tcPr>
            <w:tcW w:w="4819" w:type="dxa"/>
            <w:shd w:val="clear" w:color="auto" w:fill="FDE9D9"/>
          </w:tcPr>
          <w:p w14:paraId="2AEDAB94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  <w:b/>
                <w:color w:val="F79646"/>
              </w:rPr>
              <w:t>Esempio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</w:rPr>
              <w:t>/nota</w:t>
            </w:r>
          </w:p>
        </w:tc>
      </w:tr>
      <w:tr w:rsidR="00405058" w:rsidRPr="00806EFC" w14:paraId="1BA4D121" w14:textId="77777777">
        <w:tc>
          <w:tcPr>
            <w:tcW w:w="4819" w:type="dxa"/>
            <w:shd w:val="clear" w:color="auto" w:fill="FDE9D9"/>
          </w:tcPr>
          <w:p w14:paraId="6A93DC0C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Autenticazione</w:t>
            </w:r>
            <w:proofErr w:type="spellEnd"/>
            <w:r w:rsidRPr="00806EFC">
              <w:rPr>
                <w:rFonts w:ascii="Arial" w:hAnsi="Arial" w:cs="Arial"/>
              </w:rPr>
              <w:t xml:space="preserve"> forte (se </w:t>
            </w:r>
            <w:proofErr w:type="spellStart"/>
            <w:r w:rsidRPr="00806EFC">
              <w:rPr>
                <w:rFonts w:ascii="Arial" w:hAnsi="Arial" w:cs="Arial"/>
              </w:rPr>
              <w:t>disponibile</w:t>
            </w:r>
            <w:proofErr w:type="spellEnd"/>
            <w:r w:rsidRPr="00806EFC">
              <w:rPr>
                <w:rFonts w:ascii="Arial" w:hAnsi="Arial" w:cs="Arial"/>
              </w:rPr>
              <w:t>)</w:t>
            </w:r>
          </w:p>
        </w:tc>
        <w:tc>
          <w:tcPr>
            <w:tcW w:w="4819" w:type="dxa"/>
            <w:shd w:val="clear" w:color="auto" w:fill="FDE9D9"/>
          </w:tcPr>
          <w:p w14:paraId="456DAD79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Abilitare</w:t>
            </w:r>
            <w:proofErr w:type="spellEnd"/>
            <w:r w:rsidRPr="00806EFC">
              <w:rPr>
                <w:rFonts w:ascii="Arial" w:hAnsi="Arial" w:cs="Arial"/>
              </w:rPr>
              <w:t xml:space="preserve"> MFA/2FA </w:t>
            </w:r>
            <w:proofErr w:type="spellStart"/>
            <w:r w:rsidRPr="00806EFC">
              <w:rPr>
                <w:rFonts w:ascii="Arial" w:hAnsi="Arial" w:cs="Arial"/>
              </w:rPr>
              <w:t>sugli</w:t>
            </w:r>
            <w:proofErr w:type="spellEnd"/>
            <w:r w:rsidRPr="00806EFC">
              <w:rPr>
                <w:rFonts w:ascii="Arial" w:hAnsi="Arial" w:cs="Arial"/>
              </w:rPr>
              <w:t xml:space="preserve"> account </w:t>
            </w:r>
            <w:proofErr w:type="spellStart"/>
            <w:r w:rsidRPr="00806EFC">
              <w:rPr>
                <w:rFonts w:ascii="Arial" w:hAnsi="Arial" w:cs="Arial"/>
              </w:rPr>
              <w:t>utilizzati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</w:tr>
      <w:tr w:rsidR="00405058" w:rsidRPr="00806EFC" w14:paraId="792D69A5" w14:textId="77777777">
        <w:tc>
          <w:tcPr>
            <w:tcW w:w="4819" w:type="dxa"/>
            <w:shd w:val="clear" w:color="auto" w:fill="FDE9D9"/>
          </w:tcPr>
          <w:p w14:paraId="1CF78E1F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Blocco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schermo</w:t>
            </w:r>
            <w:proofErr w:type="spellEnd"/>
          </w:p>
        </w:tc>
        <w:tc>
          <w:tcPr>
            <w:tcW w:w="4819" w:type="dxa"/>
            <w:shd w:val="clear" w:color="auto" w:fill="FDE9D9"/>
          </w:tcPr>
          <w:p w14:paraId="6013F867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Bloccare</w:t>
            </w:r>
            <w:proofErr w:type="spellEnd"/>
            <w:r w:rsidRPr="00806EFC">
              <w:rPr>
                <w:rFonts w:ascii="Arial" w:hAnsi="Arial" w:cs="Arial"/>
              </w:rPr>
              <w:t xml:space="preserve"> il </w:t>
            </w:r>
            <w:proofErr w:type="spellStart"/>
            <w:r w:rsidRPr="00806EFC">
              <w:rPr>
                <w:rFonts w:ascii="Arial" w:hAnsi="Arial" w:cs="Arial"/>
              </w:rPr>
              <w:t>dispositivo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quando</w:t>
            </w:r>
            <w:proofErr w:type="spellEnd"/>
            <w:r w:rsidRPr="00806EFC">
              <w:rPr>
                <w:rFonts w:ascii="Arial" w:hAnsi="Arial" w:cs="Arial"/>
              </w:rPr>
              <w:t xml:space="preserve"> non </w:t>
            </w:r>
            <w:proofErr w:type="spellStart"/>
            <w:r w:rsidRPr="00806EFC">
              <w:rPr>
                <w:rFonts w:ascii="Arial" w:hAnsi="Arial" w:cs="Arial"/>
              </w:rPr>
              <w:t>presidiato</w:t>
            </w:r>
            <w:proofErr w:type="spellEnd"/>
            <w:r w:rsidRPr="00806EFC">
              <w:rPr>
                <w:rFonts w:ascii="Arial" w:hAnsi="Arial" w:cs="Arial"/>
              </w:rPr>
              <w:t xml:space="preserve"> (</w:t>
            </w:r>
            <w:proofErr w:type="spellStart"/>
            <w:r w:rsidRPr="00806EFC">
              <w:rPr>
                <w:rFonts w:ascii="Arial" w:hAnsi="Arial" w:cs="Arial"/>
              </w:rPr>
              <w:t>automatico</w:t>
            </w:r>
            <w:proofErr w:type="spellEnd"/>
            <w:r w:rsidRPr="00806EFC">
              <w:rPr>
                <w:rFonts w:ascii="Arial" w:hAnsi="Arial" w:cs="Arial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</w:rPr>
              <w:t>manuale</w:t>
            </w:r>
            <w:proofErr w:type="spellEnd"/>
            <w:r w:rsidRPr="00806EFC">
              <w:rPr>
                <w:rFonts w:ascii="Arial" w:hAnsi="Arial" w:cs="Arial"/>
              </w:rPr>
              <w:t>).</w:t>
            </w:r>
          </w:p>
        </w:tc>
      </w:tr>
      <w:tr w:rsidR="00405058" w:rsidRPr="00806EFC" w14:paraId="5ADA8857" w14:textId="77777777">
        <w:tc>
          <w:tcPr>
            <w:tcW w:w="4819" w:type="dxa"/>
            <w:shd w:val="clear" w:color="auto" w:fill="FDE9D9"/>
          </w:tcPr>
          <w:p w14:paraId="5E3AE42A" w14:textId="77777777" w:rsidR="00300D7F" w:rsidRPr="00806EFC" w:rsidRDefault="00652B0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>Aggiornamenti</w:t>
            </w:r>
          </w:p>
        </w:tc>
        <w:tc>
          <w:tcPr>
            <w:tcW w:w="4819" w:type="dxa"/>
            <w:shd w:val="clear" w:color="auto" w:fill="FDE9D9"/>
          </w:tcPr>
          <w:p w14:paraId="144FF79A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Mantenere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aggiornati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sistema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operativo</w:t>
            </w:r>
            <w:proofErr w:type="spellEnd"/>
            <w:r w:rsidRPr="00806EFC">
              <w:rPr>
                <w:rFonts w:ascii="Arial" w:hAnsi="Arial" w:cs="Arial"/>
              </w:rPr>
              <w:t xml:space="preserve">, browser e </w:t>
            </w:r>
            <w:proofErr w:type="spellStart"/>
            <w:r w:rsidRPr="00806EFC">
              <w:rPr>
                <w:rFonts w:ascii="Arial" w:hAnsi="Arial" w:cs="Arial"/>
              </w:rPr>
              <w:t>applicazioni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</w:tr>
      <w:tr w:rsidR="00405058" w:rsidRPr="00806EFC" w14:paraId="65E6E7BA" w14:textId="77777777">
        <w:tc>
          <w:tcPr>
            <w:tcW w:w="4819" w:type="dxa"/>
            <w:shd w:val="clear" w:color="auto" w:fill="FDE9D9"/>
          </w:tcPr>
          <w:p w14:paraId="0CAD50B1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Protezione</w:t>
            </w:r>
            <w:proofErr w:type="spellEnd"/>
            <w:r w:rsidRPr="00806EFC">
              <w:rPr>
                <w:rFonts w:ascii="Arial" w:hAnsi="Arial" w:cs="Arial"/>
              </w:rPr>
              <w:t xml:space="preserve"> endpoint</w:t>
            </w:r>
          </w:p>
        </w:tc>
        <w:tc>
          <w:tcPr>
            <w:tcW w:w="4819" w:type="dxa"/>
            <w:shd w:val="clear" w:color="auto" w:fill="FDE9D9"/>
          </w:tcPr>
          <w:p w14:paraId="6FFD5D08" w14:textId="77777777" w:rsidR="00300D7F" w:rsidRPr="00806EFC" w:rsidRDefault="009F56D0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 xml:space="preserve">Forte </w:t>
            </w:r>
            <w:proofErr w:type="spellStart"/>
            <w:r w:rsidRPr="00806EFC">
              <w:rPr>
                <w:rFonts w:ascii="Arial" w:hAnsi="Arial" w:cs="Arial"/>
              </w:rPr>
              <w:t>raccomandazione</w:t>
            </w:r>
            <w:proofErr w:type="spellEnd"/>
            <w:r w:rsidR="00652B0C" w:rsidRPr="00806EFC">
              <w:rPr>
                <w:rFonts w:ascii="Arial" w:hAnsi="Arial" w:cs="Arial"/>
              </w:rPr>
              <w:t xml:space="preserve"> antivirus/EDR secondo le </w:t>
            </w:r>
            <w:proofErr w:type="spellStart"/>
            <w:r w:rsidR="00652B0C" w:rsidRPr="00806EFC">
              <w:rPr>
                <w:rFonts w:ascii="Arial" w:hAnsi="Arial" w:cs="Arial"/>
              </w:rPr>
              <w:t>dotazioni</w:t>
            </w:r>
            <w:proofErr w:type="spellEnd"/>
            <w:r w:rsidR="00652B0C" w:rsidRPr="00806EFC">
              <w:rPr>
                <w:rFonts w:ascii="Arial" w:hAnsi="Arial" w:cs="Arial"/>
              </w:rPr>
              <w:t xml:space="preserve"> e </w:t>
            </w:r>
            <w:proofErr w:type="spellStart"/>
            <w:r w:rsidR="00652B0C" w:rsidRPr="00806EFC">
              <w:rPr>
                <w:rFonts w:ascii="Arial" w:hAnsi="Arial" w:cs="Arial"/>
              </w:rPr>
              <w:t>indicazioni</w:t>
            </w:r>
            <w:proofErr w:type="spellEnd"/>
            <w:r w:rsidR="00652B0C" w:rsidRPr="00806EFC">
              <w:rPr>
                <w:rFonts w:ascii="Arial" w:hAnsi="Arial" w:cs="Arial"/>
              </w:rPr>
              <w:t xml:space="preserve"> </w:t>
            </w:r>
            <w:proofErr w:type="spellStart"/>
            <w:r w:rsidR="00652B0C" w:rsidRPr="00806EFC">
              <w:rPr>
                <w:rFonts w:ascii="Arial" w:hAnsi="Arial" w:cs="Arial"/>
              </w:rPr>
              <w:t>dell’Istituto</w:t>
            </w:r>
            <w:proofErr w:type="spellEnd"/>
            <w:r w:rsidR="00652B0C" w:rsidRPr="00806EFC">
              <w:rPr>
                <w:rFonts w:ascii="Arial" w:hAnsi="Arial" w:cs="Arial"/>
              </w:rPr>
              <w:t>.</w:t>
            </w:r>
          </w:p>
        </w:tc>
      </w:tr>
      <w:tr w:rsidR="00405058" w:rsidRPr="00806EFC" w14:paraId="50EB3AE2" w14:textId="77777777">
        <w:tc>
          <w:tcPr>
            <w:tcW w:w="4819" w:type="dxa"/>
            <w:shd w:val="clear" w:color="auto" w:fill="FDE9D9"/>
          </w:tcPr>
          <w:p w14:paraId="6654B318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Gestione</w:t>
            </w:r>
            <w:proofErr w:type="spellEnd"/>
            <w:r w:rsidRPr="00806EFC">
              <w:rPr>
                <w:rFonts w:ascii="Arial" w:hAnsi="Arial" w:cs="Arial"/>
              </w:rPr>
              <w:t xml:space="preserve"> file</w:t>
            </w:r>
          </w:p>
        </w:tc>
        <w:tc>
          <w:tcPr>
            <w:tcW w:w="4819" w:type="dxa"/>
            <w:shd w:val="clear" w:color="auto" w:fill="FDE9D9"/>
          </w:tcPr>
          <w:p w14:paraId="5A678878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Evitare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copie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locali</w:t>
            </w:r>
            <w:proofErr w:type="spellEnd"/>
            <w:r w:rsidRPr="00806EFC">
              <w:rPr>
                <w:rFonts w:ascii="Arial" w:hAnsi="Arial" w:cs="Arial"/>
              </w:rPr>
              <w:t xml:space="preserve"> non </w:t>
            </w:r>
            <w:proofErr w:type="spellStart"/>
            <w:r w:rsidRPr="00806EFC">
              <w:rPr>
                <w:rFonts w:ascii="Arial" w:hAnsi="Arial" w:cs="Arial"/>
              </w:rPr>
              <w:t>necessarie</w:t>
            </w:r>
            <w:proofErr w:type="spellEnd"/>
            <w:r w:rsidRPr="00806EFC">
              <w:rPr>
                <w:rFonts w:ascii="Arial" w:hAnsi="Arial" w:cs="Arial"/>
              </w:rPr>
              <w:t xml:space="preserve">; </w:t>
            </w:r>
            <w:proofErr w:type="spellStart"/>
            <w:r w:rsidRPr="00806EFC">
              <w:rPr>
                <w:rFonts w:ascii="Arial" w:hAnsi="Arial" w:cs="Arial"/>
              </w:rPr>
              <w:t>usare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canali</w:t>
            </w:r>
            <w:proofErr w:type="spellEnd"/>
            <w:r w:rsidRPr="00806EFC">
              <w:rPr>
                <w:rFonts w:ascii="Arial" w:hAnsi="Arial" w:cs="Arial"/>
              </w:rPr>
              <w:t>/</w:t>
            </w:r>
            <w:proofErr w:type="spellStart"/>
            <w:r w:rsidRPr="00806EFC">
              <w:rPr>
                <w:rFonts w:ascii="Arial" w:hAnsi="Arial" w:cs="Arial"/>
              </w:rPr>
              <w:t>archivi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istituzionali</w:t>
            </w:r>
            <w:proofErr w:type="spellEnd"/>
            <w:r w:rsidRPr="00806EFC">
              <w:rPr>
                <w:rFonts w:ascii="Arial" w:hAnsi="Arial" w:cs="Arial"/>
              </w:rPr>
              <w:t xml:space="preserve"> secondo </w:t>
            </w:r>
            <w:proofErr w:type="spellStart"/>
            <w:r w:rsidRPr="00806EFC">
              <w:rPr>
                <w:rFonts w:ascii="Arial" w:hAnsi="Arial" w:cs="Arial"/>
              </w:rPr>
              <w:t>indicazioni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</w:tr>
    </w:tbl>
    <w:p w14:paraId="46EFA9DE" w14:textId="77777777" w:rsidR="00ED34BC" w:rsidRDefault="00ED34BC">
      <w:pPr>
        <w:pStyle w:val="Titolo2"/>
        <w:rPr>
          <w:rFonts w:ascii="Arial" w:hAnsi="Arial" w:cs="Arial"/>
        </w:rPr>
      </w:pPr>
    </w:p>
    <w:p w14:paraId="6B3EE164" w14:textId="0674B926" w:rsidR="00300D7F" w:rsidRDefault="00652B0C">
      <w:pPr>
        <w:pStyle w:val="Titolo2"/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Equità</w:t>
      </w:r>
      <w:proofErr w:type="spellEnd"/>
      <w:r w:rsidRPr="00806EFC">
        <w:rPr>
          <w:rFonts w:ascii="Arial" w:hAnsi="Arial" w:cs="Arial"/>
        </w:rPr>
        <w:t xml:space="preserve">, non </w:t>
      </w:r>
      <w:proofErr w:type="spellStart"/>
      <w:r w:rsidRPr="00806EFC">
        <w:rPr>
          <w:rFonts w:ascii="Arial" w:hAnsi="Arial" w:cs="Arial"/>
        </w:rPr>
        <w:t>discriminazione</w:t>
      </w:r>
      <w:proofErr w:type="spellEnd"/>
      <w:r w:rsidRPr="00806EFC">
        <w:rPr>
          <w:rFonts w:ascii="Arial" w:hAnsi="Arial" w:cs="Arial"/>
        </w:rPr>
        <w:t xml:space="preserve"> e </w:t>
      </w:r>
      <w:proofErr w:type="spellStart"/>
      <w:r w:rsidRPr="00806EFC">
        <w:rPr>
          <w:rFonts w:ascii="Arial" w:hAnsi="Arial" w:cs="Arial"/>
        </w:rPr>
        <w:t>accessibilità</w:t>
      </w:r>
      <w:proofErr w:type="spellEnd"/>
      <w:r w:rsidRPr="00806EFC">
        <w:rPr>
          <w:rFonts w:ascii="Arial" w:hAnsi="Arial" w:cs="Arial"/>
        </w:rPr>
        <w:t xml:space="preserve">: </w:t>
      </w:r>
      <w:proofErr w:type="spellStart"/>
      <w:r w:rsidRPr="00806EFC">
        <w:rPr>
          <w:rFonts w:ascii="Arial" w:hAnsi="Arial" w:cs="Arial"/>
        </w:rPr>
        <w:t>regole</w:t>
      </w:r>
      <w:proofErr w:type="spellEnd"/>
      <w:r w:rsidRPr="00806EFC">
        <w:rPr>
          <w:rFonts w:ascii="Arial" w:hAnsi="Arial" w:cs="Arial"/>
        </w:rPr>
        <w:t xml:space="preserve"> operative </w:t>
      </w:r>
      <w:proofErr w:type="spellStart"/>
      <w:r w:rsidRPr="00806EFC">
        <w:rPr>
          <w:rFonts w:ascii="Arial" w:hAnsi="Arial" w:cs="Arial"/>
        </w:rPr>
        <w:t>essenziali</w:t>
      </w:r>
      <w:proofErr w:type="spellEnd"/>
    </w:p>
    <w:p w14:paraId="5224099B" w14:textId="77777777" w:rsidR="00ED34BC" w:rsidRPr="00ED34BC" w:rsidRDefault="00ED34BC" w:rsidP="00ED34B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05058" w:rsidRPr="00806EFC" w14:paraId="421F64A5" w14:textId="77777777">
        <w:tc>
          <w:tcPr>
            <w:tcW w:w="4819" w:type="dxa"/>
            <w:shd w:val="clear" w:color="auto" w:fill="FDE9D9"/>
          </w:tcPr>
          <w:p w14:paraId="6659ABBE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  <w:b/>
                <w:color w:val="F79646"/>
              </w:rPr>
              <w:t>Regola</w:t>
            </w:r>
            <w:proofErr w:type="spellEnd"/>
          </w:p>
        </w:tc>
        <w:tc>
          <w:tcPr>
            <w:tcW w:w="4819" w:type="dxa"/>
            <w:shd w:val="clear" w:color="auto" w:fill="FDE9D9"/>
          </w:tcPr>
          <w:p w14:paraId="191E7FF4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  <w:b/>
                <w:color w:val="F79646"/>
              </w:rPr>
              <w:t>Indicazione</w:t>
            </w:r>
            <w:proofErr w:type="spellEnd"/>
          </w:p>
        </w:tc>
      </w:tr>
      <w:tr w:rsidR="00405058" w:rsidRPr="00806EFC" w14:paraId="223D587F" w14:textId="77777777">
        <w:tc>
          <w:tcPr>
            <w:tcW w:w="4819" w:type="dxa"/>
            <w:shd w:val="clear" w:color="auto" w:fill="FDE9D9"/>
          </w:tcPr>
          <w:p w14:paraId="4964DFD6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Controllo</w:t>
            </w:r>
            <w:proofErr w:type="spellEnd"/>
            <w:r w:rsidRPr="00806EFC">
              <w:rPr>
                <w:rFonts w:ascii="Arial" w:hAnsi="Arial" w:cs="Arial"/>
              </w:rPr>
              <w:t xml:space="preserve"> bias e </w:t>
            </w:r>
            <w:proofErr w:type="spellStart"/>
            <w:r w:rsidRPr="00806EFC">
              <w:rPr>
                <w:rFonts w:ascii="Arial" w:hAnsi="Arial" w:cs="Arial"/>
              </w:rPr>
              <w:t>linguaggio</w:t>
            </w:r>
            <w:proofErr w:type="spellEnd"/>
          </w:p>
        </w:tc>
        <w:tc>
          <w:tcPr>
            <w:tcW w:w="4819" w:type="dxa"/>
            <w:shd w:val="clear" w:color="auto" w:fill="FDE9D9"/>
          </w:tcPr>
          <w:p w14:paraId="3DEC0309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Verificare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che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l’output</w:t>
            </w:r>
            <w:proofErr w:type="spellEnd"/>
            <w:r w:rsidRPr="00806EFC">
              <w:rPr>
                <w:rFonts w:ascii="Arial" w:hAnsi="Arial" w:cs="Arial"/>
              </w:rPr>
              <w:t xml:space="preserve"> non </w:t>
            </w:r>
            <w:proofErr w:type="spellStart"/>
            <w:r w:rsidRPr="00806EFC">
              <w:rPr>
                <w:rFonts w:ascii="Arial" w:hAnsi="Arial" w:cs="Arial"/>
              </w:rPr>
              <w:t>introduca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stereotipi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discriminazioni</w:t>
            </w:r>
            <w:proofErr w:type="spellEnd"/>
            <w:r w:rsidRPr="00806EFC">
              <w:rPr>
                <w:rFonts w:ascii="Arial" w:hAnsi="Arial" w:cs="Arial"/>
              </w:rPr>
              <w:t xml:space="preserve"> o </w:t>
            </w:r>
            <w:proofErr w:type="spellStart"/>
            <w:r w:rsidRPr="00806EFC">
              <w:rPr>
                <w:rFonts w:ascii="Arial" w:hAnsi="Arial" w:cs="Arial"/>
              </w:rPr>
              <w:t>formulazioni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inadeguate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</w:tr>
      <w:tr w:rsidR="00405058" w:rsidRPr="00806EFC" w14:paraId="4195B514" w14:textId="77777777">
        <w:tc>
          <w:tcPr>
            <w:tcW w:w="4819" w:type="dxa"/>
            <w:shd w:val="clear" w:color="auto" w:fill="FDE9D9"/>
          </w:tcPr>
          <w:p w14:paraId="2678CD04" w14:textId="77777777" w:rsidR="00300D7F" w:rsidRPr="00806EFC" w:rsidRDefault="00652B0C">
            <w:pPr>
              <w:rPr>
                <w:rFonts w:ascii="Arial" w:hAnsi="Arial" w:cs="Arial"/>
              </w:rPr>
            </w:pPr>
            <w:r w:rsidRPr="00806EFC">
              <w:rPr>
                <w:rFonts w:ascii="Arial" w:hAnsi="Arial" w:cs="Arial"/>
              </w:rPr>
              <w:t xml:space="preserve">Alternativa </w:t>
            </w:r>
            <w:proofErr w:type="spellStart"/>
            <w:r w:rsidRPr="00806EFC">
              <w:rPr>
                <w:rFonts w:ascii="Arial" w:hAnsi="Arial" w:cs="Arial"/>
              </w:rPr>
              <w:t>equivalente</w:t>
            </w:r>
            <w:proofErr w:type="spellEnd"/>
          </w:p>
        </w:tc>
        <w:tc>
          <w:tcPr>
            <w:tcW w:w="4819" w:type="dxa"/>
            <w:shd w:val="clear" w:color="auto" w:fill="FDE9D9"/>
          </w:tcPr>
          <w:p w14:paraId="035DD3DF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Prevedere</w:t>
            </w:r>
            <w:proofErr w:type="spellEnd"/>
            <w:r w:rsidRPr="00806EFC">
              <w:rPr>
                <w:rFonts w:ascii="Arial" w:hAnsi="Arial" w:cs="Arial"/>
              </w:rPr>
              <w:t xml:space="preserve"> sempre </w:t>
            </w:r>
            <w:proofErr w:type="spellStart"/>
            <w:r w:rsidRPr="00806EFC">
              <w:rPr>
                <w:rFonts w:ascii="Arial" w:hAnsi="Arial" w:cs="Arial"/>
              </w:rPr>
              <w:t>un’alternativa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equivalente</w:t>
            </w:r>
            <w:proofErr w:type="spellEnd"/>
            <w:r w:rsidRPr="00806EFC">
              <w:rPr>
                <w:rFonts w:ascii="Arial" w:hAnsi="Arial" w:cs="Arial"/>
              </w:rPr>
              <w:t xml:space="preserve"> non </w:t>
            </w:r>
            <w:proofErr w:type="spellStart"/>
            <w:r w:rsidRPr="00806EFC">
              <w:rPr>
                <w:rFonts w:ascii="Arial" w:hAnsi="Arial" w:cs="Arial"/>
              </w:rPr>
              <w:t>basata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su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strumenti</w:t>
            </w:r>
            <w:proofErr w:type="spellEnd"/>
            <w:r w:rsidRPr="00806EFC">
              <w:rPr>
                <w:rFonts w:ascii="Arial" w:hAnsi="Arial" w:cs="Arial"/>
              </w:rPr>
              <w:t xml:space="preserve"> consumer/IA, </w:t>
            </w:r>
            <w:proofErr w:type="spellStart"/>
            <w:r w:rsidRPr="00806EFC">
              <w:rPr>
                <w:rFonts w:ascii="Arial" w:hAnsi="Arial" w:cs="Arial"/>
              </w:rPr>
              <w:t>quando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necessario</w:t>
            </w:r>
            <w:proofErr w:type="spellEnd"/>
            <w:r w:rsidRPr="00806EFC">
              <w:rPr>
                <w:rFonts w:ascii="Arial" w:hAnsi="Arial" w:cs="Arial"/>
              </w:rPr>
              <w:t xml:space="preserve"> per </w:t>
            </w:r>
            <w:proofErr w:type="spellStart"/>
            <w:r w:rsidRPr="00806EFC">
              <w:rPr>
                <w:rFonts w:ascii="Arial" w:hAnsi="Arial" w:cs="Arial"/>
              </w:rPr>
              <w:t>inclusione</w:t>
            </w:r>
            <w:proofErr w:type="spellEnd"/>
            <w:r w:rsidRPr="00806EFC">
              <w:rPr>
                <w:rFonts w:ascii="Arial" w:hAnsi="Arial" w:cs="Arial"/>
              </w:rPr>
              <w:t xml:space="preserve"> e </w:t>
            </w:r>
            <w:proofErr w:type="spellStart"/>
            <w:r w:rsidRPr="00806EFC">
              <w:rPr>
                <w:rFonts w:ascii="Arial" w:hAnsi="Arial" w:cs="Arial"/>
              </w:rPr>
              <w:t>accessibilità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</w:tr>
    </w:tbl>
    <w:p w14:paraId="20BCA942" w14:textId="77777777" w:rsidR="00ED34BC" w:rsidRDefault="00ED34BC">
      <w:pPr>
        <w:pStyle w:val="Titolo2"/>
        <w:rPr>
          <w:rFonts w:ascii="Arial" w:hAnsi="Arial" w:cs="Arial"/>
        </w:rPr>
      </w:pPr>
    </w:p>
    <w:p w14:paraId="5A404EF6" w14:textId="09C9E0AB" w:rsidR="00300D7F" w:rsidRDefault="00652B0C">
      <w:pPr>
        <w:pStyle w:val="Titolo2"/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Riesame</w:t>
      </w:r>
      <w:proofErr w:type="spellEnd"/>
      <w:r w:rsidRPr="00806EFC">
        <w:rPr>
          <w:rFonts w:ascii="Arial" w:hAnsi="Arial" w:cs="Arial"/>
        </w:rPr>
        <w:t xml:space="preserve"> e aggiornamenti: </w:t>
      </w:r>
      <w:proofErr w:type="spellStart"/>
      <w:r w:rsidRPr="00806EFC">
        <w:rPr>
          <w:rFonts w:ascii="Arial" w:hAnsi="Arial" w:cs="Arial"/>
        </w:rPr>
        <w:t>quando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segnalare</w:t>
      </w:r>
      <w:proofErr w:type="spellEnd"/>
      <w:r w:rsidRPr="00806EFC">
        <w:rPr>
          <w:rFonts w:ascii="Arial" w:hAnsi="Arial" w:cs="Arial"/>
        </w:rPr>
        <w:t xml:space="preserve"> e </w:t>
      </w:r>
      <w:proofErr w:type="spellStart"/>
      <w:r w:rsidRPr="00806EFC">
        <w:rPr>
          <w:rFonts w:ascii="Arial" w:hAnsi="Arial" w:cs="Arial"/>
        </w:rPr>
        <w:t>attivare</w:t>
      </w:r>
      <w:proofErr w:type="spellEnd"/>
      <w:r w:rsidRPr="00806EFC">
        <w:rPr>
          <w:rFonts w:ascii="Arial" w:hAnsi="Arial" w:cs="Arial"/>
        </w:rPr>
        <w:t xml:space="preserve"> la </w:t>
      </w:r>
      <w:proofErr w:type="spellStart"/>
      <w:r w:rsidRPr="00806EFC">
        <w:rPr>
          <w:rFonts w:ascii="Arial" w:hAnsi="Arial" w:cs="Arial"/>
        </w:rPr>
        <w:t>valutazione</w:t>
      </w:r>
      <w:proofErr w:type="spellEnd"/>
    </w:p>
    <w:p w14:paraId="20DC8156" w14:textId="77777777" w:rsidR="00ED34BC" w:rsidRPr="00ED34BC" w:rsidRDefault="00ED34BC" w:rsidP="00ED34BC"/>
    <w:p w14:paraId="702222A2" w14:textId="77777777" w:rsidR="00300D7F" w:rsidRPr="00806EFC" w:rsidRDefault="00652B0C">
      <w:pPr>
        <w:rPr>
          <w:rFonts w:ascii="Arial" w:hAnsi="Arial" w:cs="Arial"/>
        </w:rPr>
      </w:pPr>
      <w:proofErr w:type="spellStart"/>
      <w:r w:rsidRPr="00806EFC">
        <w:rPr>
          <w:rFonts w:ascii="Arial" w:hAnsi="Arial" w:cs="Arial"/>
        </w:rPr>
        <w:t>Segnalare</w:t>
      </w:r>
      <w:proofErr w:type="spellEnd"/>
      <w:r w:rsidRPr="00806EFC">
        <w:rPr>
          <w:rFonts w:ascii="Arial" w:hAnsi="Arial" w:cs="Arial"/>
        </w:rPr>
        <w:t xml:space="preserve"> al </w:t>
      </w:r>
      <w:proofErr w:type="spellStart"/>
      <w:r w:rsidRPr="00806EFC">
        <w:rPr>
          <w:rFonts w:ascii="Arial" w:hAnsi="Arial" w:cs="Arial"/>
        </w:rPr>
        <w:t>referente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interno</w:t>
      </w:r>
      <w:proofErr w:type="spellEnd"/>
      <w:r w:rsidRPr="00806EFC">
        <w:rPr>
          <w:rFonts w:ascii="Arial" w:hAnsi="Arial" w:cs="Arial"/>
        </w:rPr>
        <w:t>/</w:t>
      </w:r>
      <w:proofErr w:type="spellStart"/>
      <w:r w:rsidRPr="00806EFC">
        <w:rPr>
          <w:rFonts w:ascii="Arial" w:hAnsi="Arial" w:cs="Arial"/>
        </w:rPr>
        <w:t>Dirigenza</w:t>
      </w:r>
      <w:proofErr w:type="spellEnd"/>
      <w:r w:rsidRPr="00806EFC">
        <w:rPr>
          <w:rFonts w:ascii="Arial" w:hAnsi="Arial" w:cs="Arial"/>
        </w:rPr>
        <w:t xml:space="preserve"> la </w:t>
      </w:r>
      <w:proofErr w:type="spellStart"/>
      <w:r w:rsidRPr="00806EFC">
        <w:rPr>
          <w:rFonts w:ascii="Arial" w:hAnsi="Arial" w:cs="Arial"/>
        </w:rPr>
        <w:t>necessità</w:t>
      </w:r>
      <w:proofErr w:type="spellEnd"/>
      <w:r w:rsidRPr="00806EFC">
        <w:rPr>
          <w:rFonts w:ascii="Arial" w:hAnsi="Arial" w:cs="Arial"/>
        </w:rPr>
        <w:t xml:space="preserve"> di </w:t>
      </w:r>
      <w:proofErr w:type="spellStart"/>
      <w:r w:rsidRPr="00806EFC">
        <w:rPr>
          <w:rFonts w:ascii="Arial" w:hAnsi="Arial" w:cs="Arial"/>
        </w:rPr>
        <w:t>aggiornare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inventario</w:t>
      </w:r>
      <w:proofErr w:type="spellEnd"/>
      <w:r w:rsidRPr="00806EFC">
        <w:rPr>
          <w:rFonts w:ascii="Arial" w:hAnsi="Arial" w:cs="Arial"/>
        </w:rPr>
        <w:t>/</w:t>
      </w:r>
      <w:proofErr w:type="spellStart"/>
      <w:r w:rsidRPr="00806EFC">
        <w:rPr>
          <w:rFonts w:ascii="Arial" w:hAnsi="Arial" w:cs="Arial"/>
        </w:rPr>
        <w:t>valutazioni</w:t>
      </w:r>
      <w:proofErr w:type="spellEnd"/>
      <w:r w:rsidRPr="00806EFC">
        <w:rPr>
          <w:rFonts w:ascii="Arial" w:hAnsi="Arial" w:cs="Arial"/>
        </w:rPr>
        <w:t>/</w:t>
      </w:r>
      <w:proofErr w:type="spellStart"/>
      <w:r w:rsidRPr="00806EFC">
        <w:rPr>
          <w:rFonts w:ascii="Arial" w:hAnsi="Arial" w:cs="Arial"/>
        </w:rPr>
        <w:t>istruzioni</w:t>
      </w:r>
      <w:proofErr w:type="spellEnd"/>
      <w:r w:rsidRPr="00806EFC">
        <w:rPr>
          <w:rFonts w:ascii="Arial" w:hAnsi="Arial" w:cs="Arial"/>
        </w:rPr>
        <w:t xml:space="preserve"> operative </w:t>
      </w:r>
      <w:proofErr w:type="spellStart"/>
      <w:r w:rsidRPr="00806EFC">
        <w:rPr>
          <w:rFonts w:ascii="Arial" w:hAnsi="Arial" w:cs="Arial"/>
        </w:rPr>
        <w:t>quando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si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verifica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almeno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una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delle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seguenti</w:t>
      </w:r>
      <w:proofErr w:type="spellEnd"/>
      <w:r w:rsidRPr="00806EFC">
        <w:rPr>
          <w:rFonts w:ascii="Arial" w:hAnsi="Arial" w:cs="Arial"/>
        </w:rPr>
        <w:t xml:space="preserve"> </w:t>
      </w:r>
      <w:proofErr w:type="spellStart"/>
      <w:r w:rsidRPr="00806EFC">
        <w:rPr>
          <w:rFonts w:ascii="Arial" w:hAnsi="Arial" w:cs="Arial"/>
        </w:rPr>
        <w:t>condizioni</w:t>
      </w:r>
      <w:proofErr w:type="spellEnd"/>
      <w:r w:rsidRPr="00806EFC">
        <w:rPr>
          <w:rFonts w:ascii="Arial" w:hAnsi="Arial" w:cs="Arial"/>
        </w:rPr>
        <w:t>:</w:t>
      </w:r>
    </w:p>
    <w:p w14:paraId="689796F0" w14:textId="00B6181B" w:rsidR="00300D7F" w:rsidRPr="00806EFC" w:rsidRDefault="00300D7F">
      <w:pPr>
        <w:spacing w:after="120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05058" w:rsidRPr="00806EFC" w14:paraId="2F197FA1" w14:textId="77777777">
        <w:tc>
          <w:tcPr>
            <w:tcW w:w="9638" w:type="dxa"/>
            <w:shd w:val="clear" w:color="auto" w:fill="FDE9D9"/>
          </w:tcPr>
          <w:p w14:paraId="1A865938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  <w:b/>
                <w:color w:val="F79646"/>
              </w:rPr>
              <w:t>Casi</w:t>
            </w:r>
            <w:proofErr w:type="spellEnd"/>
            <w:r w:rsidRPr="00806EFC">
              <w:rPr>
                <w:rFonts w:ascii="Arial" w:hAnsi="Arial" w:cs="Arial"/>
                <w:b/>
                <w:color w:val="F79646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  <w:b/>
                <w:color w:val="F79646"/>
              </w:rPr>
              <w:t>tipici</w:t>
            </w:r>
            <w:proofErr w:type="spellEnd"/>
          </w:p>
        </w:tc>
      </w:tr>
      <w:tr w:rsidR="00405058" w:rsidRPr="00806EFC" w14:paraId="7FD9DA4F" w14:textId="77777777">
        <w:tc>
          <w:tcPr>
            <w:tcW w:w="9638" w:type="dxa"/>
            <w:shd w:val="clear" w:color="auto" w:fill="FDE9D9"/>
          </w:tcPr>
          <w:p w14:paraId="00420581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Introduzione</w:t>
            </w:r>
            <w:proofErr w:type="spellEnd"/>
            <w:r w:rsidRPr="00806EFC">
              <w:rPr>
                <w:rFonts w:ascii="Arial" w:hAnsi="Arial" w:cs="Arial"/>
              </w:rPr>
              <w:t xml:space="preserve"> di un nuovo </w:t>
            </w:r>
            <w:proofErr w:type="spellStart"/>
            <w:r w:rsidRPr="00806EFC">
              <w:rPr>
                <w:rFonts w:ascii="Arial" w:hAnsi="Arial" w:cs="Arial"/>
              </w:rPr>
              <w:t>strumento</w:t>
            </w:r>
            <w:proofErr w:type="spellEnd"/>
            <w:r w:rsidRPr="00806EFC">
              <w:rPr>
                <w:rFonts w:ascii="Arial" w:hAnsi="Arial" w:cs="Arial"/>
              </w:rPr>
              <w:t xml:space="preserve"> o </w:t>
            </w:r>
            <w:proofErr w:type="spellStart"/>
            <w:r w:rsidRPr="00806EFC">
              <w:rPr>
                <w:rFonts w:ascii="Arial" w:hAnsi="Arial" w:cs="Arial"/>
              </w:rPr>
              <w:t>nuova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funzionalità</w:t>
            </w:r>
            <w:proofErr w:type="spellEnd"/>
            <w:r w:rsidRPr="00806EFC">
              <w:rPr>
                <w:rFonts w:ascii="Arial" w:hAnsi="Arial" w:cs="Arial"/>
              </w:rPr>
              <w:t xml:space="preserve"> IA per </w:t>
            </w:r>
            <w:proofErr w:type="spellStart"/>
            <w:r w:rsidRPr="00806EFC">
              <w:rPr>
                <w:rFonts w:ascii="Arial" w:hAnsi="Arial" w:cs="Arial"/>
              </w:rPr>
              <w:t>attività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didattiche</w:t>
            </w:r>
            <w:proofErr w:type="spellEnd"/>
            <w:r w:rsidRPr="00806EFC">
              <w:rPr>
                <w:rFonts w:ascii="Arial" w:hAnsi="Arial" w:cs="Arial"/>
              </w:rPr>
              <w:t xml:space="preserve"> o </w:t>
            </w:r>
            <w:proofErr w:type="spellStart"/>
            <w:r w:rsidRPr="00806EFC">
              <w:rPr>
                <w:rFonts w:ascii="Arial" w:hAnsi="Arial" w:cs="Arial"/>
              </w:rPr>
              <w:t>amministrative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</w:tr>
      <w:tr w:rsidR="00405058" w:rsidRPr="00806EFC" w14:paraId="01D1DC3A" w14:textId="77777777">
        <w:tc>
          <w:tcPr>
            <w:tcW w:w="9638" w:type="dxa"/>
            <w:shd w:val="clear" w:color="auto" w:fill="FDE9D9"/>
          </w:tcPr>
          <w:p w14:paraId="63990E98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Modifica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dei</w:t>
            </w:r>
            <w:proofErr w:type="spellEnd"/>
            <w:r w:rsidRPr="00806EFC">
              <w:rPr>
                <w:rFonts w:ascii="Arial" w:hAnsi="Arial" w:cs="Arial"/>
              </w:rPr>
              <w:t xml:space="preserve"> Termini di </w:t>
            </w:r>
            <w:proofErr w:type="spellStart"/>
            <w:r w:rsidRPr="00806EFC">
              <w:rPr>
                <w:rFonts w:ascii="Arial" w:hAnsi="Arial" w:cs="Arial"/>
              </w:rPr>
              <w:t>Servizio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impostazioni</w:t>
            </w:r>
            <w:proofErr w:type="spellEnd"/>
            <w:r w:rsidRPr="00806EFC">
              <w:rPr>
                <w:rFonts w:ascii="Arial" w:hAnsi="Arial" w:cs="Arial"/>
              </w:rPr>
              <w:t xml:space="preserve"> di privacy, </w:t>
            </w:r>
            <w:proofErr w:type="spellStart"/>
            <w:r w:rsidRPr="00806EFC">
              <w:rPr>
                <w:rFonts w:ascii="Arial" w:hAnsi="Arial" w:cs="Arial"/>
              </w:rPr>
              <w:t>modalità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conservazione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dei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dati</w:t>
            </w:r>
            <w:proofErr w:type="spellEnd"/>
            <w:r w:rsidRPr="00806EFC">
              <w:rPr>
                <w:rFonts w:ascii="Arial" w:hAnsi="Arial" w:cs="Arial"/>
              </w:rPr>
              <w:t xml:space="preserve"> o </w:t>
            </w:r>
            <w:proofErr w:type="spellStart"/>
            <w:r w:rsidRPr="00806EFC">
              <w:rPr>
                <w:rFonts w:ascii="Arial" w:hAnsi="Arial" w:cs="Arial"/>
              </w:rPr>
              <w:t>uso</w:t>
            </w:r>
            <w:proofErr w:type="spellEnd"/>
            <w:r w:rsidRPr="00806EFC">
              <w:rPr>
                <w:rFonts w:ascii="Arial" w:hAnsi="Arial" w:cs="Arial"/>
              </w:rPr>
              <w:t xml:space="preserve"> per training.</w:t>
            </w:r>
          </w:p>
        </w:tc>
      </w:tr>
      <w:tr w:rsidR="00405058" w:rsidRPr="00806EFC" w14:paraId="1F41846D" w14:textId="77777777">
        <w:tc>
          <w:tcPr>
            <w:tcW w:w="9638" w:type="dxa"/>
            <w:shd w:val="clear" w:color="auto" w:fill="FDE9D9"/>
          </w:tcPr>
          <w:p w14:paraId="6AFA4BF9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Episodi</w:t>
            </w:r>
            <w:proofErr w:type="spellEnd"/>
            <w:r w:rsidRPr="00806EFC">
              <w:rPr>
                <w:rFonts w:ascii="Arial" w:hAnsi="Arial" w:cs="Arial"/>
              </w:rPr>
              <w:t>/</w:t>
            </w:r>
            <w:proofErr w:type="spellStart"/>
            <w:r w:rsidRPr="00806EFC">
              <w:rPr>
                <w:rFonts w:ascii="Arial" w:hAnsi="Arial" w:cs="Arial"/>
              </w:rPr>
              <w:t>incidenti</w:t>
            </w:r>
            <w:proofErr w:type="spellEnd"/>
            <w:r w:rsidRPr="00806EFC">
              <w:rPr>
                <w:rFonts w:ascii="Arial" w:hAnsi="Arial" w:cs="Arial"/>
              </w:rPr>
              <w:t xml:space="preserve"> (</w:t>
            </w:r>
            <w:proofErr w:type="spellStart"/>
            <w:r w:rsidRPr="00806EFC">
              <w:rPr>
                <w:rFonts w:ascii="Arial" w:hAnsi="Arial" w:cs="Arial"/>
              </w:rPr>
              <w:t>anche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potenziali</w:t>
            </w:r>
            <w:proofErr w:type="spellEnd"/>
            <w:r w:rsidRPr="00806EFC">
              <w:rPr>
                <w:rFonts w:ascii="Arial" w:hAnsi="Arial" w:cs="Arial"/>
              </w:rPr>
              <w:t xml:space="preserve">) </w:t>
            </w:r>
            <w:proofErr w:type="spellStart"/>
            <w:r w:rsidRPr="00806EFC">
              <w:rPr>
                <w:rFonts w:ascii="Arial" w:hAnsi="Arial" w:cs="Arial"/>
              </w:rPr>
              <w:t>legati</w:t>
            </w:r>
            <w:proofErr w:type="spellEnd"/>
            <w:r w:rsidRPr="00806EFC">
              <w:rPr>
                <w:rFonts w:ascii="Arial" w:hAnsi="Arial" w:cs="Arial"/>
              </w:rPr>
              <w:t xml:space="preserve"> a data breach, </w:t>
            </w:r>
            <w:proofErr w:type="spellStart"/>
            <w:r w:rsidRPr="00806EFC">
              <w:rPr>
                <w:rFonts w:ascii="Arial" w:hAnsi="Arial" w:cs="Arial"/>
              </w:rPr>
              <w:t>inserimento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accidentale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dati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personali</w:t>
            </w:r>
            <w:proofErr w:type="spellEnd"/>
            <w:r w:rsidRPr="00806EFC">
              <w:rPr>
                <w:rFonts w:ascii="Arial" w:hAnsi="Arial" w:cs="Arial"/>
              </w:rPr>
              <w:t xml:space="preserve"> o output </w:t>
            </w:r>
            <w:proofErr w:type="spellStart"/>
            <w:r w:rsidRPr="00806EFC">
              <w:rPr>
                <w:rFonts w:ascii="Arial" w:hAnsi="Arial" w:cs="Arial"/>
              </w:rPr>
              <w:t>anomali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</w:tr>
      <w:tr w:rsidR="00405058" w:rsidRPr="00806EFC" w14:paraId="29A58A44" w14:textId="77777777">
        <w:tc>
          <w:tcPr>
            <w:tcW w:w="9638" w:type="dxa"/>
            <w:shd w:val="clear" w:color="auto" w:fill="FDE9D9"/>
          </w:tcPr>
          <w:p w14:paraId="2F820278" w14:textId="77777777" w:rsidR="00300D7F" w:rsidRPr="00806EFC" w:rsidRDefault="00652B0C">
            <w:pPr>
              <w:rPr>
                <w:rFonts w:ascii="Arial" w:hAnsi="Arial" w:cs="Arial"/>
              </w:rPr>
            </w:pPr>
            <w:proofErr w:type="spellStart"/>
            <w:r w:rsidRPr="00806EFC">
              <w:rPr>
                <w:rFonts w:ascii="Arial" w:hAnsi="Arial" w:cs="Arial"/>
              </w:rPr>
              <w:t>Cambiamenti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organizzativi</w:t>
            </w:r>
            <w:proofErr w:type="spellEnd"/>
            <w:r w:rsidRPr="00806EFC">
              <w:rPr>
                <w:rFonts w:ascii="Arial" w:hAnsi="Arial" w:cs="Arial"/>
              </w:rPr>
              <w:t xml:space="preserve"> o </w:t>
            </w:r>
            <w:proofErr w:type="spellStart"/>
            <w:r w:rsidRPr="00806EFC">
              <w:rPr>
                <w:rFonts w:ascii="Arial" w:hAnsi="Arial" w:cs="Arial"/>
              </w:rPr>
              <w:t>procedurali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che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impattano</w:t>
            </w:r>
            <w:proofErr w:type="spellEnd"/>
            <w:r w:rsidRPr="00806EFC">
              <w:rPr>
                <w:rFonts w:ascii="Arial" w:hAnsi="Arial" w:cs="Arial"/>
              </w:rPr>
              <w:t xml:space="preserve"> </w:t>
            </w:r>
            <w:proofErr w:type="spellStart"/>
            <w:r w:rsidRPr="00806EFC">
              <w:rPr>
                <w:rFonts w:ascii="Arial" w:hAnsi="Arial" w:cs="Arial"/>
              </w:rPr>
              <w:t>ruoli</w:t>
            </w:r>
            <w:proofErr w:type="spellEnd"/>
            <w:r w:rsidRPr="00806EFC">
              <w:rPr>
                <w:rFonts w:ascii="Arial" w:hAnsi="Arial" w:cs="Arial"/>
              </w:rPr>
              <w:t xml:space="preserve">, </w:t>
            </w:r>
            <w:proofErr w:type="spellStart"/>
            <w:r w:rsidRPr="00806EFC">
              <w:rPr>
                <w:rFonts w:ascii="Arial" w:hAnsi="Arial" w:cs="Arial"/>
              </w:rPr>
              <w:t>responsabilità</w:t>
            </w:r>
            <w:proofErr w:type="spellEnd"/>
            <w:r w:rsidRPr="00806EFC">
              <w:rPr>
                <w:rFonts w:ascii="Arial" w:hAnsi="Arial" w:cs="Arial"/>
              </w:rPr>
              <w:t xml:space="preserve"> o </w:t>
            </w:r>
            <w:proofErr w:type="spellStart"/>
            <w:r w:rsidRPr="00806EFC">
              <w:rPr>
                <w:rFonts w:ascii="Arial" w:hAnsi="Arial" w:cs="Arial"/>
              </w:rPr>
              <w:t>flussi</w:t>
            </w:r>
            <w:proofErr w:type="spellEnd"/>
            <w:r w:rsidRPr="00806EFC">
              <w:rPr>
                <w:rFonts w:ascii="Arial" w:hAnsi="Arial" w:cs="Arial"/>
              </w:rPr>
              <w:t xml:space="preserve"> di </w:t>
            </w:r>
            <w:proofErr w:type="spellStart"/>
            <w:r w:rsidRPr="00806EFC">
              <w:rPr>
                <w:rFonts w:ascii="Arial" w:hAnsi="Arial" w:cs="Arial"/>
              </w:rPr>
              <w:t>approvazione</w:t>
            </w:r>
            <w:proofErr w:type="spellEnd"/>
            <w:r w:rsidRPr="00806EFC">
              <w:rPr>
                <w:rFonts w:ascii="Arial" w:hAnsi="Arial" w:cs="Arial"/>
              </w:rPr>
              <w:t>.</w:t>
            </w:r>
          </w:p>
        </w:tc>
      </w:tr>
    </w:tbl>
    <w:p w14:paraId="5123E516" w14:textId="68BED8E8" w:rsidR="00ED34BC" w:rsidRPr="00806EFC" w:rsidRDefault="00ED34BC">
      <w:pPr>
        <w:rPr>
          <w:rFonts w:ascii="Arial" w:hAnsi="Arial" w:cs="Arial"/>
        </w:rPr>
      </w:pPr>
    </w:p>
    <w:sectPr w:rsidR="00ED34BC" w:rsidRPr="00806EF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AA46561"/>
    <w:multiLevelType w:val="hybridMultilevel"/>
    <w:tmpl w:val="F6A6E8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51EFB"/>
    <w:multiLevelType w:val="multilevel"/>
    <w:tmpl w:val="51F22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1B0257"/>
    <w:multiLevelType w:val="multilevel"/>
    <w:tmpl w:val="DEEE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1F0D52"/>
    <w:multiLevelType w:val="hybridMultilevel"/>
    <w:tmpl w:val="FE3E39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333591">
    <w:abstractNumId w:val="8"/>
  </w:num>
  <w:num w:numId="2" w16cid:durableId="811479056">
    <w:abstractNumId w:val="6"/>
  </w:num>
  <w:num w:numId="3" w16cid:durableId="1153251911">
    <w:abstractNumId w:val="5"/>
  </w:num>
  <w:num w:numId="4" w16cid:durableId="1161701479">
    <w:abstractNumId w:val="4"/>
  </w:num>
  <w:num w:numId="5" w16cid:durableId="1834367915">
    <w:abstractNumId w:val="7"/>
  </w:num>
  <w:num w:numId="6" w16cid:durableId="119496128">
    <w:abstractNumId w:val="3"/>
  </w:num>
  <w:num w:numId="7" w16cid:durableId="1204757470">
    <w:abstractNumId w:val="2"/>
  </w:num>
  <w:num w:numId="8" w16cid:durableId="1203521773">
    <w:abstractNumId w:val="1"/>
  </w:num>
  <w:num w:numId="9" w16cid:durableId="1092429577">
    <w:abstractNumId w:val="0"/>
  </w:num>
  <w:num w:numId="10" w16cid:durableId="507645770">
    <w:abstractNumId w:val="11"/>
  </w:num>
  <w:num w:numId="11" w16cid:durableId="2053114649">
    <w:abstractNumId w:val="10"/>
  </w:num>
  <w:num w:numId="12" w16cid:durableId="281108095">
    <w:abstractNumId w:val="12"/>
  </w:num>
  <w:num w:numId="13" w16cid:durableId="1986672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3904"/>
    <w:rsid w:val="001E60D0"/>
    <w:rsid w:val="00276F19"/>
    <w:rsid w:val="0029639D"/>
    <w:rsid w:val="00300D7F"/>
    <w:rsid w:val="00326F90"/>
    <w:rsid w:val="00347D2A"/>
    <w:rsid w:val="00405058"/>
    <w:rsid w:val="00447785"/>
    <w:rsid w:val="00452101"/>
    <w:rsid w:val="004C49B1"/>
    <w:rsid w:val="00535111"/>
    <w:rsid w:val="005A3DC1"/>
    <w:rsid w:val="005A466A"/>
    <w:rsid w:val="00652B0C"/>
    <w:rsid w:val="006F097F"/>
    <w:rsid w:val="00765FC9"/>
    <w:rsid w:val="0078045C"/>
    <w:rsid w:val="007857D5"/>
    <w:rsid w:val="007E6FA5"/>
    <w:rsid w:val="00806EFC"/>
    <w:rsid w:val="00830127"/>
    <w:rsid w:val="008647F2"/>
    <w:rsid w:val="008A753B"/>
    <w:rsid w:val="009F56D0"/>
    <w:rsid w:val="00AA1D8D"/>
    <w:rsid w:val="00AB5A39"/>
    <w:rsid w:val="00B47730"/>
    <w:rsid w:val="00B700A3"/>
    <w:rsid w:val="00BE6B37"/>
    <w:rsid w:val="00BF2E54"/>
    <w:rsid w:val="00CB0664"/>
    <w:rsid w:val="00D36870"/>
    <w:rsid w:val="00D55E07"/>
    <w:rsid w:val="00D969AF"/>
    <w:rsid w:val="00D97D4A"/>
    <w:rsid w:val="00E33D50"/>
    <w:rsid w:val="00E37BCE"/>
    <w:rsid w:val="00ED34BC"/>
    <w:rsid w:val="00F06D77"/>
    <w:rsid w:val="00F24C2F"/>
    <w:rsid w:val="00F9598C"/>
    <w:rsid w:val="00FA02F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DE5077"/>
  <w14:defaultImageDpi w14:val="300"/>
  <w15:docId w15:val="{4044E857-9E1F-4572-8169-6550B129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Calibri" w:eastAsia="Calibri" w:hAnsi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F79646"/>
      <w:sz w:val="32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79646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79646"/>
      <w:sz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5A3DC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3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17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92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12</Pages>
  <Words>3058</Words>
  <Characters>17434</Characters>
  <Application>Microsoft Office Word</Application>
  <DocSecurity>0</DocSecurity>
  <Lines>145</Lines>
  <Paragraphs>40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20452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ADAMO MASTRANGELO</dc:creator>
  <cp:keywords/>
  <cp:lastModifiedBy>ADAMO MASTRANGELO</cp:lastModifiedBy>
  <cp:revision>23</cp:revision>
  <dcterms:created xsi:type="dcterms:W3CDTF">2026-01-13T08:21:00Z</dcterms:created>
  <dcterms:modified xsi:type="dcterms:W3CDTF">2026-01-30T09:33:00Z</dcterms:modified>
  <cp:category/>
</cp:coreProperties>
</file>